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322894e6debb2f2aa85034e629067a1d30c6e25"/>
    <w:p>
      <w:pPr>
        <w:pStyle w:val="Heading1"/>
      </w:pPr>
      <w:r>
        <w:rPr>
          <w:b/>
          <w:bCs/>
        </w:rPr>
        <w:t xml:space="preserve">The Once and Future King</w:t>
      </w:r>
      <w:r>
        <w:br/>
      </w:r>
      <w:r>
        <w:rPr>
          <w:i/>
          <w:iCs/>
        </w:rPr>
        <w:t xml:space="preserve">T. H. White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dresses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accordance</w:t>
      </w:r>
      <w:r>
        <w:rPr>
          <w:b/>
          <w:bCs/>
        </w:rPr>
        <w:t xml:space="preserve"> </w:t>
      </w:r>
      <w:r>
        <w:rPr>
          <w:b/>
          <w:bCs/>
        </w:rPr>
        <w:t xml:space="preserve">with the latest fashions.</w:t>
      </w:r>
      <w:r>
        <w:br/>
      </w:r>
      <w:r>
        <w:t xml:space="preserve">    (a) keeping</w:t>
      </w:r>
      <w:r>
        <w:br/>
      </w:r>
      <w:r>
        <w:t xml:space="preserve">    (b) opposition</w:t>
      </w:r>
      <w:r>
        <w:br/>
      </w:r>
      <w:r>
        <w:t xml:space="preserve">    (c) ignorance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 fight, he turned himself in of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own accord</w:t>
      </w:r>
      <w:r>
        <w:rPr>
          <w:b/>
          <w:bCs/>
        </w:rPr>
        <w:t xml:space="preserve">.</w:t>
      </w:r>
      <w:r>
        <w:br/>
      </w:r>
      <w:r>
        <w:t xml:space="preserve">    (a) own mind</w:t>
      </w:r>
      <w:r>
        <w:br/>
      </w:r>
      <w:r>
        <w:t xml:space="preserve">    (b) own fear</w:t>
      </w:r>
      <w:r>
        <w:br/>
      </w:r>
      <w:r>
        <w:t xml:space="preserve">    (c) own safety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described his physical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attributes</w:t>
      </w:r>
      <w:r>
        <w:rPr>
          <w:b/>
          <w:bCs/>
        </w:rPr>
        <w:t xml:space="preserve">.</w:t>
      </w:r>
      <w:r>
        <w:br/>
      </w:r>
      <w:r>
        <w:t xml:space="preserve">    (a) strengths</w:t>
      </w:r>
      <w:r>
        <w:br/>
      </w:r>
      <w:r>
        <w:t xml:space="preserve">    (b) characteristics</w:t>
      </w:r>
      <w:r>
        <w:br/>
      </w:r>
      <w:r>
        <w:t xml:space="preserve">    (c) weaknesses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attributes</w:t>
      </w:r>
      <w:r>
        <w:rPr>
          <w:b/>
          <w:bCs/>
        </w:rPr>
        <w:t xml:space="preserve"> </w:t>
      </w:r>
      <w:r>
        <w:rPr>
          <w:b/>
          <w:bCs/>
        </w:rPr>
        <w:t xml:space="preserve">her success to hard work.</w:t>
      </w:r>
      <w:r>
        <w:br/>
      </w:r>
      <w:r>
        <w:t xml:space="preserve">    (a) gives help for</w:t>
      </w:r>
      <w:r>
        <w:br/>
      </w:r>
      <w:r>
        <w:t xml:space="preserve">    (b) gives credit for</w:t>
      </w:r>
      <w:r>
        <w:br/>
      </w:r>
      <w:r>
        <w:t xml:space="preserve">    (c) gives money for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children painted the ocean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azure</w:t>
      </w:r>
      <w:r>
        <w:rPr>
          <w:b/>
          <w:bCs/>
        </w:rPr>
        <w:t xml:space="preserve"> </w:t>
      </w:r>
      <w:r>
        <w:rPr>
          <w:b/>
          <w:bCs/>
        </w:rPr>
        <w:t xml:space="preserve">shade on the classroom mural.</w:t>
      </w:r>
      <w:r>
        <w:br/>
      </w:r>
      <w:r>
        <w:t xml:space="preserve">    (a) dark red</w:t>
      </w:r>
      <w:r>
        <w:br/>
      </w:r>
      <w:r>
        <w:t xml:space="preserve">    (b) pale yellow</w:t>
      </w:r>
      <w:r>
        <w:br/>
      </w:r>
      <w:r>
        <w:t xml:space="preserve">    (c) bright blue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 Quixote wanted to preserve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chivalry</w:t>
      </w:r>
      <w:r>
        <w:rPr>
          <w:b/>
          <w:bCs/>
        </w:rPr>
        <w:t xml:space="preserve">.</w:t>
      </w:r>
      <w:r>
        <w:br/>
      </w:r>
      <w:r>
        <w:t xml:space="preserve">    (a) the medieval principles governing the Catholic Church and Christian conduct such as worship, charity, and protection of the weak</w:t>
      </w:r>
      <w:r>
        <w:br/>
      </w:r>
      <w:r>
        <w:t xml:space="preserve">    (b) the medieval principles governing knighthood and knightly conduct such as honor, kindness, bravery, and protection of the weak</w:t>
      </w:r>
      <w:r>
        <w:br/>
      </w:r>
      <w:r>
        <w:t xml:space="preserve">    (c) the medieval principles governing kingdoms and the conduct of subjects such as obedience to the king, bravery, hard work, and payment of taxes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worst mix -- greedy,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cunning</w:t>
      </w:r>
      <w:r>
        <w:rPr>
          <w:b/>
          <w:bCs/>
        </w:rPr>
        <w:t xml:space="preserve">, and without morals.</w:t>
      </w:r>
      <w:r>
        <w:br/>
      </w:r>
      <w:r>
        <w:t xml:space="preserve">    (a) strong and cruel</w:t>
      </w:r>
      <w:r>
        <w:br/>
      </w:r>
      <w:r>
        <w:t xml:space="preserve">    (b) clever and deceitful</w:t>
      </w:r>
      <w:r>
        <w:br/>
      </w:r>
      <w:r>
        <w:t xml:space="preserve">    (c) stupid and impatient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part of the far-right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faction</w:t>
      </w:r>
      <w:r>
        <w:rPr>
          <w:b/>
          <w:bCs/>
        </w:rPr>
        <w:t xml:space="preserve"> </w:t>
      </w:r>
      <w:r>
        <w:rPr>
          <w:b/>
          <w:bCs/>
        </w:rPr>
        <w:t xml:space="preserve">of the Republican Party.</w:t>
      </w:r>
      <w:r>
        <w:br/>
      </w:r>
      <w:r>
        <w:t xml:space="preserve">    (a) sub-group (that is made up of 10% or less of a larger group)</w:t>
      </w:r>
      <w:r>
        <w:br/>
      </w:r>
      <w:r>
        <w:t xml:space="preserve">    (b) sub-group</w:t>
      </w:r>
      <w:r>
        <w:br/>
      </w:r>
      <w:r>
        <w:t xml:space="preserve">    (c) enthusiastic sub-group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difficult for ex-</w:t>
      </w:r>
      <w:r>
        <w:rPr>
          <w:b/>
          <w:bCs/>
          <w:u w:val="single"/>
        </w:rPr>
        <w:t xml:space="preserve">felons</w:t>
      </w:r>
      <w:r>
        <w:rPr>
          <w:b/>
          <w:bCs/>
        </w:rPr>
        <w:t xml:space="preserve"> </w:t>
      </w:r>
      <w:r>
        <w:rPr>
          <w:b/>
          <w:bCs/>
        </w:rPr>
        <w:t xml:space="preserve">to find work.</w:t>
      </w:r>
      <w:r>
        <w:br/>
      </w:r>
      <w:r>
        <w:t xml:space="preserve">    (a) people convicted of serious crimes</w:t>
      </w:r>
      <w:r>
        <w:br/>
      </w:r>
      <w:r>
        <w:t xml:space="preserve">    (b) people with unpopular opinions</w:t>
      </w:r>
      <w:r>
        <w:br/>
      </w:r>
      <w:r>
        <w:t xml:space="preserve">    (c) people who lost their jobs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time to stop 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feud</w:t>
      </w:r>
      <w:r>
        <w:rPr>
          <w:b/>
          <w:bCs/>
        </w:rPr>
        <w:t xml:space="preserve">.</w:t>
      </w:r>
      <w:r>
        <w:br/>
      </w:r>
      <w:r>
        <w:t xml:space="preserve">    (a) oppression of others</w:t>
      </w:r>
      <w:r>
        <w:br/>
      </w:r>
      <w:r>
        <w:t xml:space="preserve">    (b) long-standing fight</w:t>
      </w:r>
      <w:r>
        <w:br/>
      </w:r>
      <w:r>
        <w:t xml:space="preserve">    (c) continuous complaining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thought to be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impregnable</w:t>
      </w:r>
      <w:r>
        <w:rPr>
          <w:b/>
          <w:bCs/>
        </w:rPr>
        <w:t xml:space="preserve"> </w:t>
      </w:r>
      <w:r>
        <w:rPr>
          <w:b/>
          <w:bCs/>
        </w:rPr>
        <w:t xml:space="preserve">fortress.</w:t>
      </w:r>
      <w:r>
        <w:br/>
      </w:r>
      <w:r>
        <w:t xml:space="preserve">    (a) lacking strong defenses</w:t>
      </w:r>
      <w:r>
        <w:br/>
      </w:r>
      <w:r>
        <w:t xml:space="preserve">    (b) susceptible to attack</w:t>
      </w:r>
      <w:r>
        <w:br/>
      </w:r>
      <w:r>
        <w:t xml:space="preserve">    (c) able to withstand attack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inclined</w:t>
      </w:r>
      <w:r>
        <w:rPr>
          <w:b/>
          <w:bCs/>
        </w:rPr>
        <w:t xml:space="preserve"> </w:t>
      </w:r>
      <w:r>
        <w:rPr>
          <w:b/>
          <w:bCs/>
        </w:rPr>
        <w:t xml:space="preserve">to laugh, but I overcame the urge.</w:t>
      </w:r>
      <w:r>
        <w:br/>
      </w:r>
      <w:r>
        <w:t xml:space="preserve">    (a) disinclined</w:t>
      </w:r>
      <w:r>
        <w:br/>
      </w:r>
      <w:r>
        <w:t xml:space="preserve">    (b) afraid</w:t>
      </w:r>
      <w:r>
        <w:br/>
      </w:r>
      <w:r>
        <w:t xml:space="preserve">    (c) tending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boat ramp has a steep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incline</w:t>
      </w:r>
      <w:r>
        <w:rPr>
          <w:b/>
          <w:bCs/>
        </w:rPr>
        <w:t xml:space="preserve">.</w:t>
      </w:r>
      <w:r>
        <w:br/>
      </w:r>
      <w:r>
        <w:t xml:space="preserve">    (a) price</w:t>
      </w:r>
      <w:r>
        <w:br/>
      </w:r>
      <w:r>
        <w:t xml:space="preserve">    (b) danger</w:t>
      </w:r>
      <w:r>
        <w:br/>
      </w:r>
      <w:r>
        <w:t xml:space="preserve">    (c) slope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saw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jousting</w:t>
      </w:r>
      <w:r>
        <w:rPr>
          <w:b/>
          <w:bCs/>
        </w:rPr>
        <w:t xml:space="preserve"> </w:t>
      </w:r>
      <w:r>
        <w:rPr>
          <w:b/>
          <w:bCs/>
        </w:rPr>
        <w:t xml:space="preserve">show in Las Vegas.</w:t>
      </w:r>
      <w:r>
        <w:br/>
      </w:r>
      <w:r>
        <w:t xml:space="preserve">    (a) telling of jokes in rhyme</w:t>
      </w:r>
      <w:r>
        <w:br/>
      </w:r>
      <w:r>
        <w:t xml:space="preserve">    (b) magic and slight-of-hand</w:t>
      </w:r>
      <w:r>
        <w:br/>
      </w:r>
      <w:r>
        <w:t xml:space="preserve">    (c) mounted combat competition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poem captured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pathos</w:t>
      </w:r>
      <w:r>
        <w:rPr>
          <w:b/>
          <w:bCs/>
        </w:rPr>
        <w:t xml:space="preserve"> </w:t>
      </w:r>
      <w:r>
        <w:rPr>
          <w:b/>
          <w:bCs/>
        </w:rPr>
        <w:t xml:space="preserve">of wartime loss.</w:t>
      </w:r>
      <w:r>
        <w:br/>
      </w:r>
      <w:r>
        <w:t xml:space="preserve">    (a) angry tone</w:t>
      </w:r>
      <w:r>
        <w:br/>
      </w:r>
      <w:r>
        <w:t xml:space="preserve">    (b) cheerful spirit</w:t>
      </w:r>
      <w:r>
        <w:br/>
      </w:r>
      <w:r>
        <w:t xml:space="preserve">    (c) moving sadness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ate lunch under the open-sided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pavilion</w:t>
      </w:r>
      <w:r>
        <w:rPr>
          <w:b/>
          <w:bCs/>
        </w:rPr>
        <w:t xml:space="preserve"> </w:t>
      </w:r>
      <w:r>
        <w:rPr>
          <w:b/>
          <w:bCs/>
        </w:rPr>
        <w:t xml:space="preserve">near the lake.</w:t>
      </w:r>
      <w:r>
        <w:br/>
      </w:r>
      <w:r>
        <w:t xml:space="preserve">    (a) freestanding shelter</w:t>
      </w:r>
      <w:r>
        <w:br/>
      </w:r>
      <w:r>
        <w:t xml:space="preserve">    (b) tall stone monument</w:t>
      </w:r>
      <w:r>
        <w:br/>
      </w:r>
      <w:r>
        <w:t xml:space="preserve">    (c) narrow garden path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wore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sumptuous</w:t>
      </w:r>
      <w:r>
        <w:rPr>
          <w:b/>
          <w:bCs/>
        </w:rPr>
        <w:t xml:space="preserve"> </w:t>
      </w:r>
      <w:r>
        <w:rPr>
          <w:b/>
          <w:bCs/>
        </w:rPr>
        <w:t xml:space="preserve">gown made of the finest silk and adorned with sparkling jewels.</w:t>
      </w:r>
      <w:r>
        <w:br/>
      </w:r>
      <w:r>
        <w:t xml:space="preserve">    (a) magnificent</w:t>
      </w:r>
      <w:r>
        <w:br/>
      </w:r>
      <w:r>
        <w:t xml:space="preserve">    (b) long</w:t>
      </w:r>
      <w:r>
        <w:br/>
      </w:r>
      <w:r>
        <w:t xml:space="preserve">    (c) flattering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tapestry</w:t>
      </w:r>
      <w:r>
        <w:rPr>
          <w:b/>
          <w:bCs/>
        </w:rPr>
        <w:t xml:space="preserve"> </w:t>
      </w:r>
      <w:r>
        <w:rPr>
          <w:b/>
          <w:bCs/>
        </w:rPr>
        <w:t xml:space="preserve">depicts the building of the Notre Dame Cathedral.</w:t>
      </w:r>
      <w:r>
        <w:br/>
      </w:r>
      <w:r>
        <w:t xml:space="preserve">    (a) story</w:t>
      </w:r>
      <w:r>
        <w:br/>
      </w:r>
      <w:r>
        <w:t xml:space="preserve">    (b) artwork</w:t>
      </w:r>
      <w:r>
        <w:br/>
      </w:r>
      <w:r>
        <w:t xml:space="preserve">    (c) painting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experiment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yielded</w:t>
      </w:r>
      <w:r>
        <w:rPr>
          <w:b/>
          <w:bCs/>
        </w:rPr>
        <w:t xml:space="preserve"> </w:t>
      </w:r>
      <w:r>
        <w:rPr>
          <w:b/>
          <w:bCs/>
        </w:rPr>
        <w:t xml:space="preserve">data that raised a new set of questions.</w:t>
      </w:r>
      <w:r>
        <w:br/>
      </w:r>
      <w:r>
        <w:t xml:space="preserve">    (a) produced</w:t>
      </w:r>
      <w:r>
        <w:br/>
      </w:r>
      <w:r>
        <w:t xml:space="preserve">    (b) destroyed</w:t>
      </w:r>
      <w:r>
        <w:br/>
      </w:r>
      <w:r>
        <w:t xml:space="preserve">    (c) slowed down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 scandal,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yielded</w:t>
      </w:r>
      <w:r>
        <w:rPr>
          <w:b/>
          <w:bCs/>
        </w:rPr>
        <w:t xml:space="preserve"> </w:t>
      </w:r>
      <w:r>
        <w:rPr>
          <w:b/>
          <w:bCs/>
        </w:rPr>
        <w:t xml:space="preserve">to public pressure and resigned her position.</w:t>
      </w:r>
      <w:r>
        <w:br/>
      </w:r>
      <w:r>
        <w:t xml:space="preserve">    (a) gave in</w:t>
      </w:r>
      <w:r>
        <w:br/>
      </w:r>
      <w:r>
        <w:t xml:space="preserve">    (b) produced</w:t>
      </w:r>
      <w:r>
        <w:br/>
      </w:r>
      <w:r>
        <w:t xml:space="preserve">    (c) added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2026-07-31T18:25:46Z</dcterms:created>
  <dcterms:modified xsi:type="dcterms:W3CDTF">2026-07-31T18:25:46Z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