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f125e2e4906bc484eaab1ec9092572e34cf619"/>
    <w:p>
      <w:pPr>
        <w:pStyle w:val="Heading1"/>
      </w:pPr>
      <w:r>
        <w:rPr>
          <w:b/>
          <w:bCs/>
        </w:rPr>
        <w:t xml:space="preserve">The Omnivore's Dilemma</w:t>
      </w:r>
      <w:r>
        <w:br/>
      </w:r>
      <w:r>
        <w:rPr>
          <w:i/>
          <w:iCs/>
        </w:rPr>
        <w:t xml:space="preserve">Michael Pollan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omnivore's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dilemma</w:t>
      </w:r>
      <w:r>
        <w:rPr>
          <w:b/>
          <w:bCs/>
        </w:rPr>
        <w:t xml:space="preserve"> </w:t>
      </w:r>
      <w:r>
        <w:rPr>
          <w:b/>
          <w:bCs/>
        </w:rPr>
        <w:t xml:space="preserve">has been around a long time.</w:t>
      </w:r>
      <w:r>
        <w:br/>
      </w:r>
      <w:r>
        <w:t xml:space="preserve">    (a) relating to the south Asian Muslim republic that is the fifth most populous country</w:t>
      </w:r>
      <w:r>
        <w:br/>
      </w:r>
      <w:r>
        <w:t xml:space="preserve">    (b) a situation in which a difficult choice must be made between imperfect alternatives</w:t>
      </w:r>
      <w:r>
        <w:br/>
      </w:r>
      <w:r>
        <w:t xml:space="preserve">    (c) connected by blood or marriage; or a  plant or animal related by origin or grouping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molecules</w:t>
      </w:r>
      <w:r>
        <w:rPr>
          <w:b/>
          <w:bCs/>
        </w:rPr>
        <w:t xml:space="preserve"> </w:t>
      </w:r>
      <w:r>
        <w:rPr>
          <w:b/>
          <w:bCs/>
        </w:rPr>
        <w:t xml:space="preserve">that make up our cells — carbohydrates, proteins, and fats — contain the element carbon.</w:t>
      </w:r>
      <w:r>
        <w:br/>
      </w:r>
      <w:r>
        <w:t xml:space="preserve">    (a) chemical substance comprised of the smallest amount of a chemical substance that can exist by itself</w:t>
      </w:r>
      <w:r>
        <w:br/>
      </w:r>
      <w:r>
        <w:t xml:space="preserve">    (b) aka natural rights -- rights that are naturally due because of human nature and the natural condition</w:t>
      </w:r>
      <w:r>
        <w:br/>
      </w:r>
      <w:r>
        <w:t xml:space="preserve">    (c) soccer players who play in the middle third of the field and who assist with both defense and offense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Corn spread because it could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adapt</w:t>
      </w:r>
      <w:r>
        <w:rPr>
          <w:b/>
          <w:bCs/>
        </w:rPr>
        <w:t xml:space="preserve"> </w:t>
      </w:r>
      <w:r>
        <w:rPr>
          <w:b/>
          <w:bCs/>
        </w:rPr>
        <w:t xml:space="preserve">to the needs of human beings.</w:t>
      </w:r>
      <w:r>
        <w:br/>
      </w:r>
      <w:r>
        <w:t xml:space="preserve">    (a) alter the regular state of an otherwise stable system</w:t>
      </w:r>
      <w:r>
        <w:br/>
      </w:r>
      <w:r>
        <w:t xml:space="preserve">    (b) to spread one-sided information to influence opinions</w:t>
      </w:r>
      <w:r>
        <w:br/>
      </w:r>
      <w:r>
        <w:t xml:space="preserve">    (c) change to fit a different situation; or make suitable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hybrid</w:t>
      </w:r>
      <w:r>
        <w:rPr>
          <w:b/>
          <w:bCs/>
        </w:rPr>
        <w:t xml:space="preserve"> </w:t>
      </w:r>
      <w:r>
        <w:rPr>
          <w:b/>
          <w:bCs/>
        </w:rPr>
        <w:t xml:space="preserve">is a plant or animal whose parents have different traits.</w:t>
      </w:r>
      <w:r>
        <w:br/>
      </w:r>
      <w:r>
        <w:t xml:space="preserve">    (a) something made from parts</w:t>
      </w:r>
      <w:r>
        <w:br/>
      </w:r>
      <w:r>
        <w:t xml:space="preserve">    (b) something that stands out</w:t>
      </w:r>
      <w:r>
        <w:br/>
      </w:r>
      <w:r>
        <w:t xml:space="preserve">    (c) something of mixed origin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only way to make sure your plants produce the same amount of corn — that they have the same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</w:t>
      </w:r>
      <w:r>
        <w:rPr>
          <w:b/>
          <w:bCs/>
        </w:rPr>
        <w:t xml:space="preserve"> </w:t>
      </w:r>
      <w:r>
        <w:rPr>
          <w:b/>
          <w:bCs/>
        </w:rPr>
        <w:t xml:space="preserve">as the original hybrid — is to buy new seed every year from a seed company.</w:t>
      </w:r>
      <w:r>
        <w:br/>
      </w:r>
      <w:r>
        <w:t xml:space="preserve">    (a) think deeply or carefully about</w:t>
      </w:r>
      <w:r>
        <w:br/>
      </w:r>
      <w:r>
        <w:t xml:space="preserve">    (b) stop (something from happening)</w:t>
      </w:r>
      <w:r>
        <w:br/>
      </w:r>
      <w:r>
        <w:t xml:space="preserve">    (c) produce or give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one can own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species</w:t>
      </w:r>
      <w:r>
        <w:rPr>
          <w:b/>
          <w:bCs/>
        </w:rPr>
        <w:t xml:space="preserve"> </w:t>
      </w:r>
      <w:r>
        <w:rPr>
          <w:b/>
          <w:bCs/>
        </w:rPr>
        <w:t xml:space="preserve">called "corn."</w:t>
      </w:r>
      <w:r>
        <w:br/>
      </w:r>
      <w:r>
        <w:t xml:space="preserve">    (a) the gain of advantage from something</w:t>
      </w:r>
      <w:r>
        <w:br/>
      </w:r>
      <w:r>
        <w:t xml:space="preserve">    (b) a similar group of animals or plants</w:t>
      </w:r>
      <w:r>
        <w:br/>
      </w:r>
      <w:r>
        <w:t xml:space="preserve">    (c) the quality of exactness or accuracy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Grasses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evolved</w:t>
      </w:r>
      <w:r>
        <w:rPr>
          <w:b/>
          <w:bCs/>
        </w:rPr>
        <w:t xml:space="preserve"> </w:t>
      </w:r>
      <w:r>
        <w:rPr>
          <w:b/>
          <w:bCs/>
        </w:rPr>
        <w:t xml:space="preserve">so that they can survive being eaten very well.</w:t>
      </w:r>
      <w:r>
        <w:br/>
      </w:r>
      <w:r>
        <w:t xml:space="preserve">    (a) not encouraged or emotionally aroused</w:t>
      </w:r>
      <w:r>
        <w:br/>
      </w:r>
      <w:r>
        <w:t xml:space="preserve">    (b) gradually changed through evolution</w:t>
      </w:r>
      <w:r>
        <w:br/>
      </w:r>
      <w:r>
        <w:t xml:space="preserve">    (c) controlled (how something turned out)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COW CHOW In October, two weeks before I made his acquaintance, steer number 534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weaned</w:t>
      </w:r>
      <w:r>
        <w:rPr>
          <w:b/>
          <w:bCs/>
        </w:rPr>
        <w:t xml:space="preserve"> </w:t>
      </w:r>
      <w:r>
        <w:rPr>
          <w:b/>
          <w:bCs/>
        </w:rPr>
        <w:t xml:space="preserve">from his mother.</w:t>
      </w:r>
      <w:r>
        <w:br/>
      </w:r>
      <w:r>
        <w:t xml:space="preserve">    (a) forgave</w:t>
      </w:r>
      <w:r>
        <w:br/>
      </w:r>
      <w:r>
        <w:t xml:space="preserve">    (b) changed</w:t>
      </w:r>
      <w:r>
        <w:br/>
      </w:r>
      <w:r>
        <w:t xml:space="preserve">    (c) adapted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can develop into new types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bacteria</w:t>
      </w:r>
      <w:r>
        <w:rPr>
          <w:b/>
          <w:bCs/>
        </w:rPr>
        <w:t xml:space="preserve"> </w:t>
      </w:r>
      <w:r>
        <w:rPr>
          <w:b/>
          <w:bCs/>
        </w:rPr>
        <w:t xml:space="preserve">that the drugs don't affect.</w:t>
      </w:r>
      <w:r>
        <w:br/>
      </w:r>
      <w:r>
        <w:t xml:space="preserve">    (a) microorganisms (living creatures so small it takes a microscope to see them)</w:t>
      </w:r>
      <w:r>
        <w:br/>
      </w:r>
      <w:r>
        <w:t xml:space="preserve">    (b) the smallest part of any material that cannot be broken up by chemical means</w:t>
      </w:r>
      <w:r>
        <w:br/>
      </w:r>
      <w:r>
        <w:t xml:space="preserve">    (c) psychoanalysis:  that part of the unconscious mind that acts as a conscience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Looking at it one way, each American eats only about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bushel</w:t>
      </w:r>
      <w:r>
        <w:rPr>
          <w:b/>
          <w:bCs/>
        </w:rPr>
        <w:t xml:space="preserve"> </w:t>
      </w:r>
      <w:r>
        <w:rPr>
          <w:b/>
          <w:bCs/>
        </w:rPr>
        <w:t xml:space="preserve">of corn per year.</w:t>
      </w:r>
      <w:r>
        <w:br/>
      </w:r>
      <w:r>
        <w:t xml:space="preserve">    (a) one who believes that knowledge is acquired primarily by reason rather than by experience</w:t>
      </w:r>
      <w:r>
        <w:br/>
      </w:r>
      <w:r>
        <w:t xml:space="preserve">    (b) a hollow muscular organ in the pelvic cavity of females which can hold a developing fetus</w:t>
      </w:r>
      <w:r>
        <w:br/>
      </w:r>
      <w:r>
        <w:t xml:space="preserve">    (c) a unit of measure used for dry goods (filling an 8 gallon container)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fermented</w:t>
      </w:r>
      <w:r>
        <w:rPr>
          <w:b/>
          <w:bCs/>
        </w:rPr>
        <w:t xml:space="preserve"> </w:t>
      </w:r>
      <w:r>
        <w:rPr>
          <w:b/>
          <w:bCs/>
        </w:rPr>
        <w:t xml:space="preserve">to become ethanol.</w:t>
      </w:r>
      <w:r>
        <w:br/>
      </w:r>
      <w:r>
        <w:t xml:space="preserve">    (a) made different; or showed difference</w:t>
      </w:r>
      <w:r>
        <w:br/>
      </w:r>
      <w:r>
        <w:t xml:space="preserve">    (b) chemically changed by a living agent</w:t>
      </w:r>
      <w:r>
        <w:br/>
      </w:r>
      <w:r>
        <w:t xml:space="preserve">    (c) interacted again or interested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Well, let's see ....Three of every five Americans are overweight; one of every five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obese</w:t>
      </w:r>
      <w:r>
        <w:rPr>
          <w:b/>
          <w:bCs/>
        </w:rPr>
        <w:t xml:space="preserve">.</w:t>
      </w:r>
      <w:r>
        <w:br/>
      </w:r>
      <w:r>
        <w:t xml:space="preserve">    (a) the state or degree of being improper, awkward, or unfavorable</w:t>
      </w:r>
      <w:r>
        <w:br/>
      </w:r>
      <w:r>
        <w:t xml:space="preserve">    (b) the characteristic of being excessively unhappy and unsociable</w:t>
      </w:r>
      <w:r>
        <w:br/>
      </w:r>
      <w:r>
        <w:t xml:space="preserve">    (c) significantly overweight (due to the accumulation of body fat)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 bite like a carnivore, or chew like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herbivore</w:t>
      </w:r>
      <w:r>
        <w:rPr>
          <w:b/>
          <w:bCs/>
        </w:rPr>
        <w:t xml:space="preserve">, depending on the dish.</w:t>
      </w:r>
      <w:r>
        <w:br/>
      </w:r>
      <w:r>
        <w:t xml:space="preserve">    (a) someone who believe in a single God</w:t>
      </w:r>
      <w:r>
        <w:br/>
      </w:r>
      <w:r>
        <w:t xml:space="preserve">    (b) plant-eating animal</w:t>
      </w:r>
      <w:r>
        <w:br/>
      </w:r>
      <w:r>
        <w:t xml:space="preserve">    (c) a basic building block for proteins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Zoologists think the koala once ate a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varied</w:t>
      </w:r>
      <w:r>
        <w:rPr>
          <w:b/>
          <w:bCs/>
        </w:rPr>
        <w:t xml:space="preserve"> </w:t>
      </w:r>
      <w:r>
        <w:rPr>
          <w:b/>
          <w:bCs/>
        </w:rPr>
        <w:t xml:space="preserve">diet than it does now.</w:t>
      </w:r>
      <w:r>
        <w:br/>
      </w:r>
      <w:r>
        <w:t xml:space="preserve">    (a) began fighting again</w:t>
      </w:r>
      <w:r>
        <w:br/>
      </w:r>
      <w:r>
        <w:t xml:space="preserve">    (b) differed; or changed</w:t>
      </w:r>
      <w:r>
        <w:br/>
      </w:r>
      <w:r>
        <w:t xml:space="preserve">    (c) took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 step up the food chain, or "trophic pyramid," approximately 90% of energy is lost, which is why there are fewer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carnivores</w:t>
      </w:r>
      <w:r>
        <w:rPr>
          <w:b/>
          <w:bCs/>
        </w:rPr>
        <w:t xml:space="preserve"> </w:t>
      </w:r>
      <w:r>
        <w:rPr>
          <w:b/>
          <w:bCs/>
        </w:rPr>
        <w:t xml:space="preserve">than there are herbivores.</w:t>
      </w:r>
      <w:r>
        <w:br/>
      </w:r>
      <w:r>
        <w:t xml:space="preserve">    (a) meat-eating animals</w:t>
      </w:r>
      <w:r>
        <w:br/>
      </w:r>
      <w:r>
        <w:t xml:space="preserve">    (b) requires (to do something)</w:t>
      </w:r>
      <w:r>
        <w:br/>
      </w:r>
      <w:r>
        <w:t xml:space="preserve">    (c) opposed to "globalization"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Several of the ingredients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synthetic</w:t>
      </w:r>
      <w:r>
        <w:rPr>
          <w:b/>
          <w:bCs/>
        </w:rPr>
        <w:t xml:space="preserve"> </w:t>
      </w:r>
      <w:r>
        <w:rPr>
          <w:b/>
          <w:bCs/>
        </w:rPr>
        <w:t xml:space="preserve">additives that are permitted under federal organic rules.</w:t>
      </w:r>
      <w:r>
        <w:br/>
      </w:r>
      <w:r>
        <w:t xml:space="preserve">    (a) artificial (man-made rather than natural)</w:t>
      </w:r>
      <w:r>
        <w:br/>
      </w:r>
      <w:r>
        <w:t xml:space="preserve">    (b) title for the head of a government body in some countries</w:t>
      </w:r>
      <w:r>
        <w:br/>
      </w:r>
      <w:r>
        <w:t xml:space="preserve">    (c) an unborn child (or other unborn or unhatched vertebrate)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Compared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conventional</w:t>
      </w:r>
      <w:r>
        <w:rPr>
          <w:b/>
          <w:bCs/>
        </w:rPr>
        <w:t xml:space="preserve"> </w:t>
      </w:r>
      <w:r>
        <w:rPr>
          <w:b/>
          <w:bCs/>
        </w:rPr>
        <w:t xml:space="preserve">chickens, I was told, these organic birds have it pretty good.</w:t>
      </w:r>
      <w:r>
        <w:br/>
      </w:r>
      <w:r>
        <w:t xml:space="preserve">    (a) complete or total</w:t>
      </w:r>
      <w:r>
        <w:br/>
      </w:r>
      <w:r>
        <w:t xml:space="preserve">    (b) typical</w:t>
      </w:r>
      <w:r>
        <w:br/>
      </w:r>
      <w:r>
        <w:t xml:space="preserve">    (c) able to challenge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Zoologists will tell you that certain animals more or less "chose"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domestication</w:t>
      </w:r>
      <w:r>
        <w:rPr>
          <w:b/>
          <w:bCs/>
        </w:rPr>
        <w:t xml:space="preserve">.</w:t>
      </w:r>
      <w:r>
        <w:br/>
      </w:r>
      <w:r>
        <w:t xml:space="preserve">    (a) the condition of being made by humans rather than being found in nature</w:t>
      </w:r>
      <w:r>
        <w:br/>
      </w:r>
      <w:r>
        <w:t xml:space="preserve">    (b) being made fit for service to humans</w:t>
      </w:r>
      <w:r>
        <w:br/>
      </w:r>
      <w:r>
        <w:t xml:space="preserve">    (c) people of churches whose traditions trace back to the Church of England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have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forage</w:t>
      </w:r>
      <w:r>
        <w:rPr>
          <w:b/>
          <w:bCs/>
        </w:rPr>
        <w:t xml:space="preserve"> </w:t>
      </w:r>
      <w:r>
        <w:rPr>
          <w:b/>
          <w:bCs/>
        </w:rPr>
        <w:t xml:space="preserve">every meal.</w:t>
      </w:r>
      <w:r>
        <w:br/>
      </w:r>
      <w:r>
        <w:t xml:space="preserve">    (a) something of small importance; or a small quantity</w:t>
      </w:r>
      <w:r>
        <w:br/>
      </w:r>
      <w:r>
        <w:t xml:space="preserve">    (b) to search for and gather</w:t>
      </w:r>
      <w:r>
        <w:br/>
      </w:r>
      <w:r>
        <w:t xml:space="preserve">    (c) leave a place, job or position previously occupied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Just because they offer a supersized 64-ounce Big Gulp and 1,250-</w:t>
      </w:r>
      <w:r>
        <w:rPr>
          <w:b/>
          <w:bCs/>
          <w:u w:val="single"/>
        </w:rPr>
        <w:t xml:space="preserve">calorie</w:t>
      </w:r>
      <w:r>
        <w:rPr>
          <w:b/>
          <w:bCs/>
        </w:rPr>
        <w:t xml:space="preserve">, 5-cup restaurant plate of spaghetti and meatballs doesn't mean that's the amount you should eat.</w:t>
      </w:r>
      <w:r>
        <w:br/>
      </w:r>
      <w:r>
        <w:t xml:space="preserve">    (a) a unit of energy most commonly known as a measure of the potential weight gain the body gets from food</w:t>
      </w:r>
      <w:r>
        <w:br/>
      </w:r>
      <w:r>
        <w:t xml:space="preserve">    (b) a system of government with a ruler who has absolute power -- especially one who abuses that power</w:t>
      </w:r>
      <w:r>
        <w:br/>
      </w:r>
      <w:r>
        <w:t xml:space="preserve">    (c) gradual destruction (of something previously established) -- such as a government, rule, or belief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2026-07-31T17:20:06Z</dcterms:created>
  <dcterms:modified xsi:type="dcterms:W3CDTF">2026-07-31T17:20:06Z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