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a504b5ef823487aa2e5a0e6b239ab280146d61"/>
    <w:p>
      <w:pPr>
        <w:pStyle w:val="Heading1"/>
      </w:pPr>
      <w:r>
        <w:rPr>
          <w:b/>
          <w:bCs/>
        </w:rPr>
        <w:t xml:space="preserve">The Old Man and the Sea</w:t>
      </w:r>
      <w:r>
        <w:br/>
      </w:r>
      <w:r>
        <w:rPr>
          <w:i/>
          <w:iCs/>
        </w:rPr>
        <w:t xml:space="preserve">Ernest Hemingway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hope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attain</w:t>
      </w:r>
      <w:r>
        <w:rPr>
          <w:b/>
          <w:bCs/>
        </w:rPr>
        <w:t xml:space="preserve"> </w:t>
      </w:r>
      <w:r>
        <w:rPr>
          <w:b/>
          <w:bCs/>
        </w:rPr>
        <w:t xml:space="preserve">effective law and order in the region before withdrawing troops.</w:t>
      </w:r>
      <w:r>
        <w:br/>
      </w:r>
      <w:r>
        <w:t xml:space="preserve">    (a) successfully gain</w:t>
      </w:r>
      <w:r>
        <w:br/>
      </w:r>
      <w:r>
        <w:t xml:space="preserve">    (b) carefully describe</w:t>
      </w:r>
      <w:r>
        <w:br/>
      </w:r>
      <w:r>
        <w:t xml:space="preserve">    (c) openly oppose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thinks of herself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benevolent</w:t>
      </w:r>
      <w:r>
        <w:rPr>
          <w:b/>
          <w:bCs/>
        </w:rPr>
        <w:t xml:space="preserve"> </w:t>
      </w:r>
      <w:r>
        <w:rPr>
          <w:b/>
          <w:bCs/>
        </w:rPr>
        <w:t xml:space="preserve">dictator.</w:t>
      </w:r>
      <w:r>
        <w:br/>
      </w:r>
      <w:r>
        <w:t xml:space="preserve">    (a) kind</w:t>
      </w:r>
      <w:r>
        <w:br/>
      </w:r>
      <w:r>
        <w:t xml:space="preserve">    (b) ruthless</w:t>
      </w:r>
      <w:r>
        <w:br/>
      </w:r>
      <w:r>
        <w:t xml:space="preserve">    (c) calm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confided</w:t>
      </w:r>
      <w:r>
        <w:rPr>
          <w:b/>
          <w:bCs/>
        </w:rPr>
        <w:t xml:space="preserve"> </w:t>
      </w:r>
      <w:r>
        <w:rPr>
          <w:b/>
          <w:bCs/>
        </w:rPr>
        <w:t xml:space="preserve">in her parents.</w:t>
      </w:r>
      <w:r>
        <w:br/>
      </w:r>
      <w:r>
        <w:t xml:space="preserve">    (a) was proud</w:t>
      </w:r>
      <w:r>
        <w:br/>
      </w:r>
      <w:r>
        <w:t xml:space="preserve">    (b) didn't trust</w:t>
      </w:r>
      <w:r>
        <w:br/>
      </w:r>
      <w:r>
        <w:t xml:space="preserve">    (c) trusted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fake article was written to attract attention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deceive</w:t>
      </w:r>
      <w:r>
        <w:rPr>
          <w:b/>
          <w:bCs/>
        </w:rPr>
        <w:t xml:space="preserve"> </w:t>
      </w:r>
      <w:r>
        <w:rPr>
          <w:b/>
          <w:bCs/>
        </w:rPr>
        <w:t xml:space="preserve">readers.</w:t>
      </w:r>
      <w:r>
        <w:br/>
      </w:r>
      <w:r>
        <w:t xml:space="preserve">    (a) lie to or mislead</w:t>
      </w:r>
      <w:r>
        <w:br/>
      </w:r>
      <w:r>
        <w:t xml:space="preserve">    (b) entertain</w:t>
      </w:r>
      <w:r>
        <w:br/>
      </w:r>
      <w:r>
        <w:t xml:space="preserve">    (c) attract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may be our last chance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devise</w:t>
      </w:r>
      <w:r>
        <w:rPr>
          <w:b/>
          <w:bCs/>
        </w:rPr>
        <w:t xml:space="preserve"> </w:t>
      </w:r>
      <w:r>
        <w:rPr>
          <w:b/>
          <w:bCs/>
        </w:rPr>
        <w:t xml:space="preserve">a compromise that will save the peace.</w:t>
      </w:r>
      <w:r>
        <w:br/>
      </w:r>
      <w:r>
        <w:t xml:space="preserve">    (a) consider</w:t>
      </w:r>
      <w:r>
        <w:br/>
      </w:r>
      <w:r>
        <w:t xml:space="preserve">    (b) create</w:t>
      </w:r>
      <w:r>
        <w:br/>
      </w:r>
      <w:r>
        <w:t xml:space="preserve">    (c) save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immune</w:t>
      </w:r>
      <w:r>
        <w:rPr>
          <w:b/>
          <w:bCs/>
        </w:rPr>
        <w:t xml:space="preserve"> </w:t>
      </w:r>
      <w:r>
        <w:rPr>
          <w:b/>
          <w:bCs/>
        </w:rPr>
        <w:t xml:space="preserve">to chickenpox because she has been vaccinated.</w:t>
      </w:r>
      <w:r>
        <w:br/>
      </w:r>
      <w:r>
        <w:t xml:space="preserve">    (a) resistant</w:t>
      </w:r>
      <w:r>
        <w:br/>
      </w:r>
      <w:r>
        <w:t xml:space="preserve">    (b) at risk</w:t>
      </w:r>
      <w:r>
        <w:br/>
      </w:r>
      <w:r>
        <w:t xml:space="preserve">    (c) open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hummingbird's feathers had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iridescent</w:t>
      </w:r>
      <w:r>
        <w:rPr>
          <w:b/>
          <w:bCs/>
        </w:rPr>
        <w:t xml:space="preserve"> </w:t>
      </w:r>
      <w:r>
        <w:rPr>
          <w:b/>
          <w:bCs/>
        </w:rPr>
        <w:t xml:space="preserve">sheen, flashing brilliant colors as it moved.</w:t>
      </w:r>
      <w:r>
        <w:br/>
      </w:r>
      <w:r>
        <w:t xml:space="preserve">    (a) very bright and easily noticeable colors</w:t>
      </w:r>
      <w:r>
        <w:br/>
      </w:r>
      <w:r>
        <w:t xml:space="preserve">    (b) rainbow like colors that shimmer or vary with movement</w:t>
      </w:r>
      <w:r>
        <w:br/>
      </w:r>
      <w:r>
        <w:t xml:space="preserve">    (c) dull and muted colors that blend together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Years of broken promises taught the team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mistrust</w:t>
      </w:r>
      <w:r>
        <w:rPr>
          <w:b/>
          <w:bCs/>
        </w:rPr>
        <w:t xml:space="preserve"> </w:t>
      </w:r>
      <w:r>
        <w:rPr>
          <w:b/>
          <w:bCs/>
        </w:rPr>
        <w:t xml:space="preserve">anything he said.</w:t>
      </w:r>
      <w:r>
        <w:br/>
      </w:r>
      <w:r>
        <w:t xml:space="preserve">    (a) not question</w:t>
      </w:r>
      <w:r>
        <w:br/>
      </w:r>
      <w:r>
        <w:t xml:space="preserve">    (b) not remember</w:t>
      </w:r>
      <w:r>
        <w:br/>
      </w:r>
      <w:r>
        <w:t xml:space="preserve">    (c) not trust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walking with a barely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perceptible</w:t>
      </w:r>
      <w:r>
        <w:rPr>
          <w:b/>
          <w:bCs/>
        </w:rPr>
        <w:t xml:space="preserve"> </w:t>
      </w:r>
      <w:r>
        <w:rPr>
          <w:b/>
          <w:bCs/>
        </w:rPr>
        <w:t xml:space="preserve">limp.</w:t>
      </w:r>
      <w:r>
        <w:br/>
      </w:r>
      <w:r>
        <w:t xml:space="preserve">    (a) new</w:t>
      </w:r>
      <w:r>
        <w:br/>
      </w:r>
      <w:r>
        <w:t xml:space="preserve">    (b) painful</w:t>
      </w:r>
      <w:r>
        <w:br/>
      </w:r>
      <w:r>
        <w:t xml:space="preserve">    (c)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journalist's investigation put her in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peril</w:t>
      </w:r>
      <w:r>
        <w:rPr>
          <w:b/>
          <w:bCs/>
        </w:rPr>
        <w:t xml:space="preserve">.</w:t>
      </w:r>
      <w:r>
        <w:br/>
      </w:r>
      <w:r>
        <w:t xml:space="preserve">    (a) weariness</w:t>
      </w:r>
      <w:r>
        <w:br/>
      </w:r>
      <w:r>
        <w:t xml:space="preserve">    (b) danger</w:t>
      </w:r>
      <w:r>
        <w:br/>
      </w:r>
      <w:r>
        <w:t xml:space="preserve">    (c) fame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Some deep-sea fish produce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phosphorescence</w:t>
      </w:r>
      <w:r>
        <w:rPr>
          <w:b/>
          <w:bCs/>
        </w:rPr>
        <w:t xml:space="preserve"> </w:t>
      </w:r>
      <w:r>
        <w:rPr>
          <w:b/>
          <w:bCs/>
        </w:rPr>
        <w:t xml:space="preserve">in dark waters.</w:t>
      </w:r>
      <w:r>
        <w:br/>
      </w:r>
      <w:r>
        <w:t xml:space="preserve">    (a) a faint natural glow</w:t>
      </w:r>
      <w:r>
        <w:br/>
      </w:r>
      <w:r>
        <w:t xml:space="preserve">    (b) a loud crackling sound</w:t>
      </w:r>
      <w:r>
        <w:br/>
      </w:r>
      <w:r>
        <w:t xml:space="preserve">    (c) a sharp icy chill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English, most adjectives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</w:t>
      </w:r>
      <w:r>
        <w:rPr>
          <w:b/>
          <w:bCs/>
        </w:rPr>
        <w:t xml:space="preserve"> </w:t>
      </w:r>
      <w:r>
        <w:rPr>
          <w:b/>
          <w:bCs/>
        </w:rPr>
        <w:t xml:space="preserve">the noun they modify.</w:t>
      </w:r>
      <w:r>
        <w:br/>
      </w:r>
      <w:r>
        <w:t xml:space="preserve">    (a) follow</w:t>
      </w:r>
      <w:r>
        <w:br/>
      </w:r>
      <w:r>
        <w:t xml:space="preserve">    (b) describe</w:t>
      </w:r>
      <w:r>
        <w:br/>
      </w:r>
      <w:r>
        <w:t xml:space="preserve">    (c) go before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40 years of greeting guests in person,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proprietor</w:t>
      </w:r>
      <w:r>
        <w:rPr>
          <w:b/>
          <w:bCs/>
        </w:rPr>
        <w:t xml:space="preserve"> </w:t>
      </w:r>
      <w:r>
        <w:rPr>
          <w:b/>
          <w:bCs/>
        </w:rPr>
        <w:t xml:space="preserve">of the restaurant is retiring.</w:t>
      </w:r>
      <w:r>
        <w:br/>
      </w:r>
      <w:r>
        <w:t xml:space="preserve">    (a) owner</w:t>
      </w:r>
      <w:r>
        <w:br/>
      </w:r>
      <w:r>
        <w:t xml:space="preserve">    (b) employee</w:t>
      </w:r>
      <w:r>
        <w:br/>
      </w:r>
      <w:r>
        <w:t xml:space="preserve">    (c) customer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Through many years and hardships,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resolution</w:t>
      </w:r>
      <w:r>
        <w:rPr>
          <w:b/>
          <w:bCs/>
        </w:rPr>
        <w:t xml:space="preserve"> </w:t>
      </w:r>
      <w:r>
        <w:rPr>
          <w:b/>
          <w:bCs/>
        </w:rPr>
        <w:t xml:space="preserve">to serve the poor never wavered.</w:t>
      </w:r>
      <w:r>
        <w:br/>
      </w:r>
      <w:r>
        <w:t xml:space="preserve">    (a) determination</w:t>
      </w:r>
      <w:r>
        <w:br/>
      </w:r>
      <w:r>
        <w:t xml:space="preserve">    (b) way (solution)</w:t>
      </w:r>
      <w:r>
        <w:br/>
      </w:r>
      <w:r>
        <w:t xml:space="preserve">    (c) ability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painting is called</w:t>
      </w:r>
      <w:r>
        <w:rPr>
          <w:b/>
          <w:bCs/>
        </w:rPr>
        <w:t xml:space="preserve"> </w:t>
      </w:r>
      <w:r>
        <w:rPr>
          <w:b/>
          <w:bCs/>
          <w:i/>
          <w:iCs/>
        </w:rPr>
        <w:t xml:space="preserve">Peasant Woman with a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  <w:u w:val="single"/>
        </w:rPr>
        <w:t xml:space="preserve">Scythe</w:t>
      </w:r>
      <w:r>
        <w:rPr>
          <w:b/>
          <w:bCs/>
        </w:rPr>
        <w:t xml:space="preserve">.</w:t>
      </w:r>
      <w:r>
        <w:br/>
      </w:r>
      <w:r>
        <w:t xml:space="preserve">    (a) to mix different things that maintain their difference in the mixture; or the resulting mixture</w:t>
      </w:r>
      <w:r>
        <w:br/>
      </w:r>
      <w:r>
        <w:t xml:space="preserve">    (b) (noun) a strip of hair made lighter in color  OR  (verb) making strips of hair lighter in color</w:t>
      </w:r>
      <w:r>
        <w:br/>
      </w:r>
      <w:r>
        <w:t xml:space="preserve">    (c) grass-cutting tool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company chose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sever</w:t>
      </w:r>
      <w:r>
        <w:rPr>
          <w:b/>
          <w:bCs/>
        </w:rPr>
        <w:t xml:space="preserve"> </w:t>
      </w:r>
      <w:r>
        <w:rPr>
          <w:b/>
          <w:bCs/>
        </w:rPr>
        <w:t xml:space="preserve">its partnership after the dispute.</w:t>
      </w:r>
      <w:r>
        <w:br/>
      </w:r>
      <w:r>
        <w:t xml:space="preserve">    (a) strengthen</w:t>
      </w:r>
      <w:r>
        <w:br/>
      </w:r>
      <w:r>
        <w:t xml:space="preserve">    (b) delay briefly</w:t>
      </w:r>
      <w:r>
        <w:br/>
      </w:r>
      <w:r>
        <w:t xml:space="preserve">    (c) cut off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clothesline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taut</w:t>
      </w:r>
      <w:r>
        <w:rPr>
          <w:b/>
          <w:bCs/>
        </w:rPr>
        <w:t xml:space="preserve"> </w:t>
      </w:r>
      <w:r>
        <w:rPr>
          <w:b/>
          <w:bCs/>
        </w:rPr>
        <w:t xml:space="preserve">between the two trees in the yard.</w:t>
      </w:r>
      <w:r>
        <w:br/>
      </w:r>
      <w:r>
        <w:t xml:space="preserve">    (a) shiny</w:t>
      </w:r>
      <w:r>
        <w:br/>
      </w:r>
      <w:r>
        <w:t xml:space="preserve">    (b) noisy</w:t>
      </w:r>
      <w:r>
        <w:br/>
      </w:r>
      <w:r>
        <w:t xml:space="preserve">    (c) tight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have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tentative</w:t>
      </w:r>
      <w:r>
        <w:rPr>
          <w:b/>
          <w:bCs/>
        </w:rPr>
        <w:t xml:space="preserve"> </w:t>
      </w:r>
      <w:r>
        <w:rPr>
          <w:b/>
          <w:bCs/>
        </w:rPr>
        <w:t xml:space="preserve">plan, but don't want to make any promises until I discuss it with some friends.</w:t>
      </w:r>
      <w:r>
        <w:br/>
      </w:r>
      <w:r>
        <w:t xml:space="preserve">    (a) action without forethought; or such a tendency</w:t>
      </w:r>
      <w:r>
        <w:br/>
      </w:r>
      <w:r>
        <w:t xml:space="preserve">    (b) subject to change (likely or possibly going to change)</w:t>
      </w:r>
      <w:r>
        <w:br/>
      </w:r>
      <w:r>
        <w:t xml:space="preserve">    (c) intended to deceive -- usually for financial 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general's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treachery</w:t>
      </w:r>
      <w:r>
        <w:rPr>
          <w:b/>
          <w:bCs/>
        </w:rPr>
        <w:t xml:space="preserve"> </w:t>
      </w:r>
      <w:r>
        <w:rPr>
          <w:b/>
          <w:bCs/>
        </w:rPr>
        <w:t xml:space="preserve">put the whole army in danger.</w:t>
      </w:r>
      <w:r>
        <w:br/>
      </w:r>
      <w:r>
        <w:t xml:space="preserve">    (a) bravery</w:t>
      </w:r>
      <w:r>
        <w:br/>
      </w:r>
      <w:r>
        <w:t xml:space="preserve">    (b) betrayal</w:t>
      </w:r>
      <w:r>
        <w:br/>
      </w:r>
      <w:r>
        <w:t xml:space="preserve">    (c) confusion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</w:t>
      </w:r>
      <w:r>
        <w:rPr>
          <w:b/>
          <w:bCs/>
        </w:rPr>
        <w:t xml:space="preserve"> </w:t>
      </w:r>
      <w:r>
        <w:rPr>
          <w:b/>
          <w:bCs/>
        </w:rPr>
        <w:t xml:space="preserve">in our commitment to provide the best education possible.</w:t>
      </w:r>
      <w:r>
        <w:br/>
      </w:r>
      <w:r>
        <w:t xml:space="preserve">    (a) speak forcefully</w:t>
      </w:r>
      <w:r>
        <w:br/>
      </w:r>
      <w:r>
        <w:t xml:space="preserve">    (b) grow rapidly</w:t>
      </w:r>
      <w:r>
        <w:br/>
      </w:r>
      <w:r>
        <w:t xml:space="preserve">    (c) be unsteady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2026-07-31T15:28:29Z</dcterms:created>
  <dcterms:modified xsi:type="dcterms:W3CDTF">2026-07-31T15:28:29Z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