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acc7009b168fc2a3e325bad020a36d27bebd4e"/>
    <w:p>
      <w:pPr>
        <w:pStyle w:val="Heading1"/>
      </w:pPr>
      <w:r>
        <w:rPr>
          <w:b/>
          <w:bCs/>
        </w:rPr>
        <w:t xml:space="preserve">The Old Man and the Sea</w:t>
      </w:r>
      <w:r>
        <w:br/>
      </w:r>
      <w:r>
        <w:rPr>
          <w:i/>
          <w:iCs/>
        </w:rPr>
        <w:t xml:space="preserve">Ernest Hemingway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People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congregated</w:t>
      </w:r>
      <w:r>
        <w:rPr>
          <w:b/>
          <w:bCs/>
        </w:rPr>
        <w:t xml:space="preserve"> </w:t>
      </w:r>
      <w:r>
        <w:rPr>
          <w:b/>
          <w:bCs/>
        </w:rPr>
        <w:t xml:space="preserve">outside of City Hall to protest.</w:t>
      </w:r>
      <w:r>
        <w:br/>
      </w:r>
      <w:r>
        <w:t xml:space="preserve">    (a) shouted</w:t>
      </w:r>
      <w:r>
        <w:br/>
      </w:r>
      <w:r>
        <w:t xml:space="preserve">    (b) came together</w:t>
      </w:r>
      <w:r>
        <w:br/>
      </w:r>
      <w:r>
        <w:t xml:space="preserve">    (c) sat down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try to hire employees who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conscientious</w:t>
      </w:r>
      <w:r>
        <w:rPr>
          <w:b/>
          <w:bCs/>
        </w:rPr>
        <w:t xml:space="preserve">.</w:t>
      </w:r>
      <w:r>
        <w:br/>
      </w:r>
      <w:r>
        <w:t xml:space="preserve">    (a) attractive</w:t>
      </w:r>
      <w:r>
        <w:br/>
      </w:r>
      <w:r>
        <w:t xml:space="preserve">    (b) smart</w:t>
      </w:r>
      <w:r>
        <w:br/>
      </w:r>
      <w:r>
        <w:t xml:space="preserve">    (c)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impolite. She pretended not to notice except that she treated him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rPr>
          <w:b/>
          <w:bCs/>
        </w:rPr>
        <w:t xml:space="preserve">.</w:t>
      </w:r>
      <w:r>
        <w:br/>
      </w:r>
      <w:r>
        <w:t xml:space="preserve">    (a) lack of respect</w:t>
      </w:r>
      <w:r>
        <w:br/>
      </w:r>
      <w:r>
        <w:t xml:space="preserve">    (b) great annoyance</w:t>
      </w:r>
      <w:r>
        <w:br/>
      </w:r>
      <w:r>
        <w:t xml:space="preserve">    (c) impatience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birds eat the fruit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disperse</w:t>
      </w:r>
      <w:r>
        <w:rPr>
          <w:b/>
          <w:bCs/>
        </w:rPr>
        <w:t xml:space="preserve"> </w:t>
      </w:r>
      <w:r>
        <w:rPr>
          <w:b/>
          <w:bCs/>
        </w:rPr>
        <w:t xml:space="preserve">the seeds through the countryside.</w:t>
      </w:r>
      <w:r>
        <w:br/>
      </w:r>
      <w:r>
        <w:t xml:space="preserve">    (a) scatter</w:t>
      </w:r>
      <w:r>
        <w:br/>
      </w:r>
      <w:r>
        <w:t xml:space="preserve">    (b) search for</w:t>
      </w:r>
      <w:r>
        <w:br/>
      </w:r>
      <w:r>
        <w:t xml:space="preserve">    (c) destroy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 Quixote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gaunt</w:t>
      </w:r>
      <w:r>
        <w:rPr>
          <w:b/>
          <w:bCs/>
        </w:rPr>
        <w:t xml:space="preserve"> </w:t>
      </w:r>
      <w:r>
        <w:rPr>
          <w:b/>
          <w:bCs/>
        </w:rPr>
        <w:t xml:space="preserve">and tired.</w:t>
      </w:r>
      <w:r>
        <w:br/>
      </w:r>
      <w:r>
        <w:t xml:space="preserve">    (a) very bored</w:t>
      </w:r>
      <w:r>
        <w:br/>
      </w:r>
      <w:r>
        <w:t xml:space="preserve">    (b) very thin</w:t>
      </w:r>
      <w:r>
        <w:br/>
      </w:r>
      <w:r>
        <w:t xml:space="preserve">    (c) very worried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grandfather was born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Havana</w:t>
      </w:r>
      <w:r>
        <w:rPr>
          <w:b/>
          <w:bCs/>
        </w:rPr>
        <w:t xml:space="preserve"> </w:t>
      </w:r>
      <w:r>
        <w:rPr>
          <w:b/>
          <w:bCs/>
        </w:rPr>
        <w:t xml:space="preserve">and often shared stories of his childhood there.</w:t>
      </w:r>
      <w:r>
        <w:br/>
      </w:r>
      <w:r>
        <w:t xml:space="preserve">    (a) Chinese philosophical &amp; religious system based in teachings of Laozi (compassion, moderation, humility, and noninterference with the course of natural events)</w:t>
      </w:r>
      <w:r>
        <w:br/>
      </w:r>
      <w:r>
        <w:t xml:space="preserve">    (b) attention-deficit hyperactivity disorder -- a medical condition characterized by trouble paying attention, controlling impulsive behaviors, and/or being hyperactive</w:t>
      </w:r>
      <w:r>
        <w:br/>
      </w:r>
      <w:r>
        <w:t xml:space="preserve">    (c) the capital and largest city of Cuba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cheaper headphones sounded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inferior</w:t>
      </w:r>
      <w:r>
        <w:rPr>
          <w:b/>
          <w:bCs/>
        </w:rPr>
        <w:t xml:space="preserve"> </w:t>
      </w:r>
      <w:r>
        <w:rPr>
          <w:b/>
          <w:bCs/>
        </w:rPr>
        <w:t xml:space="preserve">to the ones she usually used.</w:t>
      </w:r>
      <w:r>
        <w:br/>
      </w:r>
      <w:r>
        <w:t xml:space="preserve">    (a) equal in value</w:t>
      </w:r>
      <w:r>
        <w:br/>
      </w:r>
      <w:r>
        <w:t xml:space="preserve">    (b) lower in quality</w:t>
      </w:r>
      <w:r>
        <w:br/>
      </w:r>
      <w:r>
        <w:t xml:space="preserve">    (c) higher in quality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juncture</w:t>
      </w:r>
      <w:r>
        <w:rPr>
          <w:b/>
          <w:bCs/>
        </w:rPr>
        <w:t xml:space="preserve"> </w:t>
      </w:r>
      <w:r>
        <w:rPr>
          <w:b/>
          <w:bCs/>
        </w:rPr>
        <w:t xml:space="preserve">I didn't know what to do.</w:t>
      </w:r>
      <w:r>
        <w:br/>
      </w:r>
      <w:r>
        <w:t xml:space="preserve">    (a) point</w:t>
      </w:r>
      <w:r>
        <w:br/>
      </w:r>
      <w:r>
        <w:t xml:space="preserve">    (b) new point</w:t>
      </w:r>
      <w:r>
        <w:br/>
      </w:r>
      <w:r>
        <w:t xml:space="preserve">    (c) difficult point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a long time, sailors could not accurately determine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longitude</w:t>
      </w:r>
      <w:r>
        <w:rPr>
          <w:b/>
          <w:bCs/>
        </w:rPr>
        <w:t xml:space="preserve"> </w:t>
      </w:r>
      <w:r>
        <w:rPr>
          <w:b/>
          <w:bCs/>
        </w:rPr>
        <w:t xml:space="preserve">at sea.</w:t>
      </w:r>
      <w:r>
        <w:br/>
      </w:r>
      <w:r>
        <w:t xml:space="preserve">    (a) depth of water</w:t>
      </w:r>
      <w:r>
        <w:br/>
      </w:r>
      <w:r>
        <w:t xml:space="preserve">    (b) distance to shore</w:t>
      </w:r>
      <w:r>
        <w:br/>
      </w:r>
      <w:r>
        <w:t xml:space="preserve">    (c) east-west position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Malignant</w:t>
      </w:r>
      <w:r>
        <w:rPr>
          <w:b/>
          <w:bCs/>
        </w:rPr>
        <w:t xml:space="preserve"> </w:t>
      </w:r>
      <w:r>
        <w:rPr>
          <w:b/>
          <w:bCs/>
        </w:rPr>
        <w:t xml:space="preserve">rumors spread through social media damaged her reputation.</w:t>
      </w:r>
      <w:r>
        <w:br/>
      </w:r>
      <w:r>
        <w:t xml:space="preserve">    (a) harmful or evil</w:t>
      </w:r>
      <w:r>
        <w:br/>
      </w:r>
      <w:r>
        <w:t xml:space="preserve">    (b) insignificant or unimportant</w:t>
      </w:r>
      <w:r>
        <w:br/>
      </w:r>
      <w:r>
        <w:t xml:space="preserve">    (c) beneficial or helpful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fight, he turned himself in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own accord</w:t>
      </w:r>
      <w:r>
        <w:rPr>
          <w:b/>
          <w:bCs/>
        </w:rPr>
        <w:t xml:space="preserve">.</w:t>
      </w:r>
      <w:r>
        <w:br/>
      </w:r>
      <w:r>
        <w:t xml:space="preserve">    (a) own safety</w:t>
      </w:r>
      <w:r>
        <w:br/>
      </w:r>
      <w:r>
        <w:t xml:space="preserve">    (b) own mind</w:t>
      </w:r>
      <w:r>
        <w:br/>
      </w:r>
      <w:r>
        <w:t xml:space="preserve">    (c) own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devout Hindus undertake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pilgrimage</w:t>
      </w:r>
      <w:r>
        <w:rPr>
          <w:b/>
          <w:bCs/>
        </w:rPr>
        <w:t xml:space="preserve"> </w:t>
      </w:r>
      <w:r>
        <w:rPr>
          <w:b/>
          <w:bCs/>
        </w:rPr>
        <w:t xml:space="preserve">to the holy city of Varanasi in India, where they perform rituals and prayers along the banks of the sacred Ganges River.</w:t>
      </w:r>
      <w:r>
        <w:br/>
      </w:r>
      <w:r>
        <w:t xml:space="preserve">    (a) cultural festival</w:t>
      </w:r>
      <w:r>
        <w:br/>
      </w:r>
      <w:r>
        <w:t xml:space="preserve">    (b) historical reenactment</w:t>
      </w:r>
      <w:r>
        <w:br/>
      </w:r>
      <w:r>
        <w:t xml:space="preserve">    (c) religious journey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eyes were clear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placid</w:t>
      </w:r>
      <w:r>
        <w:rPr>
          <w:b/>
          <w:bCs/>
        </w:rPr>
        <w:t xml:space="preserve">.</w:t>
      </w:r>
      <w:r>
        <w:br/>
      </w:r>
      <w:r>
        <w:t xml:space="preserve">    (a) calm</w:t>
      </w:r>
      <w:r>
        <w:br/>
      </w:r>
      <w:r>
        <w:t xml:space="preserve">    (b) teary</w:t>
      </w:r>
      <w:r>
        <w:br/>
      </w:r>
      <w:r>
        <w:t xml:space="preserve">    (c) anxious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Scientists are wondering if they can get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plankton</w:t>
      </w:r>
      <w:r>
        <w:rPr>
          <w:b/>
          <w:bCs/>
        </w:rPr>
        <w:t xml:space="preserve"> </w:t>
      </w:r>
      <w:r>
        <w:rPr>
          <w:b/>
          <w:bCs/>
        </w:rPr>
        <w:t xml:space="preserve">to pull more carbon dioxide out of the atmosphere.</w:t>
      </w:r>
      <w:r>
        <w:br/>
      </w:r>
      <w:r>
        <w:t xml:space="preserve">    (a) ability to withstand strain and/or quickly recover from it</w:t>
      </w:r>
      <w:r>
        <w:br/>
      </w:r>
      <w:r>
        <w:t xml:space="preserve">    (b) soccer:  games that are not a part of official competition</w:t>
      </w:r>
      <w:r>
        <w:br/>
      </w:r>
      <w:r>
        <w:t xml:space="preserve">    (c) tiny or microscopic plants and animals that float in water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crew of the river boat used poles to avoid rocks,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shoals</w:t>
      </w:r>
      <w:r>
        <w:rPr>
          <w:b/>
          <w:bCs/>
        </w:rPr>
        <w:t xml:space="preserve">, and sandbars.</w:t>
      </w:r>
      <w:r>
        <w:br/>
      </w:r>
      <w:r>
        <w:t xml:space="preserve">    (a) fast-moving currents</w:t>
      </w:r>
      <w:r>
        <w:br/>
      </w:r>
      <w:r>
        <w:t xml:space="preserve">    (b) limbs or trees hanging over water</w:t>
      </w:r>
      <w:r>
        <w:br/>
      </w:r>
      <w:r>
        <w:t xml:space="preserve">    (c) sandbanks or other stretches of shallow water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thought that there are over 20,000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species</w:t>
      </w:r>
      <w:r>
        <w:rPr>
          <w:b/>
          <w:bCs/>
        </w:rPr>
        <w:t xml:space="preserve"> </w:t>
      </w:r>
      <w:r>
        <w:rPr>
          <w:b/>
          <w:bCs/>
        </w:rPr>
        <w:t xml:space="preserve">of ants.</w:t>
      </w:r>
      <w:r>
        <w:br/>
      </w:r>
      <w:r>
        <w:t xml:space="preserve">    (a) different categories</w:t>
      </w:r>
      <w:r>
        <w:br/>
      </w:r>
      <w:r>
        <w:t xml:space="preserve">    (b) different diets</w:t>
      </w:r>
      <w:r>
        <w:br/>
      </w:r>
      <w:r>
        <w:t xml:space="preserve">    (c) different nest types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government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subdued</w:t>
      </w:r>
      <w:r>
        <w:rPr>
          <w:b/>
          <w:bCs/>
        </w:rPr>
        <w:t xml:space="preserve"> </w:t>
      </w:r>
      <w:r>
        <w:rPr>
          <w:b/>
          <w:bCs/>
        </w:rPr>
        <w:t xml:space="preserve">the uprising.</w:t>
      </w:r>
      <w:r>
        <w:br/>
      </w:r>
      <w:r>
        <w:t xml:space="preserve">    (a) made appropriate in size, amount, or degree</w:t>
      </w:r>
      <w:r>
        <w:br/>
      </w:r>
      <w:r>
        <w:t xml:space="preserve">    (b) put down or brought it under control</w:t>
      </w:r>
      <w:r>
        <w:br/>
      </w:r>
      <w:r>
        <w:t xml:space="preserve">    (c) concentrated, look at, or paid attention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charity provided essential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sustenance</w:t>
      </w:r>
      <w:r>
        <w:rPr>
          <w:b/>
          <w:bCs/>
        </w:rPr>
        <w:t xml:space="preserve"> </w:t>
      </w:r>
      <w:r>
        <w:rPr>
          <w:b/>
          <w:bCs/>
        </w:rPr>
        <w:t xml:space="preserve">to the families affected by the disaster.</w:t>
      </w:r>
      <w:r>
        <w:br/>
      </w:r>
      <w:r>
        <w:t xml:space="preserve">    (a) moral support</w:t>
      </w:r>
      <w:r>
        <w:br/>
      </w:r>
      <w:r>
        <w:t xml:space="preserve">    (b) food and resources</w:t>
      </w:r>
      <w:r>
        <w:br/>
      </w:r>
      <w:r>
        <w:t xml:space="preserve">    (c) medical supplies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making a tackle, the C3 and C4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vertebrae</w:t>
      </w:r>
      <w:r>
        <w:rPr>
          <w:b/>
          <w:bCs/>
        </w:rPr>
        <w:t xml:space="preserve"> </w:t>
      </w:r>
      <w:r>
        <w:rPr>
          <w:b/>
          <w:bCs/>
        </w:rPr>
        <w:t xml:space="preserve">were compressed into each other.</w:t>
      </w:r>
      <w:r>
        <w:br/>
      </w:r>
      <w:r>
        <w:t xml:space="preserve">    (a) muscular tissues of the heart</w:t>
      </w:r>
      <w:r>
        <w:br/>
      </w:r>
      <w:r>
        <w:t xml:space="preserve">    (b) flexible joints in the elbow</w:t>
      </w:r>
      <w:r>
        <w:br/>
      </w:r>
      <w:r>
        <w:t xml:space="preserve">    (c) bony segments of the spinal column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made poor time as 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wallowed</w:t>
      </w:r>
      <w:r>
        <w:rPr>
          <w:b/>
          <w:bCs/>
        </w:rPr>
        <w:t xml:space="preserve"> </w:t>
      </w:r>
      <w:r>
        <w:rPr>
          <w:b/>
          <w:bCs/>
        </w:rPr>
        <w:t xml:space="preserve">through the mud.</w:t>
      </w:r>
      <w:r>
        <w:br/>
      </w:r>
      <w:r>
        <w:t xml:space="preserve">    (a) moved with difficulty</w:t>
      </w:r>
      <w:r>
        <w:br/>
      </w:r>
      <w:r>
        <w:t xml:space="preserve">    (b) became stuck</w:t>
      </w:r>
      <w:r>
        <w:br/>
      </w:r>
      <w:r>
        <w:t xml:space="preserve">    (c) got dirty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2026-07-31T15:28:30Z</dcterms:created>
  <dcterms:modified xsi:type="dcterms:W3CDTF">2026-07-31T15:28:30Z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