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24e6d6d11c4ec419abea6ab826bc48093c58f3"/>
    <w:p>
      <w:pPr>
        <w:pStyle w:val="Heading1"/>
      </w:pPr>
      <w:r>
        <w:rPr>
          <w:b/>
          <w:bCs/>
        </w:rPr>
        <w:t xml:space="preserve">The Old Man and the Sea</w:t>
      </w:r>
      <w:r>
        <w:br/>
      </w:r>
      <w:r>
        <w:rPr>
          <w:i/>
          <w:iCs/>
        </w:rPr>
        <w:t xml:space="preserve">Ernest Hemingway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brown blotches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benevolent</w:t>
      </w:r>
      <w:r>
        <w:rPr>
          <w:b/>
          <w:bCs/>
        </w:rPr>
        <w:t xml:space="preserve"> </w:t>
      </w:r>
      <w:r>
        <w:rPr>
          <w:b/>
          <w:bCs/>
        </w:rPr>
        <w:t xml:space="preserve">skin cancer the sun brings from its reflection on the tropic sea were on his cheeks.</w:t>
      </w:r>
      <w:r>
        <w:br/>
      </w:r>
      <w:r>
        <w:t xml:space="preserve">    (a) kind, generous, or charitable</w:t>
      </w:r>
      <w:r>
        <w:br/>
      </w:r>
      <w:r>
        <w:t xml:space="preserve">    (b) not able to be disagreed with</w:t>
      </w:r>
      <w:r>
        <w:br/>
      </w:r>
      <w:r>
        <w:t xml:space="preserve">    (c) not thoughtful about the past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too simple to wonder when he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attained</w:t>
      </w:r>
      <w:r>
        <w:rPr>
          <w:b/>
          <w:bCs/>
        </w:rPr>
        <w:t xml:space="preserve"> </w:t>
      </w:r>
      <w:r>
        <w:rPr>
          <w:b/>
          <w:bCs/>
        </w:rPr>
        <w:t xml:space="preserve">humility.</w:t>
      </w:r>
      <w:r>
        <w:br/>
      </w:r>
      <w:r>
        <w:t xml:space="preserve">    (a) achieved (gained with effort)</w:t>
      </w:r>
      <w:r>
        <w:br/>
      </w:r>
      <w:r>
        <w:t xml:space="preserve">    (b) examined in detail to better understand</w:t>
      </w:r>
      <w:r>
        <w:br/>
      </w:r>
      <w:r>
        <w:t xml:space="preserve">    (c) tension from opposing ideas or feelings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I know many tricks and I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resolution</w:t>
      </w:r>
      <w:r>
        <w:rPr>
          <w:b/>
          <w:bCs/>
        </w:rPr>
        <w:t xml:space="preserve">.</w:t>
      </w:r>
      <w:r>
        <w:br/>
      </w:r>
      <w:r>
        <w:t xml:space="preserve">    (a) use of reason</w:t>
      </w:r>
      <w:r>
        <w:br/>
      </w:r>
      <w:r>
        <w:t xml:space="preserve">    (b) right to vote</w:t>
      </w:r>
      <w:r>
        <w:br/>
      </w:r>
      <w:r>
        <w:t xml:space="preserve">    (c) determination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immune</w:t>
      </w:r>
      <w:r>
        <w:rPr>
          <w:b/>
          <w:bCs/>
        </w:rPr>
        <w:t xml:space="preserve"> </w:t>
      </w:r>
      <w:r>
        <w:rPr>
          <w:b/>
          <w:bCs/>
        </w:rPr>
        <w:t xml:space="preserve">to its poison.</w:t>
      </w:r>
      <w:r>
        <w:br/>
      </w:r>
      <w:r>
        <w:t xml:space="preserve">    (a) a health indicator measured by the force of circulating blood on the arteries</w:t>
      </w:r>
      <w:r>
        <w:br/>
      </w:r>
      <w:r>
        <w:t xml:space="preserve">    (b) the state or character of having found a condition or substance to be present</w:t>
      </w:r>
      <w:r>
        <w:br/>
      </w:r>
      <w:r>
        <w:t xml:space="preserve">    (c) not susceptible (not in danger from)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iridescent</w:t>
      </w:r>
      <w:r>
        <w:rPr>
          <w:b/>
          <w:bCs/>
        </w:rPr>
        <w:t xml:space="preserve"> </w:t>
      </w:r>
      <w:r>
        <w:rPr>
          <w:b/>
          <w:bCs/>
        </w:rPr>
        <w:t xml:space="preserve">bubbles were beautiful.</w:t>
      </w:r>
      <w:r>
        <w:br/>
      </w:r>
      <w:r>
        <w:t xml:space="preserve">    (a) something added to food to keep it from spoiling</w:t>
      </w:r>
      <w:r>
        <w:br/>
      </w:r>
      <w:r>
        <w:t xml:space="preserve">    (b) bright colors that shimmer or vary with movement</w:t>
      </w:r>
      <w:r>
        <w:br/>
      </w:r>
      <w:r>
        <w:t xml:space="preserve">    (c) serving to help explain or demonstrate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time it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tentative</w:t>
      </w:r>
      <w:r>
        <w:rPr>
          <w:b/>
          <w:bCs/>
        </w:rPr>
        <w:t xml:space="preserve"> </w:t>
      </w:r>
      <w:r>
        <w:rPr>
          <w:b/>
          <w:bCs/>
        </w:rPr>
        <w:t xml:space="preserve">pull, not solid nor heavy,</w:t>
      </w:r>
      <w:r>
        <w:br/>
      </w:r>
      <w:r>
        <w:t xml:space="preserve">    (a) not capable of being suffered through (or put up with)</w:t>
      </w:r>
      <w:r>
        <w:br/>
      </w:r>
      <w:r>
        <w:t xml:space="preserve">    (b) careful (indicating a lack of confidence)</w:t>
      </w:r>
      <w:r>
        <w:br/>
      </w:r>
      <w:r>
        <w:t xml:space="preserve">    (c) the degree to which something can be solved or settled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line was strong arid made for heavy fish and he held it against his back until it was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taut</w:t>
      </w:r>
      <w:r>
        <w:rPr>
          <w:b/>
          <w:bCs/>
        </w:rPr>
        <w:t xml:space="preserve"> </w:t>
      </w:r>
      <w:r>
        <w:rPr>
          <w:b/>
          <w:bCs/>
        </w:rPr>
        <w:t xml:space="preserve">that beads of water were jumping from it.</w:t>
      </w:r>
      <w:r>
        <w:br/>
      </w:r>
      <w:r>
        <w:t xml:space="preserve">    (a) pulled or drawn tight;</w:t>
      </w:r>
      <w:r>
        <w:br/>
      </w:r>
      <w:r>
        <w:t xml:space="preserve">or: subjected to great tension</w:t>
      </w:r>
      <w:r>
        <w:br/>
      </w:r>
      <w:r>
        <w:t xml:space="preserve">    (b) relating to logical examination to improve understanding</w:t>
      </w:r>
      <w:r>
        <w:br/>
      </w:r>
      <w:r>
        <w:t xml:space="preserve">    (c) the state or degree of being pessimistic or disagreeable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old man was afraid he would cut the line with his tail which was sharp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scythe</w:t>
      </w:r>
      <w:r>
        <w:br/>
      </w:r>
      <w:r>
        <w:t xml:space="preserve">    (a) a tool for cutting grass that has a curved blade and a long handle</w:t>
      </w:r>
      <w:r>
        <w:br/>
      </w:r>
      <w:r>
        <w:t xml:space="preserve">    (b) (noun) a strip of hair made lighter in color  OR  (verb) making strips of hair lighter in color</w:t>
      </w:r>
      <w:r>
        <w:br/>
      </w:r>
      <w:r>
        <w:t xml:space="preserve">    (c) to mix different things that maintain their difference in the mixture; or the resulting mixture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treachery</w:t>
      </w:r>
      <w:r>
        <w:rPr>
          <w:b/>
          <w:bCs/>
        </w:rPr>
        <w:t xml:space="preserve"> </w:t>
      </w:r>
      <w:r>
        <w:rPr>
          <w:b/>
          <w:bCs/>
        </w:rPr>
        <w:t xml:space="preserve">of one's own body.</w:t>
      </w:r>
      <w:r>
        <w:br/>
      </w:r>
      <w:r>
        <w:t xml:space="preserve">    (a) weakness</w:t>
      </w:r>
      <w:r>
        <w:br/>
      </w:r>
      <w:r>
        <w:t xml:space="preserve">    (b) betrayal</w:t>
      </w:r>
      <w:r>
        <w:br/>
      </w:r>
      <w:r>
        <w:t xml:space="preserve">    (c) ailment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...he said, and leaned back on the line to see if it was possible to gain any on his fish. But he could not and it stayed at  the hardness and water-drop shivering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preceded</w:t>
      </w:r>
      <w:r>
        <w:rPr>
          <w:b/>
          <w:bCs/>
        </w:rPr>
        <w:t xml:space="preserve"> </w:t>
      </w:r>
      <w:r>
        <w:rPr>
          <w:b/>
          <w:bCs/>
        </w:rPr>
        <w:t xml:space="preserve">breaking.</w:t>
      </w:r>
      <w:r>
        <w:br/>
      </w:r>
      <w:r>
        <w:t xml:space="preserve">    (a) came before</w:t>
      </w:r>
      <w:r>
        <w:br/>
      </w:r>
      <w:r>
        <w:t xml:space="preserve">    (b) influenced opinion</w:t>
      </w:r>
      <w:r>
        <w:br/>
      </w:r>
      <w:r>
        <w:t xml:space="preserve">    (c) wrongly understood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watching the movement of the water against his hand he noted that it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perceptibly</w:t>
      </w:r>
      <w:r>
        <w:rPr>
          <w:b/>
          <w:bCs/>
        </w:rPr>
        <w:t xml:space="preserve"> </w:t>
      </w:r>
      <w:r>
        <w:rPr>
          <w:b/>
          <w:bCs/>
        </w:rPr>
        <w:t xml:space="preserve">slower.</w:t>
      </w:r>
      <w:r>
        <w:br/>
      </w:r>
      <w:r>
        <w:t xml:space="preserve">    (a) with feelings of deep respect and admiration</w:t>
      </w:r>
      <w:r>
        <w:br/>
      </w:r>
      <w:r>
        <w:t xml:space="preserve">    (b) in a manner that is capable of being noticed</w:t>
      </w:r>
      <w:r>
        <w:br/>
      </w:r>
      <w:r>
        <w:t xml:space="preserve">    (c) in a manner that is not sensible and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did not truly feel good because the pain from the cord across his back had almost passed pain and gone into a dullness that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mistrusted</w:t>
      </w:r>
      <w:r>
        <w:rPr>
          <w:b/>
          <w:bCs/>
        </w:rPr>
        <w:t xml:space="preserve">.</w:t>
      </w:r>
      <w:r>
        <w:br/>
      </w:r>
      <w:r>
        <w:t xml:space="preserve">    (a) didn't trust or have confidence in</w:t>
      </w:r>
      <w:r>
        <w:br/>
      </w:r>
      <w:r>
        <w:t xml:space="preserve">    (b) fruit cooked with sugar (like jam)</w:t>
      </w:r>
      <w:r>
        <w:br/>
      </w:r>
      <w:r>
        <w:t xml:space="preserve">    (c) past-tense of the verb</w:t>
      </w:r>
      <w:r>
        <w:t xml:space="preserve"> </w:t>
      </w:r>
      <w:r>
        <w:rPr>
          <w:i/>
          <w:iCs/>
        </w:rPr>
        <w:t xml:space="preserve">lead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has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perils</w:t>
      </w:r>
      <w:r>
        <w:rPr>
          <w:b/>
          <w:bCs/>
        </w:rPr>
        <w:t xml:space="preserve"> </w:t>
      </w:r>
      <w:r>
        <w:rPr>
          <w:b/>
          <w:bCs/>
        </w:rPr>
        <w:t xml:space="preserve">and its merits.</w:t>
      </w:r>
      <w:r>
        <w:br/>
      </w:r>
      <w:r>
        <w:t xml:space="preserve">    (a) attacks</w:t>
      </w:r>
      <w:r>
        <w:br/>
      </w:r>
      <w:r>
        <w:t xml:space="preserve">    (b) dangers</w:t>
      </w:r>
      <w:r>
        <w:br/>
      </w:r>
      <w:r>
        <w:t xml:space="preserve">    (c) allowed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still bearing the pull of the fish across his shoulders but he placed his left hand on the gunwale of the bow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confided</w:t>
      </w:r>
      <w:r>
        <w:rPr>
          <w:b/>
          <w:bCs/>
        </w:rPr>
        <w:t xml:space="preserve"> </w:t>
      </w:r>
      <w:r>
        <w:rPr>
          <w:b/>
          <w:bCs/>
        </w:rPr>
        <w:t xml:space="preserve">more and more of the resistance to the fish to the skiff itself.</w:t>
      </w:r>
      <w:r>
        <w:br/>
      </w:r>
      <w:r>
        <w:t xml:space="preserve">    (a) placed trust (in someone) by talking about private things</w:t>
      </w:r>
      <w:r>
        <w:br/>
      </w:r>
      <w:r>
        <w:t xml:space="preserve">    (b) viewed in a certain way so as to form a belief or opinion</w:t>
      </w:r>
      <w:r>
        <w:br/>
      </w:r>
      <w:r>
        <w:t xml:space="preserve">    (c) made a decision or voiced an opinion by formal group vote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must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devise</w:t>
      </w:r>
      <w:r>
        <w:rPr>
          <w:b/>
          <w:bCs/>
        </w:rPr>
        <w:t xml:space="preserve"> </w:t>
      </w:r>
      <w:r>
        <w:rPr>
          <w:b/>
          <w:bCs/>
        </w:rPr>
        <w:t xml:space="preserve">a way so that you sleep a little if he is quiet and steady.</w:t>
      </w:r>
      <w:r>
        <w:br/>
      </w:r>
      <w:r>
        <w:t xml:space="preserve">    (a) think deeply or carefully about</w:t>
      </w:r>
      <w:r>
        <w:br/>
      </w:r>
      <w:r>
        <w:t xml:space="preserve">    (b) stop (something from happening)</w:t>
      </w:r>
      <w:r>
        <w:br/>
      </w:r>
      <w:r>
        <w:t xml:space="preserve">    (c) come up with (invent)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swam fast, just under the surface with his high dorsal fin knifing through he water without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wavering</w:t>
      </w:r>
      <w:r>
        <w:rPr>
          <w:b/>
          <w:bCs/>
        </w:rPr>
        <w:t xml:space="preserve">.</w:t>
      </w:r>
      <w:r>
        <w:br/>
      </w:r>
      <w:r>
        <w:t xml:space="preserve">    (a) returning to an undesirable previous condition</w:t>
      </w:r>
      <w:r>
        <w:br/>
      </w:r>
      <w:r>
        <w:t xml:space="preserve">    (b) thinking carefully and making a judgment about</w:t>
      </w:r>
      <w:r>
        <w:br/>
      </w:r>
      <w:r>
        <w:t xml:space="preserve">    (c) moving back and forth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must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deceive</w:t>
      </w:r>
      <w:r>
        <w:rPr>
          <w:b/>
          <w:bCs/>
        </w:rPr>
        <w:t xml:space="preserve"> </w:t>
      </w:r>
      <w:r>
        <w:rPr>
          <w:b/>
          <w:bCs/>
        </w:rPr>
        <w:t xml:space="preserve">myself too much.</w:t>
      </w:r>
      <w:r>
        <w:br/>
      </w:r>
      <w:r>
        <w:t xml:space="preserve">    (a) lie or mislead</w:t>
      </w:r>
      <w:r>
        <w:br/>
      </w:r>
      <w:r>
        <w:t xml:space="preserve">    (b) tell (a story)</w:t>
      </w:r>
      <w:r>
        <w:br/>
      </w:r>
      <w:r>
        <w:t xml:space="preserve">    (c) bad or harmful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...and he drove the blade between the vertebrae and the brain. It was an easy shot now and he felt the cartilage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sever</w:t>
      </w:r>
      <w:r>
        <w:rPr>
          <w:b/>
          <w:bCs/>
        </w:rPr>
        <w:t xml:space="preserve">.</w:t>
      </w:r>
      <w:r>
        <w:br/>
      </w:r>
      <w:r>
        <w:t xml:space="preserve">    (a) a way of doing something; or a route that leads to a particular place</w:t>
      </w:r>
      <w:r>
        <w:br/>
      </w:r>
      <w:r>
        <w:t xml:space="preserve">    (b) split in two</w:t>
      </w:r>
      <w:r>
        <w:br/>
      </w:r>
      <w:r>
        <w:t xml:space="preserve">    (c) change the direction of something or the purpose for which it is 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came in a pack and he could only see the lines in the water that their fins made and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phosphorescence</w:t>
      </w:r>
      <w:r>
        <w:rPr>
          <w:b/>
          <w:bCs/>
        </w:rPr>
        <w:t xml:space="preserve"> </w:t>
      </w:r>
      <w:r>
        <w:rPr>
          <w:b/>
          <w:bCs/>
        </w:rPr>
        <w:t xml:space="preserve">as they threw themselves on the fish.</w:t>
      </w:r>
      <w:r>
        <w:br/>
      </w:r>
      <w:r>
        <w:t xml:space="preserve">    (a) dim glowing light</w:t>
      </w:r>
      <w:r>
        <w:br/>
      </w:r>
      <w:r>
        <w:t xml:space="preserve">    (b) obsessive-compulsive disorder -- an anxiety disorder characterized by recurrent and persistent thoughts and feelings and repetitive, ritualized behaviors</w:t>
      </w:r>
      <w:r>
        <w:br/>
      </w:r>
      <w:r>
        <w:t xml:space="preserve">    (c) groupings of Egyptian rulers sharing a common origin some time between 3150 BC when Upper and Lower Egypt were united, and 31 BC when Rome conquered Egypt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proprietor</w:t>
      </w:r>
      <w:r>
        <w:rPr>
          <w:b/>
          <w:bCs/>
        </w:rPr>
        <w:t xml:space="preserve"> </w:t>
      </w:r>
      <w:r>
        <w:rPr>
          <w:b/>
          <w:bCs/>
        </w:rPr>
        <w:t xml:space="preserve">said "There has never been such a fish."</w:t>
      </w:r>
      <w:r>
        <w:br/>
      </w:r>
      <w:r>
        <w:t xml:space="preserve">    (a) interaction or interest</w:t>
      </w:r>
      <w:r>
        <w:br/>
      </w:r>
      <w:r>
        <w:t xml:space="preserve">    (b) owner of the business</w:t>
      </w:r>
      <w:r>
        <w:br/>
      </w:r>
      <w:r>
        <w:t xml:space="preserve">    (c) a subtle characteristic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2026-07-31T15:28:30Z</dcterms:created>
  <dcterms:modified xsi:type="dcterms:W3CDTF">2026-07-31T15:28:30Z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