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21b00b8f2011a68890c2f9ec8f8b7b57c8bee5"/>
    <w:p>
      <w:pPr>
        <w:pStyle w:val="Heading1"/>
      </w:pPr>
      <w:r>
        <w:rPr>
          <w:b/>
          <w:bCs/>
        </w:rPr>
        <w:t xml:space="preserve">The Old Man and the Sea</w:t>
      </w:r>
      <w:r>
        <w:br/>
      </w:r>
      <w:r>
        <w:rPr>
          <w:i/>
          <w:iCs/>
        </w:rPr>
        <w:t xml:space="preserve">Ernest Hemingway</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old man was thin and</w:t>
      </w:r>
      <w:r>
        <w:rPr>
          <w:b/>
          <w:bCs/>
        </w:rPr>
        <w:t xml:space="preserve"> </w:t>
      </w:r>
      <w:r>
        <w:rPr>
          <w:b/>
          <w:bCs/>
          <w:u w:val="single"/>
        </w:rPr>
        <w:t xml:space="preserve">gaunt</w:t>
      </w:r>
      <w:r>
        <w:rPr>
          <w:b/>
          <w:bCs/>
        </w:rPr>
        <w:t xml:space="preserve"> </w:t>
      </w:r>
      <w:r>
        <w:rPr>
          <w:b/>
          <w:bCs/>
        </w:rPr>
        <w:t xml:space="preserve">with deep wrinkles in the back of his neck.</w:t>
      </w:r>
      <w:r>
        <w:br/>
      </w:r>
      <w:r>
        <w:t xml:space="preserve">    (a) able to qualify for regular payments that permit having an income without working</w:t>
      </w:r>
      <w:r>
        <w:br/>
      </w:r>
      <w:r>
        <w:t xml:space="preserve">    (b) not having the characteristic of or relating to bouncing back light/heat/sound...</w:t>
      </w:r>
      <w:r>
        <w:br/>
      </w:r>
      <w:r>
        <w:t xml:space="preserve">    (c) very thin and bony</w:t>
      </w:r>
    </w:p>
    <w:p>
      <w:pPr>
        <w:pStyle w:val="Compact"/>
        <w:numPr>
          <w:ilvl w:val="0"/>
          <w:numId w:val="1001"/>
        </w:numPr>
      </w:pPr>
      <w:r>
        <w:rPr>
          <w:b/>
          <w:bCs/>
        </w:rPr>
        <w:t xml:space="preserve">The box with the baits was under the stern of the skiff along with the club that was used to</w:t>
      </w:r>
      <w:r>
        <w:rPr>
          <w:b/>
          <w:bCs/>
        </w:rPr>
        <w:t xml:space="preserve"> </w:t>
      </w:r>
      <w:r>
        <w:rPr>
          <w:b/>
          <w:bCs/>
          <w:u w:val="single"/>
        </w:rPr>
        <w:t xml:space="preserve">subdue</w:t>
      </w:r>
      <w:r>
        <w:rPr>
          <w:b/>
          <w:bCs/>
        </w:rPr>
        <w:t xml:space="preserve"> </w:t>
      </w:r>
      <w:r>
        <w:rPr>
          <w:b/>
          <w:bCs/>
        </w:rPr>
        <w:t xml:space="preserve">the big fish when they were brought alongside.</w:t>
      </w:r>
      <w:r>
        <w:br/>
      </w:r>
      <w:r>
        <w:t xml:space="preserve">    (a) say something or make a sound with the voice</w:t>
      </w:r>
      <w:r>
        <w:br/>
      </w:r>
      <w:r>
        <w:t xml:space="preserve">    (b) control or put down by force or intimidation</w:t>
      </w:r>
      <w:r>
        <w:br/>
      </w:r>
      <w:r>
        <w:t xml:space="preserve">    (c) move out of an interacting position; or stop</w:t>
      </w:r>
    </w:p>
    <w:p>
      <w:pPr>
        <w:pStyle w:val="Compact"/>
        <w:numPr>
          <w:ilvl w:val="0"/>
          <w:numId w:val="1001"/>
        </w:numPr>
      </w:pPr>
      <w:r>
        <w:rPr>
          <w:b/>
          <w:bCs/>
        </w:rPr>
        <w:t xml:space="preserve">It is as though I were</w:t>
      </w:r>
      <w:r>
        <w:rPr>
          <w:b/>
          <w:bCs/>
        </w:rPr>
        <w:t xml:space="preserve"> </w:t>
      </w:r>
      <w:r>
        <w:rPr>
          <w:b/>
          <w:bCs/>
          <w:u w:val="single"/>
        </w:rPr>
        <w:t xml:space="preserve">inferior</w:t>
      </w:r>
      <w:r>
        <w:rPr>
          <w:b/>
          <w:bCs/>
        </w:rPr>
        <w:t xml:space="preserve">.</w:t>
      </w:r>
      <w:r>
        <w:br/>
      </w:r>
      <w:r>
        <w:t xml:space="preserve">    (a) (adjective) of low quality, or of lower quality or rank than something else  OR  (more rarely as a noun) a person of lower rank or status</w:t>
      </w:r>
      <w:r>
        <w:br/>
      </w:r>
      <w:r>
        <w:t xml:space="preserve">    (b) of an organism in the early stages of development prior to birth, hatching, or sprouting  OR  of anything in an early stage of development</w:t>
      </w:r>
      <w:r>
        <w:br/>
      </w:r>
      <w:r>
        <w:t xml:space="preserve">    (c) relating to existentialism -- a philosophical movement that assumes each person is free to determine what is essential in their existence</w:t>
      </w:r>
    </w:p>
    <w:p>
      <w:pPr>
        <w:pStyle w:val="Compact"/>
        <w:numPr>
          <w:ilvl w:val="0"/>
          <w:numId w:val="1001"/>
        </w:numPr>
      </w:pPr>
      <w:r>
        <w:rPr>
          <w:b/>
          <w:bCs/>
        </w:rPr>
        <w:t xml:space="preserve">there was a sudden deep of seven hundred fathoms where all sorts of fish</w:t>
      </w:r>
      <w:r>
        <w:rPr>
          <w:b/>
          <w:bCs/>
        </w:rPr>
        <w:t xml:space="preserve"> </w:t>
      </w:r>
      <w:r>
        <w:rPr>
          <w:b/>
          <w:bCs/>
          <w:u w:val="single"/>
        </w:rPr>
        <w:t xml:space="preserve">congregated</w:t>
      </w:r>
      <w:r>
        <w:br/>
      </w:r>
      <w:r>
        <w:t xml:space="preserve">    (a) sat down</w:t>
      </w:r>
      <w:r>
        <w:br/>
      </w:r>
      <w:r>
        <w:t xml:space="preserve">    (b) shouted</w:t>
      </w:r>
      <w:r>
        <w:br/>
      </w:r>
      <w:r>
        <w:t xml:space="preserve">    (c) came together</w:t>
      </w:r>
    </w:p>
    <w:p>
      <w:pPr>
        <w:pStyle w:val="Compact"/>
        <w:numPr>
          <w:ilvl w:val="0"/>
          <w:numId w:val="1001"/>
        </w:numPr>
      </w:pPr>
      <w:r>
        <w:rPr>
          <w:b/>
          <w:bCs/>
        </w:rPr>
        <w:t xml:space="preserve">...and he was happy to see so much</w:t>
      </w:r>
      <w:r>
        <w:rPr>
          <w:b/>
          <w:bCs/>
        </w:rPr>
        <w:t xml:space="preserve"> </w:t>
      </w:r>
      <w:r>
        <w:rPr>
          <w:b/>
          <w:bCs/>
          <w:u w:val="single"/>
        </w:rPr>
        <w:t xml:space="preserve">plankton</w:t>
      </w:r>
      <w:r>
        <w:rPr>
          <w:b/>
          <w:bCs/>
        </w:rPr>
        <w:t xml:space="preserve"> </w:t>
      </w:r>
      <w:r>
        <w:rPr>
          <w:b/>
          <w:bCs/>
        </w:rPr>
        <w:t xml:space="preserve">because it meant fish.</w:t>
      </w:r>
      <w:r>
        <w:br/>
      </w:r>
      <w:r>
        <w:t xml:space="preserve">    (a) soccer:  games that are not a part of official competition</w:t>
      </w:r>
      <w:r>
        <w:br/>
      </w:r>
      <w:r>
        <w:t xml:space="preserve">    (b) ability to withstand strain and/or quickly recover from it</w:t>
      </w:r>
      <w:r>
        <w:br/>
      </w:r>
      <w:r>
        <w:t xml:space="preserve">    (c) tiny or microscopic plants and animals that float in water</w:t>
      </w:r>
    </w:p>
    <w:p>
      <w:pPr>
        <w:pStyle w:val="Compact"/>
        <w:numPr>
          <w:ilvl w:val="0"/>
          <w:numId w:val="1001"/>
        </w:numPr>
      </w:pPr>
      <w:r>
        <w:rPr>
          <w:b/>
          <w:bCs/>
        </w:rPr>
        <w:t xml:space="preserve">he had a friendly</w:t>
      </w:r>
      <w:r>
        <w:rPr>
          <w:b/>
          <w:bCs/>
        </w:rPr>
        <w:t xml:space="preserve"> </w:t>
      </w:r>
      <w:r>
        <w:rPr>
          <w:b/>
          <w:bCs/>
          <w:u w:val="single"/>
        </w:rPr>
        <w:t xml:space="preserve">contempt</w:t>
      </w:r>
      <w:r>
        <w:rPr>
          <w:b/>
          <w:bCs/>
        </w:rPr>
        <w:t xml:space="preserve"> </w:t>
      </w:r>
      <w:r>
        <w:rPr>
          <w:b/>
          <w:bCs/>
        </w:rPr>
        <w:t xml:space="preserve">for the huge, stupid loggerheads,</w:t>
      </w:r>
      <w:r>
        <w:br/>
      </w:r>
      <w:r>
        <w:t xml:space="preserve">    (a) lack of respect</w:t>
      </w:r>
      <w:r>
        <w:br/>
      </w:r>
      <w:r>
        <w:t xml:space="preserve">    (b) frustration at being treated unfairly</w:t>
      </w:r>
      <w:r>
        <w:br/>
      </w:r>
      <w:r>
        <w:t xml:space="preserve">    (c) prejudice or unfair treatment</w:t>
      </w:r>
    </w:p>
    <w:p>
      <w:pPr>
        <w:pStyle w:val="Compact"/>
        <w:numPr>
          <w:ilvl w:val="0"/>
          <w:numId w:val="1001"/>
        </w:numPr>
      </w:pPr>
      <w:r>
        <w:rPr>
          <w:b/>
          <w:bCs/>
        </w:rPr>
        <w:t xml:space="preserve">the fishermen called all the fish of that</w:t>
      </w:r>
      <w:r>
        <w:rPr>
          <w:b/>
          <w:bCs/>
        </w:rPr>
        <w:t xml:space="preserve"> </w:t>
      </w:r>
      <w:r>
        <w:rPr>
          <w:b/>
          <w:bCs/>
          <w:u w:val="single"/>
        </w:rPr>
        <w:t xml:space="preserve">species</w:t>
      </w:r>
      <w:r>
        <w:rPr>
          <w:b/>
          <w:bCs/>
        </w:rPr>
        <w:t xml:space="preserve"> </w:t>
      </w:r>
      <w:r>
        <w:rPr>
          <w:b/>
          <w:bCs/>
        </w:rPr>
        <w:t xml:space="preserve">tuna and only distinguished among them by their proper names when they came to sell them</w:t>
      </w:r>
      <w:r>
        <w:br/>
      </w:r>
      <w:r>
        <w:t xml:space="preserve">    (a) the gain of advantage from something</w:t>
      </w:r>
      <w:r>
        <w:br/>
      </w:r>
      <w:r>
        <w:t xml:space="preserve">    (b) the quality of exactness or accuracy</w:t>
      </w:r>
      <w:r>
        <w:br/>
      </w:r>
      <w:r>
        <w:t xml:space="preserve">    (c) a similar group of animals or plants</w:t>
      </w:r>
    </w:p>
    <w:p>
      <w:pPr>
        <w:pStyle w:val="Compact"/>
        <w:numPr>
          <w:ilvl w:val="0"/>
          <w:numId w:val="1001"/>
        </w:numPr>
      </w:pPr>
      <w:r>
        <w:rPr>
          <w:b/>
          <w:bCs/>
        </w:rPr>
        <w:t xml:space="preserve">I can always come in on the glow from</w:t>
      </w:r>
      <w:r>
        <w:rPr>
          <w:b/>
          <w:bCs/>
        </w:rPr>
        <w:t xml:space="preserve"> </w:t>
      </w:r>
      <w:r>
        <w:rPr>
          <w:b/>
          <w:bCs/>
          <w:u w:val="single"/>
        </w:rPr>
        <w:t xml:space="preserve">Havana</w:t>
      </w:r>
      <w:r>
        <w:rPr>
          <w:b/>
          <w:bCs/>
        </w:rPr>
        <w:t xml:space="preserve">.</w:t>
      </w:r>
      <w:r>
        <w:br/>
      </w:r>
      <w:r>
        <w:t xml:space="preserve">    (a) the capital and largest city of Cuba; a vibrant city known for colonial architecture, vintage cars, and lively culture; one of the oldest cities in the Americas</w:t>
      </w:r>
      <w:r>
        <w:br/>
      </w:r>
      <w:r>
        <w:t xml:space="preserve">    (b) Chinese philosophical &amp; religious system based in teachings of Laozi (compassion, moderation, humility, and noninterference with the course of natural events)</w:t>
      </w:r>
      <w:r>
        <w:br/>
      </w:r>
      <w:r>
        <w:t xml:space="preserve">    (c) attention-deficit hyperactivity disorder -- a medical condition characterized by trouble paying attention, controlling impulsive behaviors, and/or being hyperactive</w:t>
      </w:r>
    </w:p>
    <w:p>
      <w:pPr>
        <w:pStyle w:val="Compact"/>
        <w:numPr>
          <w:ilvl w:val="0"/>
          <w:numId w:val="1001"/>
        </w:numPr>
      </w:pPr>
      <w:r>
        <w:rPr>
          <w:b/>
          <w:bCs/>
        </w:rPr>
        <w:t xml:space="preserve">He put one knee on the fish and cut strips of dark red meat</w:t>
      </w:r>
      <w:r>
        <w:rPr>
          <w:b/>
          <w:bCs/>
        </w:rPr>
        <w:t xml:space="preserve"> </w:t>
      </w:r>
      <w:r>
        <w:rPr>
          <w:b/>
          <w:bCs/>
          <w:u w:val="single"/>
        </w:rPr>
        <w:t xml:space="preserve">longitudinally</w:t>
      </w:r>
      <w:r>
        <w:rPr>
          <w:b/>
          <w:bCs/>
        </w:rPr>
        <w:t xml:space="preserve"> </w:t>
      </w:r>
      <w:r>
        <w:rPr>
          <w:b/>
          <w:bCs/>
        </w:rPr>
        <w:t xml:space="preserve">from the back of the head to the tail.</w:t>
      </w:r>
      <w:r>
        <w:br/>
      </w:r>
      <w:r>
        <w:t xml:space="preserve">    (a) with disbelief; or with difficulty accepting something so unexpected</w:t>
      </w:r>
      <w:r>
        <w:br/>
      </w:r>
      <w:r>
        <w:t xml:space="preserve">    (b) in a manner that influences reason or general desire to do something</w:t>
      </w:r>
      <w:r>
        <w:br/>
      </w:r>
      <w:r>
        <w:t xml:space="preserve">    (c) a measure of east/west (relative to the Prime Meridian) on the earth</w:t>
      </w:r>
    </w:p>
    <w:p>
      <w:pPr>
        <w:pStyle w:val="Compact"/>
        <w:numPr>
          <w:ilvl w:val="0"/>
          <w:numId w:val="1001"/>
        </w:numPr>
      </w:pPr>
      <w:r>
        <w:rPr>
          <w:b/>
          <w:bCs/>
        </w:rPr>
        <w:t xml:space="preserve">Slowly and</w:t>
      </w:r>
      <w:r>
        <w:rPr>
          <w:b/>
          <w:bCs/>
        </w:rPr>
        <w:t xml:space="preserve"> </w:t>
      </w:r>
      <w:r>
        <w:rPr>
          <w:b/>
          <w:bCs/>
          <w:u w:val="single"/>
        </w:rPr>
        <w:t xml:space="preserve">conscientiously</w:t>
      </w:r>
      <w:r>
        <w:rPr>
          <w:b/>
          <w:bCs/>
        </w:rPr>
        <w:t xml:space="preserve"> </w:t>
      </w:r>
      <w:r>
        <w:rPr>
          <w:b/>
          <w:bCs/>
        </w:rPr>
        <w:t xml:space="preserve">he ate all of the wedge-shaped strips of fish.</w:t>
      </w:r>
      <w:r>
        <w:br/>
      </w:r>
      <w:r>
        <w:t xml:space="preserve">    (a) in a manner that is not attractive or desirable</w:t>
      </w:r>
      <w:r>
        <w:br/>
      </w:r>
      <w:r>
        <w:t xml:space="preserve">    (b) with care</w:t>
      </w:r>
      <w:r>
        <w:br/>
      </w:r>
      <w:r>
        <w:t xml:space="preserve">    (c) in an excessively unhappy and unsociable manner</w:t>
      </w:r>
    </w:p>
    <w:p>
      <w:pPr>
        <w:pStyle w:val="Compact"/>
        <w:numPr>
          <w:ilvl w:val="0"/>
          <w:numId w:val="1001"/>
        </w:numPr>
      </w:pPr>
      <w:r>
        <w:rPr>
          <w:b/>
          <w:bCs/>
        </w:rPr>
        <w:t xml:space="preserve">Let it open by itself and come back of its</w:t>
      </w:r>
      <w:r>
        <w:rPr>
          <w:b/>
          <w:bCs/>
        </w:rPr>
        <w:t xml:space="preserve"> </w:t>
      </w:r>
      <w:r>
        <w:rPr>
          <w:b/>
          <w:bCs/>
          <w:u w:val="single"/>
        </w:rPr>
        <w:t xml:space="preserve">own accord</w:t>
      </w:r>
      <w:r>
        <w:rPr>
          <w:b/>
          <w:bCs/>
        </w:rPr>
        <w:t xml:space="preserve">.</w:t>
      </w:r>
      <w:r>
        <w:br/>
      </w:r>
      <w:r>
        <w:t xml:space="preserve">    (a) tropical viral disease transmitted by a mosquito</w:t>
      </w:r>
      <w:r>
        <w:br/>
      </w:r>
      <w:r>
        <w:t xml:space="preserve">    (b) own mind (i.e., voluntarily)</w:t>
      </w:r>
      <w:r>
        <w:br/>
      </w:r>
      <w:r>
        <w:t xml:space="preserve">    (c) the achievement of 3 positive feats in a sport</w:t>
      </w:r>
    </w:p>
    <w:p>
      <w:pPr>
        <w:pStyle w:val="Compact"/>
        <w:numPr>
          <w:ilvl w:val="0"/>
          <w:numId w:val="1001"/>
        </w:numPr>
      </w:pPr>
      <w:r>
        <w:rPr>
          <w:b/>
          <w:bCs/>
        </w:rPr>
        <w:t xml:space="preserve">I promise to make a</w:t>
      </w:r>
      <w:r>
        <w:rPr>
          <w:b/>
          <w:bCs/>
        </w:rPr>
        <w:t xml:space="preserve"> </w:t>
      </w:r>
      <w:r>
        <w:rPr>
          <w:b/>
          <w:bCs/>
          <w:u w:val="single"/>
        </w:rPr>
        <w:t xml:space="preserve">pilgrimage</w:t>
      </w:r>
      <w:r>
        <w:rPr>
          <w:b/>
          <w:bCs/>
        </w:rPr>
        <w:t xml:space="preserve"> </w:t>
      </w:r>
      <w:r>
        <w:rPr>
          <w:b/>
          <w:bCs/>
        </w:rPr>
        <w:t xml:space="preserve">to the Virgin of Cobre if I catch him.</w:t>
      </w:r>
      <w:r>
        <w:br/>
      </w:r>
      <w:r>
        <w:t xml:space="preserve">    (a) portray or create in a particular way  OR  interpret, translate, or extract from</w:t>
      </w:r>
      <w:r>
        <w:br/>
      </w:r>
      <w:r>
        <w:t xml:space="preserve">    (b) a religious journey</w:t>
      </w:r>
      <w:r>
        <w:br/>
      </w:r>
      <w:r>
        <w:t xml:space="preserve">    (c) removing the favoring any side in a contest, war, disagreement, or other dispute</w:t>
      </w:r>
    </w:p>
    <w:p>
      <w:pPr>
        <w:pStyle w:val="Compact"/>
        <w:numPr>
          <w:ilvl w:val="0"/>
          <w:numId w:val="1001"/>
        </w:numPr>
      </w:pPr>
      <w:r>
        <w:rPr>
          <w:b/>
          <w:bCs/>
        </w:rPr>
        <w:t xml:space="preserve">Also now I have gained on him in the question of</w:t>
      </w:r>
      <w:r>
        <w:rPr>
          <w:b/>
          <w:bCs/>
        </w:rPr>
        <w:t xml:space="preserve"> </w:t>
      </w:r>
      <w:r>
        <w:rPr>
          <w:b/>
          <w:bCs/>
          <w:u w:val="single"/>
        </w:rPr>
        <w:t xml:space="preserve">sustenance</w:t>
      </w:r>
      <w:r>
        <w:rPr>
          <w:b/>
          <w:bCs/>
        </w:rPr>
        <w:t xml:space="preserve">.</w:t>
      </w:r>
      <w:r>
        <w:br/>
      </w:r>
      <w:r>
        <w:t xml:space="preserve">    (a) having good judgment or good taste and/or perceiving things not easily perceived by most people</w:t>
      </w:r>
      <w:r>
        <w:br/>
      </w:r>
      <w:r>
        <w:t xml:space="preserve">    (b) the ability or act of saying or handling things in such a way that others feel good about them</w:t>
      </w:r>
      <w:r>
        <w:br/>
      </w:r>
      <w:r>
        <w:t xml:space="preserve">    (c) food needed for strength and energy</w:t>
      </w:r>
    </w:p>
    <w:p>
      <w:pPr>
        <w:pStyle w:val="Compact"/>
        <w:numPr>
          <w:ilvl w:val="0"/>
          <w:numId w:val="1001"/>
        </w:numPr>
      </w:pPr>
      <w:r>
        <w:rPr>
          <w:b/>
          <w:bCs/>
        </w:rPr>
        <w:t xml:space="preserve">On each calm</w:t>
      </w:r>
      <w:r>
        <w:rPr>
          <w:b/>
          <w:bCs/>
        </w:rPr>
        <w:t xml:space="preserve"> </w:t>
      </w:r>
      <w:r>
        <w:rPr>
          <w:b/>
          <w:bCs/>
          <w:u w:val="single"/>
        </w:rPr>
        <w:t xml:space="preserve">placid</w:t>
      </w:r>
      <w:r>
        <w:rPr>
          <w:b/>
          <w:bCs/>
        </w:rPr>
        <w:t xml:space="preserve"> </w:t>
      </w:r>
      <w:r>
        <w:rPr>
          <w:b/>
          <w:bCs/>
        </w:rPr>
        <w:t xml:space="preserve">turn the fish made he was gaining line and he was sure that in two turns he would have a chance to get the harpoon in.</w:t>
      </w:r>
      <w:r>
        <w:br/>
      </w:r>
      <w:r>
        <w:t xml:space="preserve">    (a) related to being antisocial</w:t>
      </w:r>
      <w:r>
        <w:br/>
      </w:r>
      <w:r>
        <w:t xml:space="preserve">    (b) not attractive or desirable</w:t>
      </w:r>
      <w:r>
        <w:br/>
      </w:r>
      <w:r>
        <w:t xml:space="preserve">    (c) calm</w:t>
      </w:r>
    </w:p>
    <w:p>
      <w:pPr>
        <w:pStyle w:val="Compact"/>
        <w:numPr>
          <w:ilvl w:val="0"/>
          <w:numId w:val="1001"/>
        </w:numPr>
      </w:pPr>
      <w:r>
        <w:rPr>
          <w:b/>
          <w:bCs/>
        </w:rPr>
        <w:t xml:space="preserve">dark as a</w:t>
      </w:r>
      <w:r>
        <w:rPr>
          <w:b/>
          <w:bCs/>
        </w:rPr>
        <w:t xml:space="preserve"> </w:t>
      </w:r>
      <w:r>
        <w:rPr>
          <w:b/>
          <w:bCs/>
          <w:u w:val="single"/>
        </w:rPr>
        <w:t xml:space="preserve">shoal</w:t>
      </w:r>
      <w:r>
        <w:rPr>
          <w:b/>
          <w:bCs/>
        </w:rPr>
        <w:t xml:space="preserve"> </w:t>
      </w:r>
      <w:r>
        <w:rPr>
          <w:b/>
          <w:bCs/>
        </w:rPr>
        <w:t xml:space="preserve">in the blue water that was more than a mile deep</w:t>
      </w:r>
      <w:r>
        <w:br/>
      </w:r>
      <w:r>
        <w:t xml:space="preserve">    (a) include consideration of</w:t>
      </w:r>
      <w:r>
        <w:br/>
      </w:r>
      <w:r>
        <w:t xml:space="preserve">    (b) shallower part</w:t>
      </w:r>
      <w:r>
        <w:br/>
      </w:r>
      <w:r>
        <w:t xml:space="preserve">    (c) struggle or disagreement</w:t>
      </w:r>
    </w:p>
    <w:p>
      <w:pPr>
        <w:pStyle w:val="Compact"/>
        <w:numPr>
          <w:ilvl w:val="0"/>
          <w:numId w:val="1001"/>
        </w:numPr>
      </w:pPr>
      <w:r>
        <w:rPr>
          <w:b/>
          <w:bCs/>
        </w:rPr>
        <w:t xml:space="preserve">But the fish did not come. Instead he lay there</w:t>
      </w:r>
      <w:r>
        <w:rPr>
          <w:b/>
          <w:bCs/>
        </w:rPr>
        <w:t xml:space="preserve"> </w:t>
      </w:r>
      <w:r>
        <w:rPr>
          <w:b/>
          <w:bCs/>
          <w:u w:val="single"/>
        </w:rPr>
        <w:t xml:space="preserve">wallowing</w:t>
      </w:r>
      <w:r>
        <w:rPr>
          <w:b/>
          <w:bCs/>
        </w:rPr>
        <w:t xml:space="preserve"> </w:t>
      </w:r>
      <w:r>
        <w:rPr>
          <w:b/>
          <w:bCs/>
        </w:rPr>
        <w:t xml:space="preserve">now in the seas and the old man pulled the skiff up onto him.</w:t>
      </w:r>
      <w:r>
        <w:br/>
      </w:r>
      <w:r>
        <w:t xml:space="preserve">    (a) moving with difficulty (perhaps rolling with the waves, unable to move itself)</w:t>
      </w:r>
      <w:r>
        <w:br/>
      </w:r>
      <w:r>
        <w:t xml:space="preserve">    (b) differing; or changing</w:t>
      </w:r>
      <w:r>
        <w:br/>
      </w:r>
      <w:r>
        <w:t xml:space="preserve">    (c) taking on as one's own</w:t>
      </w:r>
    </w:p>
    <w:p>
      <w:pPr>
        <w:pStyle w:val="Compact"/>
        <w:numPr>
          <w:ilvl w:val="0"/>
          <w:numId w:val="1001"/>
        </w:numPr>
      </w:pPr>
      <w:r>
        <w:rPr>
          <w:b/>
          <w:bCs/>
        </w:rPr>
        <w:t xml:space="preserve">He had come up from deep down in the water as the dark cloud of blood had settled and</w:t>
      </w:r>
      <w:r>
        <w:rPr>
          <w:b/>
          <w:bCs/>
        </w:rPr>
        <w:t xml:space="preserve"> </w:t>
      </w:r>
      <w:r>
        <w:rPr>
          <w:b/>
          <w:bCs/>
          <w:u w:val="single"/>
        </w:rPr>
        <w:t xml:space="preserve">dispersed</w:t>
      </w:r>
      <w:r>
        <w:rPr>
          <w:b/>
          <w:bCs/>
        </w:rPr>
        <w:t xml:space="preserve"> </w:t>
      </w:r>
      <w:r>
        <w:rPr>
          <w:b/>
          <w:bCs/>
        </w:rPr>
        <w:t xml:space="preserve">in the mile deep sea.</w:t>
      </w:r>
      <w:r>
        <w:br/>
      </w:r>
      <w:r>
        <w:t xml:space="preserve">    (a) nervous or confused</w:t>
      </w:r>
      <w:r>
        <w:br/>
      </w:r>
      <w:r>
        <w:t xml:space="preserve">    (b) excessively excited</w:t>
      </w:r>
      <w:r>
        <w:br/>
      </w:r>
      <w:r>
        <w:t xml:space="preserve">    (c) spread</w:t>
      </w:r>
    </w:p>
    <w:p>
      <w:pPr>
        <w:pStyle w:val="Compact"/>
        <w:numPr>
          <w:ilvl w:val="0"/>
          <w:numId w:val="1001"/>
        </w:numPr>
      </w:pPr>
      <w:r>
        <w:rPr>
          <w:b/>
          <w:bCs/>
        </w:rPr>
        <w:t xml:space="preserve">He hit it [the shark] without hope but with resolution and complete</w:t>
      </w:r>
      <w:r>
        <w:rPr>
          <w:b/>
          <w:bCs/>
        </w:rPr>
        <w:t xml:space="preserve"> </w:t>
      </w:r>
      <w:r>
        <w:rPr>
          <w:b/>
          <w:bCs/>
          <w:u w:val="single"/>
        </w:rPr>
        <w:t xml:space="preserve">malignancy</w:t>
      </w:r>
      <w:r>
        <w:rPr>
          <w:b/>
          <w:bCs/>
        </w:rPr>
        <w:t xml:space="preserve">.</w:t>
      </w:r>
      <w:r>
        <w:br/>
      </w:r>
      <w:r>
        <w:t xml:space="preserve">    (a) the process of thinking carefully and making a judgment about something</w:t>
      </w:r>
      <w:r>
        <w:br/>
      </w:r>
      <w:r>
        <w:t xml:space="preserve">    (b) intent to harm</w:t>
      </w:r>
      <w:r>
        <w:br/>
      </w:r>
      <w:r>
        <w:t xml:space="preserve">    (c) the act of finding fault and telling others; or a description of faults</w:t>
      </w:r>
    </w:p>
    <w:p>
      <w:pPr>
        <w:pStyle w:val="Compact"/>
        <w:numPr>
          <w:ilvl w:val="0"/>
          <w:numId w:val="1001"/>
        </w:numPr>
      </w:pPr>
      <w:r>
        <w:rPr>
          <w:b/>
          <w:bCs/>
        </w:rPr>
        <w:t xml:space="preserve">The line showed clearly on the top of his brown head and back where the brain joined the spinal cord and the old man drove the knife on the oar into the</w:t>
      </w:r>
      <w:r>
        <w:rPr>
          <w:b/>
          <w:bCs/>
        </w:rPr>
        <w:t xml:space="preserve"> </w:t>
      </w:r>
      <w:r>
        <w:rPr>
          <w:b/>
          <w:bCs/>
          <w:u w:val="single"/>
        </w:rPr>
        <w:t xml:space="preserve">juncture</w:t>
      </w:r>
      <w:r>
        <w:rPr>
          <w:b/>
          <w:bCs/>
        </w:rPr>
        <w:t xml:space="preserve">, withdrew it, and drove it in again into the shark's yellow cat-like eyes.</w:t>
      </w:r>
      <w:r>
        <w:br/>
      </w:r>
      <w:r>
        <w:t xml:space="preserve">    (a) something exclusive to (someone or some group) -- such as an activity or place</w:t>
      </w:r>
      <w:r>
        <w:br/>
      </w:r>
      <w:r>
        <w:t xml:space="preserve">    (b) a rough substance that can be rubbed against something else to polish or clean</w:t>
      </w:r>
      <w:r>
        <w:br/>
      </w:r>
      <w:r>
        <w:t xml:space="preserve">    (c) where things come together -- especially a point in time with a critical event</w:t>
      </w:r>
    </w:p>
    <w:p>
      <w:pPr>
        <w:pStyle w:val="Compact"/>
        <w:numPr>
          <w:ilvl w:val="0"/>
          <w:numId w:val="1001"/>
        </w:numPr>
      </w:pPr>
      <w:r>
        <w:rPr>
          <w:b/>
          <w:bCs/>
        </w:rPr>
        <w:t xml:space="preserve">"No?" the old man said and he drove the blade between the</w:t>
      </w:r>
      <w:r>
        <w:rPr>
          <w:b/>
          <w:bCs/>
        </w:rPr>
        <w:t xml:space="preserve"> </w:t>
      </w:r>
      <w:r>
        <w:rPr>
          <w:b/>
          <w:bCs/>
          <w:u w:val="single"/>
        </w:rPr>
        <w:t xml:space="preserve">vertebrae</w:t>
      </w:r>
      <w:r>
        <w:rPr>
          <w:b/>
          <w:bCs/>
        </w:rPr>
        <w:t xml:space="preserve"> </w:t>
      </w:r>
      <w:r>
        <w:rPr>
          <w:b/>
          <w:bCs/>
        </w:rPr>
        <w:t xml:space="preserve">and the brain.</w:t>
      </w:r>
      <w:r>
        <w:br/>
      </w:r>
      <w:r>
        <w:t xml:space="preserve">    (a) a central open spaces in buildings</w:t>
      </w:r>
      <w:r>
        <w:br/>
      </w:r>
      <w:r>
        <w:t xml:space="preserve">    (b) bony segments of the spinal column</w:t>
      </w:r>
      <w:r>
        <w:br/>
      </w:r>
      <w:r>
        <w:t xml:space="preserve">    (c) acts of stopping a battle or fight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2026-07-31T15:28:30Z</dcterms:created>
  <dcterms:modified xsi:type="dcterms:W3CDTF">2026-07-31T15:28:30Z</dcterms:modified>
</cp:coreProperties>
</file>

<file path=docProps/custom.xml><?xml version="1.0" encoding="utf-8"?>
<Properties xmlns="http://schemas.openxmlformats.org/officeDocument/2006/custom-properties" xmlns:vt="http://schemas.openxmlformats.org/officeDocument/2006/docPropsVTypes"/>
</file>