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the-odyssey-homer-vocabulary-preview"/>
    <w:p>
      <w:pPr>
        <w:pStyle w:val="Heading1"/>
      </w:pPr>
      <w:r>
        <w:rPr>
          <w:b/>
          <w:bCs/>
        </w:rPr>
        <w:t xml:space="preserve">The Odyssey</w:t>
      </w:r>
      <w:r>
        <w:br/>
      </w:r>
      <w:r>
        <w:rPr>
          <w:i/>
          <w:iCs/>
        </w:rPr>
        <w:t xml:space="preserve">Homer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children painted the ocean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azure</w:t>
      </w:r>
      <w:r>
        <w:rPr>
          <w:b/>
          <w:bCs/>
        </w:rPr>
        <w:t xml:space="preserve"> </w:t>
      </w:r>
      <w:r>
        <w:rPr>
          <w:b/>
          <w:bCs/>
        </w:rPr>
        <w:t xml:space="preserve">shade on the classroom mural.</w:t>
      </w:r>
      <w:r>
        <w:br/>
      </w:r>
      <w:r>
        <w:t xml:space="preserve">    (a) pale yellow</w:t>
      </w:r>
      <w:r>
        <w:br/>
      </w:r>
      <w:r>
        <w:t xml:space="preserve">    (b) bright blue</w:t>
      </w:r>
      <w:r>
        <w:br/>
      </w:r>
      <w:r>
        <w:t xml:space="preserve">    (c) dark 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calls himself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 </w:t>
      </w:r>
      <w:r>
        <w:rPr>
          <w:b/>
          <w:bCs/>
        </w:rPr>
        <w:t xml:space="preserve">from Brooklyn.</w:t>
      </w:r>
      <w:r>
        <w:br/>
      </w:r>
      <w:r>
        <w:t xml:space="preserve">    (a) someone who protects the weak and delivers justice to those who are evil</w:t>
      </w:r>
      <w:r>
        <w:br/>
      </w:r>
      <w:r>
        <w:t xml:space="preserve">    (b) someone who composes and shares poems about important events and people</w:t>
      </w:r>
      <w:r>
        <w:br/>
      </w:r>
      <w:r>
        <w:t xml:space="preserve">    (c) someone who knows everything about everyone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organization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bestows</w:t>
      </w:r>
      <w:r>
        <w:rPr>
          <w:b/>
          <w:bCs/>
        </w:rPr>
        <w:t xml:space="preserve"> </w:t>
      </w:r>
      <w:r>
        <w:rPr>
          <w:b/>
          <w:bCs/>
        </w:rPr>
        <w:t xml:space="preserve">honors, awards, and sometimes cash prizes to promising writers.</w:t>
      </w:r>
      <w:r>
        <w:br/>
      </w:r>
      <w:r>
        <w:t xml:space="preserve">    (a) shows</w:t>
      </w:r>
      <w:r>
        <w:br/>
      </w:r>
      <w:r>
        <w:t xml:space="preserve">    (b) recommends</w:t>
      </w:r>
      <w:r>
        <w:br/>
      </w:r>
      <w:r>
        <w:t xml:space="preserve">    (c) gives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understand</w:t>
      </w:r>
      <w:r>
        <w:br/>
      </w:r>
      <w:r>
        <w:t xml:space="preserve">    (b) express</w:t>
      </w:r>
      <w:r>
        <w:br/>
      </w:r>
      <w:r>
        <w:t xml:space="preserve">    (c) accept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chef served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amounts of food at the wedding reception.</w:t>
      </w:r>
      <w:r>
        <w:br/>
      </w:r>
      <w:r>
        <w:t xml:space="preserve">    (a) rare and unusual</w:t>
      </w:r>
      <w:r>
        <w:br/>
      </w:r>
      <w:r>
        <w:t xml:space="preserve">    (b) large in quantity</w:t>
      </w:r>
      <w:r>
        <w:br/>
      </w:r>
      <w:r>
        <w:t xml:space="preserve">    (c) small in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King claimed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right.</w:t>
      </w:r>
      <w:r>
        <w:br/>
      </w:r>
      <w:r>
        <w:t xml:space="preserve">    (a) perfect or wonderful</w:t>
      </w:r>
      <w:r>
        <w:br/>
      </w:r>
      <w:r>
        <w:t xml:space="preserve">    (b) coming from God</w:t>
      </w:r>
      <w:r>
        <w:br/>
      </w:r>
      <w:r>
        <w:t xml:space="preserve">    (c) from 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claimed she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a person’s future by reading tea leaves at the bottom of a cup.</w:t>
      </w:r>
      <w:r>
        <w:br/>
      </w:r>
      <w:r>
        <w:t xml:space="preserve">    (a) imagine vividly</w:t>
      </w:r>
      <w:r>
        <w:br/>
      </w:r>
      <w:r>
        <w:t xml:space="preserve">    (b) predict supernaturally</w:t>
      </w:r>
      <w:r>
        <w:br/>
      </w:r>
      <w:r>
        <w:t xml:space="preserve">    (c) remember clearly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knew neither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filial</w:t>
      </w:r>
      <w:r>
        <w:rPr>
          <w:b/>
          <w:bCs/>
        </w:rPr>
        <w:t xml:space="preserve"> </w:t>
      </w:r>
      <w:r>
        <w:rPr>
          <w:b/>
          <w:bCs/>
        </w:rPr>
        <w:t xml:space="preserve">nor romantic love.</w:t>
      </w:r>
      <w:r>
        <w:br/>
      </w:r>
      <w:r>
        <w:t xml:space="preserve">    (a) owner/pet</w:t>
      </w:r>
      <w:r>
        <w:br/>
      </w:r>
      <w:r>
        <w:t xml:space="preserve">    (b) friend/friend</w:t>
      </w:r>
      <w:r>
        <w:br/>
      </w:r>
      <w:r>
        <w:t xml:space="preserve">    (c) parent/child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patience or tolerance</w:t>
      </w:r>
      <w:r>
        <w:br/>
      </w:r>
      <w:r>
        <w:t xml:space="preserve">    (b) financial loan</w:t>
      </w:r>
      <w:r>
        <w:br/>
      </w:r>
      <w:r>
        <w:t xml:space="preserve">    (c) family concerns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hotel staff was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hospitable</w:t>
      </w:r>
      <w:r>
        <w:rPr>
          <w:b/>
          <w:bCs/>
        </w:rPr>
        <w:t xml:space="preserve"> </w:t>
      </w:r>
      <w:r>
        <w:rPr>
          <w:b/>
          <w:bCs/>
        </w:rPr>
        <w:t xml:space="preserve">that many guests returned year after year.</w:t>
      </w:r>
      <w:r>
        <w:br/>
      </w:r>
      <w:r>
        <w:t xml:space="preserve">    (a) disbelief</w:t>
      </w:r>
      <w:r>
        <w:br/>
      </w:r>
      <w:r>
        <w:t xml:space="preserve">    (b) important</w:t>
      </w:r>
      <w:r>
        <w:br/>
      </w:r>
      <w:r>
        <w:t xml:space="preserve">    (c) friendly and welcoming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army practiced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martial</w:t>
      </w:r>
      <w:r>
        <w:rPr>
          <w:b/>
          <w:bCs/>
        </w:rPr>
        <w:t xml:space="preserve"> </w:t>
      </w:r>
      <w:r>
        <w:rPr>
          <w:b/>
          <w:bCs/>
        </w:rPr>
        <w:t xml:space="preserve">drills before the inspection.</w:t>
      </w:r>
      <w:r>
        <w:br/>
      </w:r>
      <w:r>
        <w:t xml:space="preserve">    (a) related to war</w:t>
      </w:r>
      <w:r>
        <w:br/>
      </w:r>
      <w:r>
        <w:t xml:space="preserve">    (b) related to farming</w:t>
      </w:r>
      <w:r>
        <w:br/>
      </w:r>
      <w:r>
        <w:t xml:space="preserve">    (c) related to music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of planning, the day of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nuptials</w:t>
      </w:r>
      <w:r>
        <w:rPr>
          <w:b/>
          <w:bCs/>
        </w:rPr>
        <w:t xml:space="preserve"> </w:t>
      </w:r>
      <w:r>
        <w:rPr>
          <w:b/>
          <w:bCs/>
        </w:rPr>
        <w:t xml:space="preserve">finally arrived.</w:t>
      </w:r>
      <w:r>
        <w:br/>
      </w:r>
      <w:r>
        <w:t xml:space="preserve">    (a) vacation</w:t>
      </w:r>
      <w:r>
        <w:br/>
      </w:r>
      <w:r>
        <w:t xml:space="preserve">    (b) wedding</w:t>
      </w:r>
      <w:r>
        <w:br/>
      </w:r>
      <w:r>
        <w:t xml:space="preserve">    (c) move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paced back and forth in the hospital waiting room--looking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pensive</w:t>
      </w:r>
      <w:r>
        <w:rPr>
          <w:b/>
          <w:bCs/>
        </w:rPr>
        <w:t xml:space="preserve">.</w:t>
      </w:r>
      <w:r>
        <w:br/>
      </w:r>
      <w:r>
        <w:t xml:space="preserve">    (a) thoughtfully quiet</w:t>
      </w:r>
      <w:r>
        <w:br/>
      </w:r>
      <w:r>
        <w:t xml:space="preserve">    (b) loudly cheerful</w:t>
      </w:r>
      <w:r>
        <w:br/>
      </w:r>
      <w:r>
        <w:t xml:space="preserve">    (c) wildly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Courage is dangerous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.</w:t>
      </w:r>
      <w:r>
        <w:br/>
      </w:r>
      <w:r>
        <w:t xml:space="preserve">    (a) good support</w:t>
      </w:r>
      <w:r>
        <w:br/>
      </w:r>
      <w:r>
        <w:t xml:space="preserve">    (b) good sense</w:t>
      </w:r>
      <w:r>
        <w:br/>
      </w:r>
      <w:r>
        <w:t xml:space="preserve">    (c) good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Work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region.</w:t>
      </w:r>
      <w:r>
        <w:br/>
      </w:r>
      <w:r>
        <w:t xml:space="preserve">    (a) easily found</w:t>
      </w:r>
      <w:r>
        <w:br/>
      </w:r>
      <w:r>
        <w:t xml:space="preserve">    (b) extremely hard</w:t>
      </w:r>
      <w:r>
        <w:br/>
      </w:r>
      <w:r>
        <w:t xml:space="preserve">    (c) in short supply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trains</w:t>
      </w:r>
      <w:r>
        <w:br/>
      </w:r>
      <w:r>
        <w:t xml:space="preserve">    (b) encourages</w:t>
      </w:r>
      <w:r>
        <w:br/>
      </w:r>
      <w:r>
        <w:t xml:space="preserve">    (c) disrespects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evolutionary benefit theory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 </w:t>
      </w:r>
      <w:r>
        <w:rPr>
          <w:b/>
          <w:bCs/>
        </w:rPr>
        <w:t xml:space="preserve">is supported by studies showing that a person's desire for revenge increases when others see their mistreatment.</w:t>
      </w:r>
      <w:r>
        <w:br/>
      </w:r>
      <w:r>
        <w:t xml:space="preserve">    (a) fairness</w:t>
      </w:r>
      <w:r>
        <w:br/>
      </w:r>
      <w:r>
        <w:t xml:space="preserve">    (b) revenge</w:t>
      </w:r>
      <w:r>
        <w:br/>
      </w:r>
      <w:r>
        <w:t xml:space="preserve">    (c) status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fears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of God.</w:t>
      </w:r>
      <w:r>
        <w:br/>
      </w:r>
      <w:r>
        <w:t xml:space="preserve">    (a) angry punishment</w:t>
      </w:r>
      <w:r>
        <w:br/>
      </w:r>
      <w:r>
        <w:t xml:space="preserve">    (b) unpredictable moods</w:t>
      </w:r>
      <w:r>
        <w:br/>
      </w:r>
      <w:r>
        <w:t xml:space="preserve">    (c) power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destroyed</w:t>
      </w:r>
      <w:r>
        <w:br/>
      </w:r>
      <w:r>
        <w:t xml:space="preserve">    (b) produced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produced</w:t>
      </w:r>
      <w:r>
        <w:br/>
      </w:r>
      <w:r>
        <w:t xml:space="preserve">    (b) gave in</w:t>
      </w:r>
      <w:r>
        <w:br/>
      </w:r>
      <w:r>
        <w:t xml:space="preserve">    (c) added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2026-07-31T15:50:00Z</dcterms:created>
  <dcterms:modified xsi:type="dcterms:W3CDTF">2026-07-31T15:50:00Z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