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the-odyssey-homer-vocabulary-in-context"/>
    <w:p>
      <w:pPr>
        <w:pStyle w:val="Heading1"/>
      </w:pPr>
      <w:r>
        <w:rPr>
          <w:b/>
          <w:bCs/>
        </w:rPr>
        <w:t xml:space="preserve">The Odyssey</w:t>
      </w:r>
      <w:r>
        <w:br/>
      </w:r>
      <w:r>
        <w:rPr>
          <w:i/>
          <w:iCs/>
        </w:rPr>
        <w:t xml:space="preserve">Homer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(Replied the Thunderer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martial</w:t>
      </w:r>
      <w:r>
        <w:rPr>
          <w:b/>
          <w:bCs/>
        </w:rPr>
        <w:t xml:space="preserve"> </w:t>
      </w:r>
      <w:r>
        <w:rPr>
          <w:b/>
          <w:bCs/>
        </w:rPr>
        <w:t xml:space="preserve">maid;) Deem not unjustly by my doom oppress'd, Of human race the wisest and the best</w:t>
      </w:r>
      <w:r>
        <w:br/>
      </w:r>
      <w:r>
        <w:t xml:space="preserve">    (a) relating to war, the military, or fighting</w:t>
      </w:r>
      <w:r>
        <w:br/>
      </w:r>
      <w:r>
        <w:t xml:space="preserve">    (b) without involvement of anything in between</w:t>
      </w:r>
      <w:r>
        <w:br/>
      </w:r>
      <w:r>
        <w:t xml:space="preserve">    (c) mental activity of which one is self-aware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There, warm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filial</w:t>
      </w:r>
      <w:r>
        <w:rPr>
          <w:b/>
          <w:bCs/>
        </w:rPr>
        <w:t xml:space="preserve"> </w:t>
      </w:r>
      <w:r>
        <w:rPr>
          <w:b/>
          <w:bCs/>
        </w:rPr>
        <w:t xml:space="preserve">love, the cause inquire That from his realm retards his god-like sire; Delivering early to the voice of fame The promise of a green immortal name.</w:t>
      </w:r>
      <w:r>
        <w:br/>
      </w:r>
      <w:r>
        <w:t xml:space="preserve">    (a) the state of not being aware or concerned about something</w:t>
      </w:r>
      <w:r>
        <w:br/>
      </w:r>
      <w:r>
        <w:t xml:space="preserve">    (b) relating to the relationship of children to their parents</w:t>
      </w:r>
      <w:r>
        <w:br/>
      </w:r>
      <w:r>
        <w:t xml:space="preserve">    (c) a state similar to sleep where one is unaware of anything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his fond soul these fancied triumphs swell'd, The stranger guest the royal youth beheld; Grieved that a visitant so long should wait Unmark'd, unhonour'd, at a monarch's gate; Instant he flew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hospitable</w:t>
      </w:r>
      <w:r>
        <w:rPr>
          <w:b/>
          <w:bCs/>
        </w:rPr>
        <w:t xml:space="preserve"> </w:t>
      </w:r>
      <w:r>
        <w:rPr>
          <w:b/>
          <w:bCs/>
        </w:rPr>
        <w:t xml:space="preserve">haste, And the new friend with courteous air embraced.</w:t>
      </w:r>
      <w:r>
        <w:br/>
      </w:r>
      <w:r>
        <w:t xml:space="preserve">    (a) welcoming</w:t>
      </w:r>
      <w:r>
        <w:br/>
      </w:r>
      <w:r>
        <w:t xml:space="preserve">    (b) important</w:t>
      </w:r>
      <w:r>
        <w:br/>
      </w:r>
      <w:r>
        <w:t xml:space="preserve">    (c) disbelief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Phemius, whose voice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 </w:t>
      </w:r>
      <w:r>
        <w:rPr>
          <w:b/>
          <w:bCs/>
        </w:rPr>
        <w:t xml:space="preserve">could sweetest sing</w:t>
      </w:r>
      <w:r>
        <w:br/>
      </w:r>
      <w:r>
        <w:t xml:space="preserve">    (a) unable or difficult to meet and talk with</w:t>
      </w:r>
      <w:r>
        <w:br/>
      </w:r>
      <w:r>
        <w:t xml:space="preserve">    (b) the quality of being sensible and careful</w:t>
      </w:r>
      <w:r>
        <w:br/>
      </w:r>
      <w:r>
        <w:t xml:space="preserve">    (c) wonderful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vision wrapp'd, the Hyperesian seer</w:t>
      </w:r>
      <w:r>
        <w:br/>
      </w:r>
      <w:r>
        <w:rPr>
          <w:b/>
          <w:bCs/>
        </w:rPr>
        <w:t xml:space="preserve">Uprose, and thus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divined</w:t>
      </w:r>
      <w:r>
        <w:rPr>
          <w:b/>
          <w:bCs/>
        </w:rPr>
        <w:t xml:space="preserve"> </w:t>
      </w:r>
      <w:r>
        <w:rPr>
          <w:b/>
          <w:bCs/>
        </w:rPr>
        <w:t xml:space="preserve">the vengeance near:</w:t>
      </w:r>
      <w:r>
        <w:br/>
      </w:r>
      <w:r>
        <w:t xml:space="preserve">    (a) predicted (by magic)</w:t>
      </w:r>
      <w:r>
        <w:br/>
      </w:r>
      <w:r>
        <w:t xml:space="preserve">    (b) not having expressed disapproval; or not having warned or advised</w:t>
      </w:r>
      <w:r>
        <w:br/>
      </w:r>
      <w:r>
        <w:t xml:space="preserve">    (c) deeply involved; or intermixed with complications or difficulties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of his wish'd return the care resign, Be future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vengeance</w:t>
      </w:r>
      <w:r>
        <w:rPr>
          <w:b/>
          <w:bCs/>
        </w:rPr>
        <w:t xml:space="preserve"> </w:t>
      </w:r>
      <w:r>
        <w:rPr>
          <w:b/>
          <w:bCs/>
        </w:rPr>
        <w:t xml:space="preserve">to the powers divine.</w:t>
      </w:r>
      <w:r>
        <w:br/>
      </w:r>
      <w:r>
        <w:t xml:space="preserve">    (a) the act of taking revenge</w:t>
      </w:r>
      <w:r>
        <w:br/>
      </w:r>
      <w:r>
        <w:t xml:space="preserve">    (b) something made from parts</w:t>
      </w:r>
      <w:r>
        <w:br/>
      </w:r>
      <w:r>
        <w:t xml:space="preserve">    (c) something that stands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yet Ulysses views the light,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</w:t>
      </w:r>
      <w:r>
        <w:rPr>
          <w:b/>
          <w:bCs/>
        </w:rPr>
        <w:t xml:space="preserve">, Till the fleet hours restore the circling year.</w:t>
      </w:r>
      <w:r>
        <w:br/>
      </w:r>
      <w:r>
        <w:t xml:space="preserve">    (a) the ability to take on or adopt</w:t>
      </w:r>
      <w:r>
        <w:br/>
      </w:r>
      <w:r>
        <w:t xml:space="preserve">    (b) refrain (hold back) from acting</w:t>
      </w:r>
      <w:r>
        <w:br/>
      </w:r>
      <w:r>
        <w:t xml:space="preserve">    (c) where attention is concentrated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let revenge your daring mind employ, By fraud or force the suitor train destroy, And starting into manhood,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</w:t>
      </w:r>
      <w:r>
        <w:rPr>
          <w:b/>
          <w:bCs/>
        </w:rPr>
        <w:t xml:space="preserve"> </w:t>
      </w:r>
      <w:r>
        <w:rPr>
          <w:b/>
          <w:bCs/>
        </w:rPr>
        <w:t xml:space="preserve">the boy.</w:t>
      </w:r>
      <w:r>
        <w:br/>
      </w:r>
      <w:r>
        <w:t xml:space="preserve">    (a) not answer questions; or block progress</w:t>
      </w:r>
      <w:r>
        <w:br/>
      </w:r>
      <w:r>
        <w:t xml:space="preserve">    (b) disrespect or reject as not good enough</w:t>
      </w:r>
      <w:r>
        <w:br/>
      </w:r>
      <w:r>
        <w:t xml:space="preserve">    (c) move from more general to more specific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There, wrapped in silent shade,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Pensive</w:t>
      </w:r>
      <w:r>
        <w:rPr>
          <w:b/>
          <w:bCs/>
        </w:rPr>
        <w:t xml:space="preserve">, the rules the goddess gave he weigh'd; Stretch'd on the downy fleece, no rest he knows, And in his raptured soul the vision glows.</w:t>
      </w:r>
      <w:r>
        <w:br/>
      </w:r>
      <w:r>
        <w:t xml:space="preserve">    (a) able to be disagreed with</w:t>
      </w:r>
      <w:r>
        <w:br/>
      </w:r>
      <w:r>
        <w:t xml:space="preserve">    (b) not tending to find fault</w:t>
      </w:r>
      <w:r>
        <w:br/>
      </w:r>
      <w:r>
        <w:t xml:space="preserve">    (c) appearing deep in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all my herds their luxury suffice; Scarce all my wine their midnight hours supplies.</w:t>
      </w:r>
      <w:r>
        <w:br/>
      </w:r>
      <w:r>
        <w:t xml:space="preserve">    (a) a state similar to sleep where one is unaware of anything</w:t>
      </w:r>
      <w:r>
        <w:br/>
      </w:r>
      <w:r>
        <w:t xml:space="preserve">    (b) the state of not being aware or concerned about something</w:t>
      </w:r>
      <w:r>
        <w:br/>
      </w:r>
      <w:r>
        <w:t xml:space="preserve">    (c) in short supply  OR  barely or hardly (by a small margin)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Did not the sun, through heaven's wide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azure</w:t>
      </w:r>
      <w:r>
        <w:rPr>
          <w:b/>
          <w:bCs/>
        </w:rPr>
        <w:t xml:space="preserve"> </w:t>
      </w:r>
      <w:r>
        <w:rPr>
          <w:b/>
          <w:bCs/>
        </w:rPr>
        <w:t xml:space="preserve">roll'd, For three long years the royal fraud behold?</w:t>
      </w:r>
      <w:r>
        <w:br/>
      </w:r>
      <w:r>
        <w:t xml:space="preserve">    (a) sky-blue</w:t>
      </w:r>
      <w:r>
        <w:br/>
      </w:r>
      <w:r>
        <w:t xml:space="preserve">    (b) disorder</w:t>
      </w:r>
      <w:r>
        <w:br/>
      </w:r>
      <w:r>
        <w:t xml:space="preserve">    (c) reporter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wars,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theme of every tongue, To you your fathers have recorded long.</w:t>
      </w:r>
      <w:r>
        <w:br/>
      </w:r>
      <w:r>
        <w:t xml:space="preserve">    (a) abundant (large in quantity or number)</w:t>
      </w:r>
      <w:r>
        <w:br/>
      </w:r>
      <w:r>
        <w:t xml:space="preserve">    (b) able to accept as true (without proof)</w:t>
      </w:r>
      <w:r>
        <w:br/>
      </w:r>
      <w:r>
        <w:t xml:space="preserve">    (c) able to be protected or kept unchanged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Whene'er his influence Jove vouchsafes to shower, To bless the natal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nuptial</w:t>
      </w:r>
      <w:r>
        <w:rPr>
          <w:b/>
          <w:bCs/>
        </w:rPr>
        <w:t xml:space="preserve"> </w:t>
      </w:r>
      <w:r>
        <w:rPr>
          <w:b/>
          <w:bCs/>
        </w:rPr>
        <w:t xml:space="preserve">hour; From the great sire transmissive to the race, The boon devolving gives distinguish'd grace.</w:t>
      </w:r>
      <w:r>
        <w:br/>
      </w:r>
      <w:r>
        <w:t xml:space="preserve">    (a) orbiting Earth once per day</w:t>
      </w:r>
      <w:r>
        <w:br/>
      </w:r>
      <w:r>
        <w:t xml:space="preserve">    (b) not attractive or desirable</w:t>
      </w:r>
      <w:r>
        <w:br/>
      </w:r>
      <w:r>
        <w:t xml:space="preserve">    (c) of or relating to a wedding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Ranged on the banks, beneath our equal oars White curl the waves, and the vex'd ocean roars Then, steering backward from the Pharian isle, We gain the stream of Jove-descended Nile; There quit the ships, and on the destined shore With ritual hecatombs the gods adore;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wrath</w:t>
      </w:r>
      <w:r>
        <w:rPr>
          <w:b/>
          <w:bCs/>
        </w:rPr>
        <w:t xml:space="preserve"> </w:t>
      </w:r>
      <w:r>
        <w:rPr>
          <w:b/>
          <w:bCs/>
        </w:rPr>
        <w:t xml:space="preserve">atoned, to Agamemnon's name A cenotaph I raise of deathless fame.</w:t>
      </w:r>
      <w:r>
        <w:br/>
      </w:r>
      <w:r>
        <w:t xml:space="preserve">    (a) determination</w:t>
      </w:r>
      <w:r>
        <w:br/>
      </w:r>
      <w:r>
        <w:t xml:space="preserve">    (b) extreme anger</w:t>
      </w:r>
      <w:r>
        <w:br/>
      </w:r>
      <w:r>
        <w:t xml:space="preserve">    (c) use of reason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Selected from my stores, of matchless price, An urn shall recompense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prudent</w:t>
      </w:r>
      <w:r>
        <w:rPr>
          <w:b/>
          <w:bCs/>
        </w:rPr>
        <w:t xml:space="preserve"> </w:t>
      </w:r>
      <w:r>
        <w:rPr>
          <w:b/>
          <w:bCs/>
        </w:rPr>
        <w:t xml:space="preserve">choice; By Vulcan's art, the verge with gold enchased.</w:t>
      </w:r>
      <w:r>
        <w:br/>
      </w:r>
      <w:r>
        <w:t xml:space="preserve">    (a) sincerity (realness)</w:t>
      </w:r>
      <w:r>
        <w:br/>
      </w:r>
      <w:r>
        <w:t xml:space="preserve">    (b) not demonstrative of</w:t>
      </w:r>
      <w:r>
        <w:br/>
      </w:r>
      <w:r>
        <w:t xml:space="preserve">    (c)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Two plenteous fountains the whole prospect crown'd This through the gardens leads its streams around Visits each plant, and waters all the ground; While that in pipes beneath the palace flows, And thence its current on the town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bestows</w:t>
      </w:r>
      <w:r>
        <w:rPr>
          <w:b/>
          <w:bCs/>
        </w:rPr>
        <w:t xml:space="preserve">: To various use their various streams they bring, The people one, and one supplies the king.</w:t>
      </w:r>
      <w:r>
        <w:br/>
      </w:r>
      <w:r>
        <w:t xml:space="preserve">    (a) quits</w:t>
      </w:r>
      <w:r>
        <w:br/>
      </w:r>
      <w:r>
        <w:t xml:space="preserve">    (b) gives</w:t>
      </w:r>
      <w:r>
        <w:br/>
      </w:r>
      <w:r>
        <w:t xml:space="preserve">    (c) draws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Suppliant to her, since first he chose to pray, Why not herself did she conduct the way, And with her handmaids to our court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?</w:t>
      </w:r>
      <w:r>
        <w:br/>
      </w:r>
      <w:r>
        <w:t xml:space="preserve">    (a) mirror back (an image)</w:t>
      </w:r>
      <w:r>
        <w:br/>
      </w:r>
      <w:r>
        <w:t xml:space="preserve">    (b) create dramatic change</w:t>
      </w:r>
      <w:r>
        <w:br/>
      </w:r>
      <w:r>
        <w:t xml:space="preserve">    (c) communicate or express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bard</w:t>
      </w:r>
      <w:r>
        <w:rPr>
          <w:b/>
          <w:bCs/>
        </w:rPr>
        <w:t xml:space="preserve"> </w:t>
      </w:r>
      <w:r>
        <w:rPr>
          <w:b/>
          <w:bCs/>
        </w:rPr>
        <w:t xml:space="preserve">a herald guides; the gazing throng Pay low obeisance as he moves along: Beneath a sculptur'd arch he sits enthroned, The peers encircling form an awful round.</w:t>
      </w:r>
      <w:r>
        <w:br/>
      </w:r>
      <w:r>
        <w:t xml:space="preserve">    (a) a hole or dropoff so deep the bottom cannot be seen -- often used figuratively to imply a frightening bottomless pit</w:t>
      </w:r>
      <w:r>
        <w:br/>
      </w:r>
      <w:r>
        <w:t xml:space="preserve">    (b) someone who composes and recites or sings poems about important events and people; or (as a proper noun) Shakespeare</w:t>
      </w:r>
      <w:r>
        <w:br/>
      </w:r>
      <w:r>
        <w:t xml:space="preserve">    (c) of the American Indian civilization of Yucatan and Belize and Guatemala that reached its peak between AD 300 and 900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went; but as they entering saw the queen Of size enormous, and terrific mien (Not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yielding</w:t>
      </w:r>
      <w:r>
        <w:rPr>
          <w:b/>
          <w:bCs/>
        </w:rPr>
        <w:t xml:space="preserve"> </w:t>
      </w:r>
      <w:r>
        <w:rPr>
          <w:b/>
          <w:bCs/>
        </w:rPr>
        <w:t xml:space="preserve">to some bulky mountain's height), A sudden horror struck their aching sight.</w:t>
      </w:r>
      <w:r>
        <w:br/>
      </w:r>
      <w:r>
        <w:t xml:space="preserve">    (a) showing, demonstrating, determining, or causing acceptance</w:t>
      </w:r>
      <w:r>
        <w:br/>
      </w:r>
      <w:r>
        <w:t xml:space="preserve">    (b) giving in, giving up, or giving way (easily moved or soft)</w:t>
      </w:r>
      <w:r>
        <w:br/>
      </w:r>
      <w:r>
        <w:t xml:space="preserve">    (c) placing trust (in someone) by talking about private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Say, could one city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a troop so fair?</w:t>
      </w:r>
      <w:r>
        <w:br/>
      </w:r>
      <w:r>
        <w:t xml:space="preserve">    (a) stop (something from happening)</w:t>
      </w:r>
      <w:r>
        <w:br/>
      </w:r>
      <w:r>
        <w:t xml:space="preserve">    (b) think deeply or carefully about</w:t>
      </w:r>
      <w:r>
        <w:br/>
      </w:r>
      <w:r>
        <w:t xml:space="preserve">    (c) produce or give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2026-07-31T15:50:00Z</dcterms:created>
  <dcterms:modified xsi:type="dcterms:W3CDTF">2026-07-31T15:50:00Z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