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9251913f336fc0a618791fb7e7fae12f5d2fc0"/>
    <w:p>
      <w:pPr>
        <w:pStyle w:val="Heading1"/>
      </w:pPr>
      <w:r>
        <w:rPr>
          <w:b/>
          <w:bCs/>
        </w:rPr>
        <w:t xml:space="preserve">The Odyssey</w:t>
      </w:r>
      <w:r>
        <w:br/>
      </w:r>
      <w:r>
        <w:rPr>
          <w:i/>
          <w:iCs/>
        </w:rPr>
        <w:t xml:space="preserve">Homer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Calypso in her caves constrain'd his stay, With sweet, reluctant,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delay; In vain-for now the circling years disclose The day predestined to reward his woes.</w:t>
      </w:r>
      <w:r>
        <w:br/>
      </w:r>
      <w:r>
        <w:t xml:space="preserve">    (a) romantic or sexual</w:t>
      </w:r>
      <w:r>
        <w:br/>
      </w:r>
      <w:r>
        <w:t xml:space="preserve">    (b) logical or analytical</w:t>
      </w:r>
      <w:r>
        <w:br/>
      </w:r>
      <w:r>
        <w:t xml:space="preserve">    (c) comprehensive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golden ewer a maid obsequious brings, Replenish'd from the cool, translucent springs; With copious water the bright vase supplies A silver laver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capacious</w:t>
      </w:r>
      <w:r>
        <w:rPr>
          <w:b/>
          <w:bCs/>
        </w:rPr>
        <w:t xml:space="preserve"> </w:t>
      </w:r>
      <w:r>
        <w:rPr>
          <w:b/>
          <w:bCs/>
        </w:rPr>
        <w:t xml:space="preserve">size; They wash.</w:t>
      </w:r>
      <w:r>
        <w:br/>
      </w:r>
      <w:r>
        <w:t xml:space="preserve">    (a) complete or total</w:t>
      </w:r>
      <w:r>
        <w:br/>
      </w:r>
      <w:r>
        <w:t xml:space="preserve">    (b) large in capacity</w:t>
      </w:r>
      <w:r>
        <w:br/>
      </w:r>
      <w:r>
        <w:t xml:space="preserve">    (c) not finding fault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Why, dearest object of my duteous love, (Replied the prince,) will you the bard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?</w:t>
      </w:r>
      <w:r>
        <w:br/>
      </w:r>
      <w:r>
        <w:t xml:space="preserve">    (a) translate</w:t>
      </w:r>
      <w:r>
        <w:br/>
      </w:r>
      <w:r>
        <w:t xml:space="preserve">    (b) criticize</w:t>
      </w:r>
      <w:r>
        <w:br/>
      </w:r>
      <w:r>
        <w:t xml:space="preserve">    (c) collision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Fast by the throne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obsequious</w:t>
      </w:r>
      <w:r>
        <w:rPr>
          <w:b/>
          <w:bCs/>
        </w:rPr>
        <w:t xml:space="preserve"> </w:t>
      </w:r>
      <w:r>
        <w:rPr>
          <w:b/>
          <w:bCs/>
        </w:rPr>
        <w:t xml:space="preserve">fame resides, And wealth incessant rolls her golden tides.</w:t>
      </w:r>
      <w:r>
        <w:br/>
      </w:r>
      <w:r>
        <w:t xml:space="preserve">    (a) able to be restored to good condition</w:t>
      </w:r>
      <w:r>
        <w:br/>
      </w:r>
      <w:r>
        <w:t xml:space="preserve">    (b) not bouncing back light/heat/sound...</w:t>
      </w:r>
      <w:r>
        <w:br/>
      </w:r>
      <w:r>
        <w:t xml:space="preserve">    (c) excessively eager to flatter or serve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appears a prodigy of two eagles in the sky, which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augur</w:t>
      </w:r>
      <w:r>
        <w:rPr>
          <w:b/>
          <w:bCs/>
        </w:rPr>
        <w:t xml:space="preserve"> </w:t>
      </w:r>
      <w:r>
        <w:rPr>
          <w:b/>
          <w:bCs/>
        </w:rPr>
        <w:t xml:space="preserve">expounds to the ruin of the suitors.</w:t>
      </w:r>
      <w:r>
        <w:br/>
      </w:r>
      <w:r>
        <w:t xml:space="preserve">    (a) treat in a manner that demonstrates a sense of superiority, but is supposed to seem kind  OR  the actions of a patron (to support someone or something; or to be a customer)</w:t>
      </w:r>
      <w:r>
        <w:br/>
      </w:r>
      <w:r>
        <w:t xml:space="preserve">    (b) (verb) to intentionally anger, challenge, or upset someone -- especially by mocking them or hurling insults  OR  (noun) an insult or other action intended to anger, challenge, or upset someone</w:t>
      </w:r>
      <w:r>
        <w:br/>
      </w:r>
      <w:r>
        <w:t xml:space="preserve">    (c) to indicate or predict that something will happen --especially as a sign of what’s to come; or in ancient Rome, a religious official who interpreted signs and omens to guide public decisions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Studious thy country's worthies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defame</w:t>
      </w:r>
      <w:r>
        <w:rPr>
          <w:b/>
          <w:bCs/>
        </w:rPr>
        <w:t xml:space="preserve">, Thy erring voice displays thy mother's shame.</w:t>
      </w:r>
      <w:r>
        <w:br/>
      </w:r>
      <w:r>
        <w:t xml:space="preserve">    (a) to hurt someone's reputation through false statements</w:t>
      </w:r>
      <w:r>
        <w:br/>
      </w:r>
      <w:r>
        <w:t xml:space="preserve">    (b) change to fit a different situation; or make suitable</w:t>
      </w:r>
      <w:r>
        <w:br/>
      </w:r>
      <w:r>
        <w:t xml:space="preserve">    (c) to spread one-sided information to influence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 prophesy at home, thy sons advise: Here thou art sage in vain—I better read the skies Unnumber'd birds glide through the aerial way;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Vagrants</w:t>
      </w:r>
      <w:r>
        <w:rPr>
          <w:b/>
          <w:bCs/>
        </w:rPr>
        <w:t xml:space="preserve"> </w:t>
      </w:r>
      <w:r>
        <w:rPr>
          <w:b/>
          <w:bCs/>
        </w:rPr>
        <w:t xml:space="preserve">of air, and unforeboding stray.</w:t>
      </w:r>
      <w:r>
        <w:br/>
      </w:r>
      <w:r>
        <w:t xml:space="preserve">    (a) people who expose wrongdoing within an organization</w:t>
      </w:r>
      <w:r>
        <w:br/>
      </w:r>
      <w:r>
        <w:t xml:space="preserve">    (b) people who are poor and have no regular home or job</w:t>
      </w:r>
      <w:r>
        <w:br/>
      </w:r>
      <w:r>
        <w:t xml:space="preserve">    (c) experts in the branch of geology that studies rocks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lawless gluttons riot, mirth's a crime;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luscious</w:t>
      </w:r>
      <w:r>
        <w:rPr>
          <w:b/>
          <w:bCs/>
        </w:rPr>
        <w:t xml:space="preserve"> </w:t>
      </w:r>
      <w:r>
        <w:rPr>
          <w:b/>
          <w:bCs/>
        </w:rPr>
        <w:t xml:space="preserve">wines, dishonour'd, lose their taste; The song is noise, and impious is the feast.</w:t>
      </w:r>
      <w:r>
        <w:br/>
      </w:r>
      <w:r>
        <w:t xml:space="preserve">    (a) able to change</w:t>
      </w:r>
      <w:r>
        <w:br/>
      </w:r>
      <w:r>
        <w:t xml:space="preserve">    (b) very desirable</w:t>
      </w:r>
      <w:r>
        <w:br/>
      </w:r>
      <w:r>
        <w:t xml:space="preserve">    (c) very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now the wise instructions of the sage, And manly thoughts inspired by manly age, Teach me to seek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redress</w:t>
      </w:r>
      <w:r>
        <w:rPr>
          <w:b/>
          <w:bCs/>
        </w:rPr>
        <w:t xml:space="preserve"> </w:t>
      </w:r>
      <w:r>
        <w:rPr>
          <w:b/>
          <w:bCs/>
        </w:rPr>
        <w:t xml:space="preserve">for all my woe, Here, or in Pyle—in Pyle, or here, your foe.</w:t>
      </w:r>
      <w:r>
        <w:br/>
      </w:r>
      <w:r>
        <w:t xml:space="preserve">    (a) a quick look or partial understanding</w:t>
      </w:r>
      <w:r>
        <w:br/>
      </w:r>
      <w:r>
        <w:t xml:space="preserve">    (b) fix a problem; or make up for a wrong</w:t>
      </w:r>
      <w:r>
        <w:br/>
      </w:r>
      <w:r>
        <w:t xml:space="preserve">    (c) learn, discover, or decide in advance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different counsels every breast divide, Each burns with rancour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adverse</w:t>
      </w:r>
      <w:r>
        <w:rPr>
          <w:b/>
          <w:bCs/>
        </w:rPr>
        <w:t xml:space="preserve"> </w:t>
      </w:r>
      <w:r>
        <w:rPr>
          <w:b/>
          <w:bCs/>
        </w:rPr>
        <w:t xml:space="preserve">side; The unquiet night strange projects entertain'd (So Jove, that urged us to our fate, ordain'd).</w:t>
      </w:r>
      <w:r>
        <w:br/>
      </w:r>
      <w:r>
        <w:t xml:space="preserve">    (a) non-traditional or non-standard</w:t>
      </w:r>
      <w:r>
        <w:br/>
      </w:r>
      <w:r>
        <w:t xml:space="preserve">    (b) working against one's interests</w:t>
      </w:r>
      <w:r>
        <w:br/>
      </w:r>
      <w:r>
        <w:t xml:space="preserve">    (c) poor ability to make a decision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stands a rock, high, eminent and steep, Whose shaggy brow o'erhangs the shady deep, And views Gortyna on the western side; On this rough Auster drove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tide: With broken force the billows roll'd away, And heaved the fleet into the neighb'ring bay.</w:t>
      </w:r>
      <w:r>
        <w:br/>
      </w:r>
      <w:r>
        <w:t xml:space="preserve">    (a) tending to have exceedingly unfavorable opinions</w:t>
      </w:r>
      <w:r>
        <w:br/>
      </w:r>
      <w:r>
        <w:t xml:space="preserve">    (b) most important; or person that is most important</w:t>
      </w:r>
      <w:r>
        <w:br/>
      </w:r>
      <w:r>
        <w:t xml:space="preserve">    (c) impulsive (acting suddenly without much thought)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Of that heroic sire the youth is sprung, But modest awe hath chain'd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timorous</w:t>
      </w:r>
      <w:r>
        <w:rPr>
          <w:b/>
          <w:bCs/>
        </w:rPr>
        <w:t xml:space="preserve"> </w:t>
      </w:r>
      <w:r>
        <w:rPr>
          <w:b/>
          <w:bCs/>
        </w:rPr>
        <w:t xml:space="preserve">tongue.</w:t>
      </w:r>
      <w:r>
        <w:br/>
      </w:r>
      <w:r>
        <w:t xml:space="preserve">    (a) timid (fearful) or shy</w:t>
      </w:r>
      <w:r>
        <w:br/>
      </w:r>
      <w:r>
        <w:t xml:space="preserve">    (b) not aware of something</w:t>
      </w:r>
      <w:r>
        <w:br/>
      </w:r>
      <w:r>
        <w:t xml:space="preserve">    (c) consistent or the same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bands releas'd, implore the seer to say What godhead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interdicts</w:t>
      </w:r>
      <w:r>
        <w:rPr>
          <w:b/>
          <w:bCs/>
        </w:rPr>
        <w:t xml:space="preserve"> </w:t>
      </w:r>
      <w:r>
        <w:rPr>
          <w:b/>
          <w:bCs/>
        </w:rPr>
        <w:t xml:space="preserve">the watery way.</w:t>
      </w:r>
      <w:r>
        <w:br/>
      </w:r>
      <w:r>
        <w:t xml:space="preserve">    (a) degrades (decreases) the purity, quality, or status of something</w:t>
      </w:r>
      <w:r>
        <w:br/>
      </w:r>
      <w:r>
        <w:t xml:space="preserve">    (b) shows fear by positioning the body as though afraid of being hit</w:t>
      </w:r>
      <w:r>
        <w:br/>
      </w:r>
      <w:r>
        <w:t xml:space="preserve">    (c) to stop or hamper - especially through authoritative prohibition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drier blasts alone of Boreas away, And bear him soft on broken waves away; With gentle force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impelling</w:t>
      </w:r>
      <w:r>
        <w:rPr>
          <w:b/>
          <w:bCs/>
        </w:rPr>
        <w:t xml:space="preserve"> </w:t>
      </w:r>
      <w:r>
        <w:rPr>
          <w:b/>
          <w:bCs/>
        </w:rPr>
        <w:t xml:space="preserve">to that shore, Where fate has destined he shall toil no more.</w:t>
      </w:r>
      <w:r>
        <w:br/>
      </w:r>
      <w:r>
        <w:t xml:space="preserve">    (a) protecting something or keeping it as it is</w:t>
      </w:r>
      <w:r>
        <w:br/>
      </w:r>
      <w:r>
        <w:t xml:space="preserve">    (b) compensating for a loss; or paying a reward</w:t>
      </w:r>
      <w:r>
        <w:br/>
      </w:r>
      <w:r>
        <w:t xml:space="preserve">    (c) to make someone feel they must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Inured</w:t>
      </w:r>
      <w:r>
        <w:rPr>
          <w:b/>
          <w:bCs/>
        </w:rPr>
        <w:t xml:space="preserve"> </w:t>
      </w:r>
      <w:r>
        <w:rPr>
          <w:b/>
          <w:bCs/>
        </w:rPr>
        <w:t xml:space="preserve">to cares, to death in all its forms; Outcast I rove, familiar with the storms.</w:t>
      </w:r>
      <w:r>
        <w:br/>
      </w:r>
      <w:r>
        <w:t xml:space="preserve">    (a) mirrored back (an image)</w:t>
      </w:r>
      <w:r>
        <w:br/>
      </w:r>
      <w:r>
        <w:t xml:space="preserve">    (b) quoted (to make a point)</w:t>
      </w:r>
      <w:r>
        <w:br/>
      </w:r>
      <w:r>
        <w:t xml:space="preserve">    (c) desensitized or hardened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pleased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satiate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social rite Repair we to the blessings of the night; But with the rising day, assembled here, Let all the elders of the land appear, Pious observe our hospitable laws, And Heaven propitiate in the stranger's cause; Then join'd in council, proper means explore Safe to transport him to the wished-for shore (How distant that, imports us not to know, Nor weigh the labour, but relieve the woe).</w:t>
      </w:r>
      <w:r>
        <w:br/>
      </w:r>
      <w:r>
        <w:t xml:space="preserve">    (a) (noun) something that is lighter and draws attention -- such as an area of a painting  OR  (verb) making something lighter -- such as an area of a painting</w:t>
      </w:r>
      <w:r>
        <w:br/>
      </w:r>
      <w:r>
        <w:t xml:space="preserve">    (b) to satisfy a hunger; or fill to satisfaction (typically said of hunger for food, but can be said of anything desired--such as of knowledge or sensual pleasure)</w:t>
      </w:r>
      <w:r>
        <w:br/>
      </w:r>
      <w:r>
        <w:t xml:space="preserve">    (c) American football:  a defensive maneuver to swiftly tackle the quarterback by pursuing him with one or more defenders who normally remain behind the line of scrimmage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Why were my cares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in short repose?</w:t>
      </w:r>
      <w:r>
        <w:br/>
      </w:r>
      <w:r>
        <w:t xml:space="preserve">    (a) protected or kept something as it was</w:t>
      </w:r>
      <w:r>
        <w:br/>
      </w:r>
      <w:r>
        <w:t xml:space="preserve">    (b) deceived through charm or enchantment</w:t>
      </w:r>
      <w:r>
        <w:br/>
      </w:r>
      <w:r>
        <w:t xml:space="preserve">    (c) controlled (how something turned out)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Scarce ended thus the prince, when on the right Advanced the bird of Jove: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auspicious</w:t>
      </w:r>
      <w:r>
        <w:rPr>
          <w:b/>
          <w:bCs/>
        </w:rPr>
        <w:t xml:space="preserve"> </w:t>
      </w:r>
      <w:r>
        <w:rPr>
          <w:b/>
          <w:bCs/>
        </w:rPr>
        <w:t xml:space="preserve">sight!</w:t>
      </w:r>
      <w:r>
        <w:br/>
      </w:r>
      <w:r>
        <w:t xml:space="preserve">    (a) not able to change to fit a different situation</w:t>
      </w:r>
      <w:r>
        <w:br/>
      </w:r>
      <w:r>
        <w:t xml:space="preserve">    (b) favorable; or suggestive of good things to come</w:t>
      </w:r>
      <w:r>
        <w:br/>
      </w:r>
      <w:r>
        <w:t xml:space="preserve">    (c) the degree to which something can be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thus: nor insolent of word alone,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Spurn'd</w:t>
      </w:r>
      <w:r>
        <w:rPr>
          <w:b/>
          <w:bCs/>
        </w:rPr>
        <w:t xml:space="preserve"> </w:t>
      </w:r>
      <w:r>
        <w:rPr>
          <w:b/>
          <w:bCs/>
        </w:rPr>
        <w:t xml:space="preserve">with his rustic heel his king unknown; Spurn'd, but not moved: he like a pillar stood, Nor stirr'd an inch, contemptuous, from the road: Doubtful, or with his staff to strike him dead, Or greet the pavement with his worthless head.</w:t>
      </w:r>
      <w:r>
        <w:br/>
      </w:r>
      <w:r>
        <w:t xml:space="preserve">    (a) not wanting to do something</w:t>
      </w:r>
      <w:r>
        <w:br/>
      </w:r>
      <w:r>
        <w:t xml:space="preserve">    (b) not having gotten closer to</w:t>
      </w:r>
      <w:r>
        <w:br/>
      </w:r>
      <w:r>
        <w:t xml:space="preserve">    (c) rejected as not good enough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and black death await the game!</w:t>
      </w:r>
      <w:r>
        <w:br/>
      </w:r>
      <w:r>
        <w:t xml:space="preserve">    (a) design based on alphabetic letters; or adding such a design to something</w:t>
      </w:r>
      <w:r>
        <w:br/>
      </w:r>
      <w:r>
        <w:t xml:space="preserve">    (b) characterized by narrower parallel folds when closed and wider when open</w:t>
      </w:r>
      <w:r>
        <w:br/>
      </w:r>
      <w:r>
        <w:t xml:space="preserve">    (c) conflict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2026-07-31T15:50:01Z</dcterms:created>
  <dcterms:modified xsi:type="dcterms:W3CDTF">2026-07-31T15:50:01Z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