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odyssey-homer-vocabulary-in-context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all the Gods, with pity moved, beheld His woes, save Neptune; He alone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Unceasing and implacable pursued Godlike Ulysses to his native shores.</w:t>
      </w:r>
      <w:r>
        <w:br/>
      </w:r>
      <w:r>
        <w:t xml:space="preserve">    (a) use of reason</w:t>
      </w:r>
      <w:r>
        <w:br/>
      </w:r>
      <w:r>
        <w:t xml:space="preserve">    (b) extreme anger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well he merited the death he found; 60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all, who shall, like him, offend.</w:t>
      </w:r>
      <w:r>
        <w:br/>
      </w:r>
      <w:r>
        <w:t xml:space="preserve">    (a) to spread to other parts of the body</w:t>
      </w:r>
      <w:r>
        <w:br/>
      </w:r>
      <w:r>
        <w:t xml:space="preserve">    (b) move into position to work; or start</w:t>
      </w:r>
      <w:r>
        <w:br/>
      </w:r>
      <w:r>
        <w:t xml:space="preserve">    (c) die, be destroyed, or cease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100 To whom Minerva, Goddess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-eyed.</w:t>
      </w:r>
      <w:r>
        <w:br/>
      </w:r>
      <w:r>
        <w:t xml:space="preserve">    (a) reporter</w:t>
      </w:r>
      <w:r>
        <w:br/>
      </w:r>
      <w:r>
        <w:t xml:space="preserve">    (b) disorder</w:t>
      </w:r>
      <w:r>
        <w:br/>
      </w:r>
      <w:r>
        <w:t xml:space="preserve">    (c) sky-blue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whom Telemachus,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discrete</w:t>
      </w:r>
      <w:r>
        <w:rPr>
          <w:b/>
          <w:bCs/>
        </w:rPr>
        <w:t xml:space="preserve">, replied.</w:t>
      </w:r>
      <w:r>
        <w:br/>
      </w:r>
      <w:r>
        <w:t xml:space="preserve">    (a) not demonstrative of</w:t>
      </w:r>
      <w:r>
        <w:br/>
      </w:r>
      <w:r>
        <w:t xml:space="preserve">    (b) separate or distinct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now, report Proclaims me his, whom I of all mankind Unhappiest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</w:t>
      </w:r>
      <w:r>
        <w:rPr>
          <w:b/>
          <w:bCs/>
        </w:rPr>
        <w:t xml:space="preserve">.</w:t>
      </w:r>
      <w:r>
        <w:br/>
      </w:r>
      <w:r>
        <w:t xml:space="preserve">    (a) take on or adopt</w:t>
      </w:r>
      <w:r>
        <w:br/>
      </w:r>
      <w:r>
        <w:t xml:space="preserve">    (b) believe or judge</w:t>
      </w:r>
      <w:r>
        <w:br/>
      </w:r>
      <w:r>
        <w:t xml:space="preserve">    (c) make more varied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astonish'd;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speech Reposing of her son deep in her heart, Again with her attendant maidens sought Her upper chamber.</w:t>
      </w:r>
      <w:r>
        <w:br/>
      </w:r>
      <w:r>
        <w:t xml:space="preserve">    (a) sensible and careful</w:t>
      </w:r>
      <w:r>
        <w:br/>
      </w:r>
      <w:r>
        <w:t xml:space="preserve">    (b) sincerity (realness)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refused, but is afterwards furnished with what he wants by Minerva, in the form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Mentor</w:t>
      </w:r>
      <w:r>
        <w:rPr>
          <w:b/>
          <w:bCs/>
        </w:rPr>
        <w:t xml:space="preserve">.</w:t>
      </w:r>
      <w:r>
        <w:br/>
      </w:r>
      <w:r>
        <w:t xml:space="preserve">    (a) to gradually destroy or change the purpose of something -- such as a government, institution, or rule</w:t>
      </w:r>
      <w:r>
        <w:br/>
      </w:r>
      <w:r>
        <w:t xml:space="preserve">    (b) a beam, bracket, or other structure supported only on one side; or to support something in that manner</w:t>
      </w:r>
      <w:r>
        <w:br/>
      </w:r>
      <w:r>
        <w:t xml:space="preserve">    (c) someone who guides and advises another who is less experienced; or the act of providing such guidance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Eurymachus, and ye the suitor train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, I have spoken: ye shall hear No more this supplication urged by me.</w:t>
      </w:r>
      <w:r>
        <w:br/>
      </w:r>
      <w:r>
        <w:t xml:space="preserve">    (a) the state or degree of being bad or harmful</w:t>
      </w:r>
      <w:r>
        <w:br/>
      </w:r>
      <w:r>
        <w:t xml:space="preserve">    (b) famous and admired; or worthy of admiration</w:t>
      </w:r>
      <w:r>
        <w:br/>
      </w:r>
      <w:r>
        <w:t xml:space="preserve">    (c) able to be taken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(the banquet from the spits withdrawn) They next distributed sufficient share To each, and all were sumptuously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regaled</w:t>
      </w:r>
      <w:r>
        <w:rPr>
          <w:b/>
          <w:bCs/>
        </w:rPr>
        <w:t xml:space="preserve">.</w:t>
      </w:r>
      <w:r>
        <w:br/>
      </w:r>
      <w:r>
        <w:t xml:space="preserve">    (a) briefly saw</w:t>
      </w:r>
      <w:r>
        <w:br/>
      </w:r>
      <w:r>
        <w:t xml:space="preserve">    (b) entertained</w:t>
      </w:r>
      <w:r>
        <w:br/>
      </w:r>
      <w:r>
        <w:t xml:space="preserve">    (c) hired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while, sequester'd here, I frequent mourn My slaughter'd friends, by turns I sooth my soul 130 With tears shed for them, and by turns again I cease; for grief soon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satiates</w:t>
      </w:r>
      <w:r>
        <w:rPr>
          <w:b/>
          <w:bCs/>
        </w:rPr>
        <w:t xml:space="preserve"> </w:t>
      </w:r>
      <w:r>
        <w:rPr>
          <w:b/>
          <w:bCs/>
        </w:rPr>
        <w:t xml:space="preserve">free indulged.</w:t>
      </w:r>
      <w:r>
        <w:br/>
      </w:r>
      <w:r>
        <w:t xml:space="preserve">    (a) to satisfy a hunger; or fill to satisfaction (typically said of hunger for food, but can be said of anything desired--such as of knowledge or sensual pleasure)</w:t>
      </w:r>
      <w:r>
        <w:br/>
      </w:r>
      <w:r>
        <w:t xml:space="preserve">    (b) recommends or requires what should be done  OR  (of a medical doctor) gives medical instructions -- such as writing that a patient should take antibiotics</w:t>
      </w:r>
      <w:r>
        <w:br/>
      </w:r>
      <w:r>
        <w:t xml:space="preserve">    (c) (noun) things that are lighter and draw attention -- such as areas of a painting  OR  (verb) making some things lighter -- such as areas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270 He ended; then, Asphalion, at his word, Servant of glorious Menelaus, poured Pure water on their hands, and they the feast Before them with keen appetite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assail'd</w:t>
      </w:r>
      <w:r>
        <w:rPr>
          <w:b/>
          <w:bCs/>
        </w:rPr>
        <w:t xml:space="preserve">.</w:t>
      </w:r>
      <w:r>
        <w:br/>
      </w:r>
      <w:r>
        <w:t xml:space="preserve">    (a) to attack or cause trouble</w:t>
      </w:r>
      <w:r>
        <w:br/>
      </w:r>
      <w:r>
        <w:t xml:space="preserve">    (b) limited or with boundaries</w:t>
      </w:r>
      <w:r>
        <w:br/>
      </w:r>
      <w:r>
        <w:t xml:space="preserve">    (c) gradually added or removed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Short life and bitter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nuptials</w:t>
      </w:r>
      <w:r>
        <w:rPr>
          <w:b/>
          <w:bCs/>
        </w:rPr>
        <w:t xml:space="preserve"> </w:t>
      </w:r>
      <w:r>
        <w:rPr>
          <w:b/>
          <w:bCs/>
        </w:rPr>
        <w:t xml:space="preserve">should be theirs.</w:t>
      </w:r>
      <w:r>
        <w:br/>
      </w:r>
      <w:r>
        <w:t xml:space="preserve">    (a) animals that feed only on plants</w:t>
      </w:r>
      <w:r>
        <w:br/>
      </w:r>
      <w:r>
        <w:t xml:space="preserve">    (b) wedding ceremony and festivities</w:t>
      </w:r>
      <w:r>
        <w:br/>
      </w:r>
      <w:r>
        <w:t xml:space="preserve">    (c) measures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bathed and fresh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attired</w:t>
      </w:r>
      <w:r>
        <w:rPr>
          <w:b/>
          <w:bCs/>
        </w:rPr>
        <w:t xml:space="preserve">, Penelope ascended with her train The upper palace, and a basket stored With hallow'd cakes off'ring, to Pallas pray'd.</w:t>
      </w:r>
      <w:r>
        <w:br/>
      </w:r>
      <w:r>
        <w:t xml:space="preserve">    (a) (verb) drew pictures to accompany  OR  (adjective) accompanied by pictures</w:t>
      </w:r>
      <w:r>
        <w:br/>
      </w:r>
      <w:r>
        <w:t xml:space="preserve">    (b) clothing -- especially of a distinctive style or for a particular occasion</w:t>
      </w:r>
      <w:r>
        <w:br/>
      </w:r>
      <w:r>
        <w:t xml:space="preserve">    (c) not justified or explained as an understandable reaction to another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if, already dead,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</w:t>
      </w:r>
      <w:r>
        <w:rPr>
          <w:b/>
          <w:bCs/>
        </w:rPr>
        <w:t xml:space="preserve"> </w:t>
      </w:r>
      <w:r>
        <w:rPr>
          <w:b/>
          <w:bCs/>
        </w:rPr>
        <w:t xml:space="preserve">below.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live (makes his home)</w:t>
      </w:r>
      <w:r>
        <w:br/>
      </w:r>
      <w:r>
        <w:t xml:space="preserve">    (c) enter another's property without right or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Thenceforth thou may'st expect thy friends to see,</w:t>
      </w:r>
      <w:r>
        <w:br/>
      </w:r>
      <w:r>
        <w:rPr>
          <w:b/>
          <w:bCs/>
        </w:rPr>
        <w:t xml:space="preserve">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dwelling</w:t>
      </w:r>
      <w:r>
        <w:rPr>
          <w:b/>
          <w:bCs/>
        </w:rPr>
        <w:t xml:space="preserve">, and thy native soil again.</w:t>
      </w:r>
      <w:r>
        <w:br/>
      </w:r>
      <w:r>
        <w:t xml:space="preserve">    (a) island (that is made of a coral reef)</w:t>
      </w:r>
      <w:r>
        <w:br/>
      </w:r>
      <w:r>
        <w:t xml:space="preserve">    (b) home</w:t>
      </w:r>
      <w:r>
        <w:br/>
      </w:r>
      <w:r>
        <w:t xml:space="preserve">    (c) dense, rainy forest with many species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Hermes, Heav'n's messenger, admiring stood That sight, and having all survey'd, at length Enter'd the grotto; nor the lovely nymph 90 Him knew not soon as seen, for not unknown Each to the other the Immortals are, How far soever sep'rate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abodes</w:t>
      </w:r>
      <w:r>
        <w:rPr>
          <w:b/>
          <w:bCs/>
        </w:rPr>
        <w:t xml:space="preserve">.</w:t>
      </w:r>
      <w:r>
        <w:br/>
      </w:r>
      <w:r>
        <w:t xml:space="preserve">    (a) dark, suspenseful stories that often include mystery or the supernatural</w:t>
      </w:r>
      <w:r>
        <w:br/>
      </w:r>
      <w:r>
        <w:t xml:space="preserve">    (b) to live in a place</w:t>
      </w:r>
      <w:r>
        <w:br/>
      </w:r>
      <w:r>
        <w:br/>
      </w:r>
      <w:r>
        <w:t xml:space="preserve">or more rarely:  to live with someone or something</w:t>
      </w:r>
      <w:r>
        <w:br/>
      </w:r>
      <w:r>
        <w:t xml:space="preserve">    (c) non-doctors who practice the profession of assisting women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ate the Hero toil-</w:t>
      </w:r>
      <w:r>
        <w:rPr>
          <w:b/>
          <w:bCs/>
          <w:u w:val="single"/>
        </w:rPr>
        <w:t xml:space="preserve">inured</w:t>
      </w:r>
      <w:r>
        <w:rPr>
          <w:b/>
          <w:bCs/>
        </w:rPr>
        <w:t xml:space="preserve">, and drank, 220 And to his herald thus Alcinoues spake.</w:t>
      </w:r>
      <w:r>
        <w:br/>
      </w:r>
      <w:r>
        <w:t xml:space="preserve">    (a) mirrored back (an image)</w:t>
      </w:r>
      <w:r>
        <w:br/>
      </w:r>
      <w:r>
        <w:t xml:space="preserve">    (b) desensitized or hardened</w:t>
      </w:r>
      <w:r>
        <w:br/>
      </w:r>
      <w:r>
        <w:t xml:space="preserve">    (c) quoted (to make a point)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for the rest, I none refuse,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 </w:t>
      </w:r>
      <w:r>
        <w:rPr>
          <w:b/>
          <w:bCs/>
        </w:rPr>
        <w:t xml:space="preserve">none, But wish for trial of you, and to match 260 In opposition fair my force with yours.</w:t>
      </w:r>
      <w:r>
        <w:br/>
      </w:r>
      <w:r>
        <w:t xml:space="preserve">    (a) disrespect or reject as not good enough</w:t>
      </w:r>
      <w:r>
        <w:br/>
      </w:r>
      <w:r>
        <w:t xml:space="preserve">    (b) move from more general to more specific</w:t>
      </w:r>
      <w:r>
        <w:br/>
      </w:r>
      <w:r>
        <w:t xml:space="preserve">    (c) not answer questions; or block progress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said, and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brazen</w:t>
      </w:r>
      <w:r>
        <w:rPr>
          <w:b/>
          <w:bCs/>
        </w:rPr>
        <w:t xml:space="preserve">-floor'd abode Of Jove the Gods assembled.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bold and unrestrained by what others consider proper</w:t>
      </w:r>
      <w:r>
        <w:br/>
      </w:r>
      <w:r>
        <w:t xml:space="preserve">    (c) make one's home in; or live in; or stay (in a place)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640 So sang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illustrious, at whose song Ulysses melted, and tear after tear Fell on his cheeks.</w:t>
      </w:r>
      <w:r>
        <w:br/>
      </w:r>
      <w:r>
        <w:t xml:space="preserve">    (a) of the American Indian civilization of Yucatan and Belize and Guatemala that reached its peak between AD 300 and 900</w:t>
      </w:r>
      <w:r>
        <w:br/>
      </w:r>
      <w:r>
        <w:t xml:space="preserve">    (b) a hole or dropoff so deep the bottom cannot be seen -- often used figuratively to imply a frightening bottomless pit</w:t>
      </w:r>
      <w:r>
        <w:br/>
      </w:r>
      <w:r>
        <w:t xml:space="preserve">    (c) someone who composes and recites or sings poems about important events and people; or (as a proper noun) Shakespeare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2026-07-31T15:49:08Z</dcterms:created>
  <dcterms:modified xsi:type="dcterms:W3CDTF">2026-07-31T15:49:08Z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