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9251913f336fc0a618791fb7e7fae12f5d2fc0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Throughout this book the extravagance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profligacy</w:t>
      </w:r>
      <w:r>
        <w:rPr>
          <w:b/>
          <w:bCs/>
        </w:rPr>
        <w:t xml:space="preserve"> </w:t>
      </w:r>
      <w:r>
        <w:rPr>
          <w:b/>
          <w:bCs/>
        </w:rPr>
        <w:t xml:space="preserve">of the suitors are occasionally suggested.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carelessly and wastefully extravagant -- especially with money, resources, 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have come drawn hither by report, Which spake thy Sire arrived, though still it seems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Gods his homeward course retard.</w:t>
      </w:r>
      <w:r>
        <w:br/>
      </w:r>
      <w:r>
        <w:t xml:space="preserve">    (a) non-traditional or non-standard</w:t>
      </w:r>
      <w:r>
        <w:br/>
      </w:r>
      <w:r>
        <w:t xml:space="preserve">    (b) poor ability to make a decision</w:t>
      </w:r>
      <w:r>
        <w:br/>
      </w:r>
      <w:r>
        <w:t xml:space="preserve">    (c) working against one's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thy drift To make us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; but the offence Lies not with us the suitors; she alone Thy mother, who in subtlety excels, And deep-wrought subterfuge, deserves the blame.</w:t>
      </w:r>
      <w:r>
        <w:br/>
      </w:r>
      <w:r>
        <w:t xml:space="preserve">    (a) extremely unpleasant, disgusting, dislikable, or worthy of hate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voyage, all in Ithaca, but most The haughty suitors, obstinate impede, 350 Now hear my suit and gracious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</w:t>
      </w:r>
      <w:r>
        <w:rPr>
          <w:b/>
          <w:bCs/>
        </w:rPr>
        <w:t xml:space="preserve">!</w:t>
      </w:r>
      <w:r>
        <w:br/>
      </w:r>
      <w:r>
        <w:t xml:space="preserve">    (a) insert between other elements; or to interrupt or stop action by others</w:t>
      </w:r>
      <w:r>
        <w:br/>
      </w:r>
      <w:r>
        <w:t xml:space="preserve">    (b) dry out by heat or excessive exposure to sunlight; or make very thirsty</w:t>
      </w:r>
      <w:r>
        <w:br/>
      </w:r>
      <w:r>
        <w:t xml:space="preserve">    (c) the right to run a local store or business under a big company’s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vouchsafe To us thy suppliants the desired effect 70 Of this our voyage; glory, first, bestow On Nestor and his offspring both, then grant To all the Pylians such a gracious boon As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requite</w:t>
      </w:r>
      <w:r>
        <w:rPr>
          <w:b/>
          <w:bCs/>
        </w:rPr>
        <w:t xml:space="preserve"> </w:t>
      </w:r>
      <w:r>
        <w:rPr>
          <w:b/>
          <w:bCs/>
        </w:rPr>
        <w:t xml:space="preserve">their noble off'ring well.</w:t>
      </w:r>
      <w:r>
        <w:br/>
      </w:r>
      <w:r>
        <w:t xml:space="preserve">    (a) strongly desire</w:t>
      </w:r>
      <w:r>
        <w:br/>
      </w:r>
      <w:r>
        <w:t xml:space="preserve">    (b) repay or return</w:t>
      </w:r>
      <w:r>
        <w:br/>
      </w:r>
      <w:r>
        <w:t xml:space="preserve">    (c) think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artifices</w:t>
      </w:r>
      <w:r>
        <w:rPr>
          <w:b/>
          <w:bCs/>
        </w:rPr>
        <w:t xml:space="preserve"> </w:t>
      </w:r>
      <w:r>
        <w:rPr>
          <w:b/>
          <w:bCs/>
        </w:rPr>
        <w:t xml:space="preserve">understand 500 Of the old prophet of the sea.</w:t>
      </w:r>
      <w:r>
        <w:br/>
      </w:r>
      <w:r>
        <w:t xml:space="preserve">    (a) deceptive maneuvers (tricks to help pretend)</w:t>
      </w:r>
      <w:r>
        <w:br/>
      </w:r>
      <w:r>
        <w:t xml:space="preserve">    (b) settings or situations in which things occur</w:t>
      </w:r>
      <w:r>
        <w:br/>
      </w:r>
      <w:r>
        <w:t xml:space="preserve">    (c) evidence -- especially statements in a trial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Horrible to ourselves Proved that disguise whom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pernicious</w:t>
      </w:r>
      <w:r>
        <w:rPr>
          <w:b/>
          <w:bCs/>
        </w:rPr>
        <w:t xml:space="preserve"> </w:t>
      </w:r>
      <w:r>
        <w:rPr>
          <w:b/>
          <w:bCs/>
        </w:rPr>
        <w:t xml:space="preserve">scent Of the sea-nourish'd phocae sore annoy'd; For who would lay him down at a whale's side?</w:t>
      </w:r>
      <w:r>
        <w:br/>
      </w:r>
      <w:r>
        <w:t xml:space="preserve">    (a) harmful or something spreading harm -- especially in a gradual or subtle way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the quality of behaving in an instinctive, uninhibited, and unplanned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art Lord Of an extended plain, where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springs The lotus, herbage of all savours, wheat, Pulse, and white barley of luxuriant growth.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abundant (large in quantity or number)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art Lord Of an extended plain, where copious springs The lotus, herbage of all savours, wheat, Pulse, and white barley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</w:t>
      </w:r>
      <w:r>
        <w:rPr>
          <w:b/>
          <w:bCs/>
        </w:rPr>
        <w:t xml:space="preserve"> </w:t>
      </w:r>
      <w:r>
        <w:rPr>
          <w:b/>
          <w:bCs/>
        </w:rPr>
        <w:t xml:space="preserve">growth.</w:t>
      </w:r>
      <w:r>
        <w:br/>
      </w:r>
      <w:r>
        <w:t xml:space="preserve">    (a) characterized by growing well or being richly thick or abundant -- as of vegetation or hair</w:t>
      </w:r>
      <w:r>
        <w:br/>
      </w:r>
      <w:r>
        <w:br/>
      </w:r>
      <w:r>
        <w:t xml:space="preserve">or (more rarely):</w:t>
      </w:r>
      <w:r>
        <w:br/>
      </w:r>
      <w:r>
        <w:br/>
      </w:r>
      <w:r>
        <w:t xml:space="preserve">characterized by luxury (very comfortable or extravagant)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saying,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 </w:t>
      </w:r>
      <w:r>
        <w:rPr>
          <w:b/>
          <w:bCs/>
        </w:rPr>
        <w:t xml:space="preserve">swift beside the bolt She made, and melted into air.</w:t>
      </w:r>
      <w:r>
        <w:br/>
      </w:r>
      <w:r>
        <w:t xml:space="preserve">    (a) a large group of fish</w:t>
      </w:r>
      <w:r>
        <w:br/>
      </w:r>
      <w:r>
        <w:t xml:space="preserve">    (b) decrease in intensity</w:t>
      </w:r>
      <w:r>
        <w:br/>
      </w:r>
      <w:r>
        <w:t xml:space="preserve">    (c) exit (departure from)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thus he spake, a billow on his head Bursting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, whirl'd the raft around, And, dashing from his grasp the helm, himself Plunged far remote.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Daughter she appear'd Of Dymas, famed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maritime</w:t>
      </w:r>
      <w:r>
        <w:rPr>
          <w:b/>
          <w:bCs/>
        </w:rPr>
        <w:t xml:space="preserve"> </w:t>
      </w:r>
      <w:r>
        <w:rPr>
          <w:b/>
          <w:bCs/>
        </w:rPr>
        <w:t xml:space="preserve">exploits, Her friend and her coeval; so disguised 30 Caerulean-eyed Minerva thus began.</w:t>
      </w:r>
      <w:r>
        <w:br/>
      </w:r>
      <w:r>
        <w:t xml:space="preserve">    (a) pessimism or unpleasantness</w:t>
      </w:r>
      <w:r>
        <w:br/>
      </w:r>
      <w:r>
        <w:t xml:space="preserve">    (b) arousing or inspiring again</w:t>
      </w:r>
      <w:r>
        <w:br/>
      </w:r>
      <w:r>
        <w:t xml:space="preserve">    (c) related to the sea or ships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Pallas,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 </w:t>
      </w:r>
      <w:r>
        <w:rPr>
          <w:b/>
          <w:bCs/>
        </w:rPr>
        <w:t xml:space="preserve">of Jove, his form Dilated more, and from his head diffused His curling locks like hyacinthine flowers.</w:t>
      </w:r>
      <w:r>
        <w:br/>
      </w:r>
      <w:r>
        <w:t xml:space="preserve">    (a) someone's child or children</w:t>
      </w:r>
      <w:r>
        <w:br/>
      </w:r>
      <w:r>
        <w:br/>
      </w:r>
      <w:r>
        <w:t xml:space="preserve">or less commonly: anything that develops from something else</w:t>
      </w:r>
      <w:r>
        <w:br/>
      </w:r>
      <w:r>
        <w:t xml:space="preserve">    (b) the belief that God created the universe, but that he doesn't interfere with how it runs</w:t>
      </w:r>
      <w:r>
        <w:br/>
      </w:r>
      <w:r>
        <w:t xml:space="preserve">    (c) a process of urging or commanding someone to do something; or a document for that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Sea-rovers her had from Epirus brought Long since, and to Alcinoues she had fall'n By public gift, for that he ruled, supreme, Phaeacia, and as oft 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harangued</w:t>
      </w:r>
      <w:r>
        <w:rPr>
          <w:b/>
          <w:bCs/>
        </w:rPr>
        <w:t xml:space="preserve"> </w:t>
      </w:r>
      <w:r>
        <w:rPr>
          <w:b/>
          <w:bCs/>
        </w:rPr>
        <w:t xml:space="preserve">The multitude, was rev'renced as a God.</w:t>
      </w:r>
      <w:r>
        <w:br/>
      </w:r>
      <w:r>
        <w:t xml:space="preserve">    (a) not happening at the same time or in a coordinated sequence; or (of watches/clocks) not set to show the same time</w:t>
      </w:r>
      <w:r>
        <w:br/>
      </w:r>
      <w:r>
        <w:t xml:space="preserve">    (b) lively (enthusiastic, excited, or moving a lot)  OR  (as a verb) to inspire, make more lively, or bring to life</w:t>
      </w:r>
      <w:r>
        <w:br/>
      </w:r>
      <w:r>
        <w:t xml:space="preserve">    (c) to try to persuade, or to criticize in an impassioned and often annoying manner; or a speech with such an intent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Loose him; accept my promise; he shall pay Full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in presence of us all.</w:t>
      </w:r>
      <w:r>
        <w:br/>
      </w:r>
      <w:r>
        <w:t xml:space="preserve">    (a) examine in detail to better understand</w:t>
      </w:r>
      <w:r>
        <w:br/>
      </w:r>
      <w:r>
        <w:t xml:space="preserve">    (b) appropriate in size, amount, or degree</w:t>
      </w:r>
      <w:r>
        <w:br/>
      </w:r>
      <w:r>
        <w:t xml:space="preserve">    (c) compensate for a loss; or pay a reward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120 Thence, o'er the Deep proceeding sad, we reach'd The land at length, where, giant-sized[32] and free From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 </w:t>
      </w:r>
      <w:r>
        <w:rPr>
          <w:b/>
          <w:bCs/>
        </w:rPr>
        <w:t xml:space="preserve">of law, the Cyclops dwell.</w:t>
      </w:r>
      <w:r>
        <w:br/>
      </w:r>
      <w:r>
        <w:t xml:space="preserve">    (a) something that limits something else</w:t>
      </w:r>
      <w:r>
        <w:br/>
      </w:r>
      <w:r>
        <w:t xml:space="preserve">    (b) lacking experience or sophistication</w:t>
      </w:r>
      <w:r>
        <w:br/>
      </w:r>
      <w:r>
        <w:t xml:space="preserve">    (c) a Muslim religious teacher or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Oft as they drank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juice, he slaked A single cup with twenty from the stream, And, even then, the beaker breath'd abroad A scent celestial, which whoever smelt, Thenceforth no pleasure found it to abstain.</w:t>
      </w:r>
      <w:r>
        <w:br/>
      </w:r>
      <w:r>
        <w:t xml:space="preserve">    (a) able to change</w:t>
      </w:r>
      <w:r>
        <w:br/>
      </w:r>
      <w:r>
        <w:t xml:space="preserve">    (b) very important</w:t>
      </w:r>
      <w:r>
        <w:br/>
      </w:r>
      <w:r>
        <w:t xml:space="preserve">    (c) very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thy poor master's eye, by a vile wretch Bored out, who overcame me first with wine, And by a crew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vagabonds</w:t>
      </w:r>
      <w:r>
        <w:rPr>
          <w:b/>
          <w:bCs/>
        </w:rPr>
        <w:t xml:space="preserve"> </w:t>
      </w:r>
      <w:r>
        <w:rPr>
          <w:b/>
          <w:bCs/>
        </w:rPr>
        <w:t xml:space="preserve">accurs'd, Followers of Outis, whose escape from death Shall not be made to-day?</w:t>
      </w:r>
      <w:r>
        <w:br/>
      </w:r>
      <w:r>
        <w:t xml:space="preserve">    (a) a person who wanders from town to town with no fixed home or job</w:t>
      </w:r>
      <w:r>
        <w:br/>
      </w:r>
      <w:r>
        <w:t xml:space="preserve">    (b) degrades (decreases) the purity, quality, or status of something</w:t>
      </w:r>
      <w:r>
        <w:br/>
      </w:r>
      <w:r>
        <w:t xml:space="preserve">    (c) shows fear by positioning the body as though afraid of being hit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[35] Outis, as 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name</w:t>
      </w:r>
      <w:r>
        <w:rPr>
          <w:b/>
          <w:bCs/>
        </w:rPr>
        <w:t xml:space="preserve"> </w:t>
      </w:r>
      <w:r>
        <w:rPr>
          <w:b/>
          <w:bCs/>
        </w:rPr>
        <w:t xml:space="preserve">could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him who bore it; but as 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noun</w:t>
      </w:r>
      <w:r>
        <w:rPr>
          <w:b/>
          <w:bCs/>
        </w:rPr>
        <w:t xml:space="preserve">, it signifies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no man</w:t>
      </w:r>
      <w:r>
        <w:rPr>
          <w:b/>
          <w:bCs/>
        </w:rPr>
        <w:t xml:space="preserve">, which accounts sufficiently for the ludicrous mistake of his brethren</w:t>
      </w:r>
      <w:r>
        <w:br/>
      </w:r>
      <w:r>
        <w:t xml:space="preserve">    (a) stand for or symbolize literally; or be a sign or indicator of</w:t>
      </w:r>
      <w:r>
        <w:br/>
      </w:r>
      <w:r>
        <w:t xml:space="preserve">    (b) consume or destroy completely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But, smiting on his breast, thus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reproved</w:t>
      </w:r>
      <w:r>
        <w:rPr>
          <w:b/>
          <w:bCs/>
        </w:rPr>
        <w:t xml:space="preserve"> </w:t>
      </w:r>
      <w:r>
        <w:rPr>
          <w:b/>
          <w:bCs/>
        </w:rPr>
        <w:t xml:space="preserve">The mutinous inhabitant within.</w:t>
      </w:r>
      <w:r>
        <w:br/>
      </w:r>
      <w:r>
        <w:t xml:space="preserve">    (a) translated</w:t>
      </w:r>
      <w:r>
        <w:br/>
      </w:r>
      <w:r>
        <w:t xml:space="preserve">    (b) criticized</w:t>
      </w:r>
      <w:r>
        <w:br/>
      </w:r>
      <w:r>
        <w:t xml:space="preserve">    (c) subtracted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2026-07-31T15:49:09Z</dcterms:created>
  <dcterms:modified xsi:type="dcterms:W3CDTF">2026-07-31T15:49:09Z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