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the-odyssey-homer-vocabulary-preview"/>
    <w:p>
      <w:pPr>
        <w:pStyle w:val="Heading1"/>
      </w:pPr>
      <w:r>
        <w:rPr>
          <w:b/>
          <w:bCs/>
        </w:rPr>
        <w:t xml:space="preserve">The Odyssey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dresses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latest fashions.</w:t>
      </w:r>
      <w:r>
        <w:br/>
      </w:r>
      <w:r>
        <w:t xml:space="preserve">    (a) ignorance</w:t>
      </w:r>
      <w:r>
        <w:br/>
      </w:r>
      <w:r>
        <w:t xml:space="preserve">    (b) opposition</w:t>
      </w:r>
      <w:r>
        <w:br/>
      </w:r>
      <w:r>
        <w:t xml:space="preserve">    (c) keeping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fight, he turned himself in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.</w:t>
      </w:r>
      <w:r>
        <w:br/>
      </w:r>
      <w:r>
        <w:t xml:space="preserve">    (a) own fear</w:t>
      </w:r>
      <w:r>
        <w:br/>
      </w:r>
      <w:r>
        <w:t xml:space="preserve">    (b) own safety</w:t>
      </w:r>
      <w:r>
        <w:br/>
      </w:r>
      <w:r>
        <w:t xml:space="preserve">    (c) own mind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calls himself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from Brooklyn.</w:t>
      </w:r>
      <w:r>
        <w:br/>
      </w:r>
      <w:r>
        <w:t xml:space="preserve">    (a) someone who protects the weak and delivers justice to those who are evil</w:t>
      </w:r>
      <w:r>
        <w:br/>
      </w:r>
      <w:r>
        <w:t xml:space="preserve">    (b) someone who composes and shares poems about important events and people</w:t>
      </w:r>
      <w:r>
        <w:br/>
      </w:r>
      <w:r>
        <w:t xml:space="preserve">    (c) someone who knows everything about everyone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approached the impressive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doors.</w:t>
      </w:r>
      <w:r>
        <w:br/>
      </w:r>
      <w:r>
        <w:t xml:space="preserve">    (a) notably large and appearing heavy</w:t>
      </w:r>
      <w:r>
        <w:br/>
      </w:r>
      <w:r>
        <w:t xml:space="preserve">    (b) made of a type of high-quality metal</w:t>
      </w:r>
      <w:r>
        <w:br/>
      </w:r>
      <w:r>
        <w:t xml:space="preserve">    (c) made of a high-quality wood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mix -- greedy,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and without morals.</w:t>
      </w:r>
      <w:r>
        <w:br/>
      </w:r>
      <w:r>
        <w:t xml:space="preserve">    (a) clever and deceitful</w:t>
      </w:r>
      <w:r>
        <w:br/>
      </w:r>
      <w:r>
        <w:t xml:space="preserve">    (b) strong and cruel</w:t>
      </w:r>
      <w:r>
        <w:br/>
      </w:r>
      <w:r>
        <w:t xml:space="preserve">    (c) stupid and impatient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teacher looked for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equitable</w:t>
      </w:r>
      <w:r>
        <w:rPr>
          <w:b/>
          <w:bCs/>
        </w:rPr>
        <w:t xml:space="preserve"> </w:t>
      </w:r>
      <w:r>
        <w:rPr>
          <w:b/>
          <w:bCs/>
        </w:rPr>
        <w:t xml:space="preserve">way to divide the supplies among the groups.</w:t>
      </w:r>
      <w:r>
        <w:br/>
      </w:r>
      <w:r>
        <w:t xml:space="preserve">    (a) quick</w:t>
      </w:r>
      <w:r>
        <w:br/>
      </w:r>
      <w:r>
        <w:t xml:space="preserve">    (b) fair</w:t>
      </w:r>
      <w:r>
        <w:br/>
      </w:r>
      <w:r>
        <w:t xml:space="preserve">    (c) secret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resolution calls upon the country to "cease hostilities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forthwith</w:t>
      </w:r>
      <w:r>
        <w:rPr>
          <w:b/>
          <w:bCs/>
        </w:rPr>
        <w:t xml:space="preserve">."</w:t>
      </w:r>
      <w:r>
        <w:br/>
      </w:r>
      <w:r>
        <w:t xml:space="preserve">    (a) carefully</w:t>
      </w:r>
      <w:r>
        <w:br/>
      </w:r>
      <w:r>
        <w:t xml:space="preserve">    (b) publicly</w:t>
      </w:r>
      <w:r>
        <w:br/>
      </w:r>
      <w:r>
        <w:t xml:space="preserve">    (c) immediately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guile</w:t>
      </w:r>
      <w:r>
        <w:rPr>
          <w:b/>
          <w:bCs/>
        </w:rPr>
        <w:t xml:space="preserve"> </w:t>
      </w:r>
      <w:r>
        <w:rPr>
          <w:b/>
          <w:bCs/>
        </w:rPr>
        <w:t xml:space="preserve">to lie directly to his face.</w:t>
      </w:r>
      <w:r>
        <w:br/>
      </w:r>
      <w:r>
        <w:t xml:space="preserve">    (a) ambition</w:t>
      </w:r>
      <w:r>
        <w:br/>
      </w:r>
      <w:r>
        <w:t xml:space="preserve">    (b) necessity</w:t>
      </w:r>
      <w:r>
        <w:br/>
      </w:r>
      <w:r>
        <w:t xml:space="preserve">    (c) cunning and deceit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drawing attention to</w:t>
      </w:r>
      <w:r>
        <w:br/>
      </w:r>
      <w:r>
        <w:t xml:space="preserve">    (b) helping or assisting</w:t>
      </w:r>
      <w:r>
        <w:br/>
      </w:r>
      <w:r>
        <w:t xml:space="preserve">    (c) making difficult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bullish (</w:t>
      </w:r>
      <w:r>
        <w:rPr>
          <w:b/>
          <w:bCs/>
          <w:u w:val="single"/>
        </w:rPr>
        <w:t xml:space="preserve">i.e.</w:t>
      </w:r>
      <w:r>
        <w:rPr>
          <w:b/>
          <w:bCs/>
        </w:rPr>
        <w:t xml:space="preserve">, optimistic) about the stock market.</w:t>
      </w:r>
      <w:r>
        <w:br/>
      </w:r>
      <w:r>
        <w:t xml:space="preserve">    (a) instead of</w:t>
      </w:r>
      <w:r>
        <w:br/>
      </w:r>
      <w:r>
        <w:t xml:space="preserve">    (b) that is to say</w:t>
      </w:r>
      <w:r>
        <w:br/>
      </w:r>
      <w:r>
        <w:t xml:space="preserve">    (c) for example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example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illustrates</w:t>
      </w:r>
      <w:r>
        <w:rPr>
          <w:b/>
          <w:bCs/>
        </w:rPr>
        <w:t xml:space="preserve"> </w:t>
      </w:r>
      <w:r>
        <w:rPr>
          <w:b/>
          <w:bCs/>
        </w:rPr>
        <w:t xml:space="preserve">the belief.</w:t>
      </w:r>
      <w:r>
        <w:br/>
      </w:r>
      <w:r>
        <w:t xml:space="preserve">    (a) makes clear</w:t>
      </w:r>
      <w:r>
        <w:br/>
      </w:r>
      <w:r>
        <w:t xml:space="preserve">    (b) proves</w:t>
      </w:r>
      <w:r>
        <w:br/>
      </w:r>
      <w:r>
        <w:t xml:space="preserve">    (c) disproves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assembly directions include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illustrations</w:t>
      </w:r>
      <w:r>
        <w:rPr>
          <w:b/>
          <w:bCs/>
        </w:rPr>
        <w:t xml:space="preserve"> </w:t>
      </w:r>
      <w:r>
        <w:rPr>
          <w:b/>
          <w:bCs/>
        </w:rPr>
        <w:t xml:space="preserve">to identify each part.</w:t>
      </w:r>
      <w:r>
        <w:br/>
      </w:r>
      <w:r>
        <w:t xml:space="preserve">    (a) drawings</w:t>
      </w:r>
      <w:r>
        <w:br/>
      </w:r>
      <w:r>
        <w:t xml:space="preserve">    (b) coded stickers</w:t>
      </w:r>
      <w:r>
        <w:br/>
      </w:r>
      <w:r>
        <w:t xml:space="preserve">    (c) descriptions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believes we have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</w:t>
      </w:r>
      <w:r>
        <w:rPr>
          <w:b/>
          <w:bCs/>
        </w:rPr>
        <w:t xml:space="preserve"> </w:t>
      </w:r>
      <w:r>
        <w:rPr>
          <w:b/>
          <w:bCs/>
        </w:rPr>
        <w:t xml:space="preserve">soul.</w:t>
      </w:r>
      <w:r>
        <w:br/>
      </w:r>
      <w:r>
        <w:t xml:space="preserve">    (a) lasting forever</w:t>
      </w:r>
      <w:r>
        <w:br/>
      </w:r>
      <w:r>
        <w:t xml:space="preserve">    (b) conflicted</w:t>
      </w:r>
      <w:r>
        <w:br/>
      </w:r>
      <w:r>
        <w:t xml:space="preserve">    (c) perfect in every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insolent</w:t>
      </w:r>
      <w:r>
        <w:rPr>
          <w:b/>
          <w:bCs/>
        </w:rPr>
        <w:t xml:space="preserve"> </w:t>
      </w:r>
      <w:r>
        <w:rPr>
          <w:b/>
          <w:bCs/>
        </w:rPr>
        <w:t xml:space="preserve">waiter rolled his eyes when the customer asked for more water.</w:t>
      </w:r>
      <w:r>
        <w:br/>
      </w:r>
      <w:r>
        <w:t xml:space="preserve">    (a) boldly disrespectful</w:t>
      </w:r>
      <w:r>
        <w:br/>
      </w:r>
      <w:r>
        <w:t xml:space="preserve">    (b) shyly quiet</w:t>
      </w:r>
      <w:r>
        <w:br/>
      </w:r>
      <w:r>
        <w:t xml:space="preserve">    (c) kindly helpful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famous professor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mentored</w:t>
      </w:r>
      <w:r>
        <w:rPr>
          <w:b/>
          <w:bCs/>
        </w:rPr>
        <w:t xml:space="preserve"> </w:t>
      </w:r>
      <w:r>
        <w:rPr>
          <w:b/>
          <w:bCs/>
        </w:rPr>
        <w:t xml:space="preserve">her during her years in graduate school.</w:t>
      </w:r>
      <w:r>
        <w:br/>
      </w:r>
      <w:r>
        <w:t xml:space="preserve">    (a) graded essays by</w:t>
      </w:r>
      <w:r>
        <w:br/>
      </w:r>
      <w:r>
        <w:t xml:space="preserve">    (b) personally advised</w:t>
      </w:r>
      <w:r>
        <w:br/>
      </w:r>
      <w:r>
        <w:t xml:space="preserve">    (c) lectured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addition to that</w:t>
      </w:r>
      <w:r>
        <w:br/>
      </w:r>
      <w:r>
        <w:t xml:space="preserve">    (b) in contrast to that</w:t>
      </w:r>
      <w:r>
        <w:br/>
      </w:r>
      <w:r>
        <w:t xml:space="preserve">    (c) as a result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story, she was neither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nor a god. She was a demi-god.</w:t>
      </w:r>
      <w:r>
        <w:br/>
      </w:r>
      <w:r>
        <w:t xml:space="preserve">    (a) type of bird</w:t>
      </w:r>
      <w:r>
        <w:br/>
      </w:r>
      <w:r>
        <w:t xml:space="preserve">    (b) human</w:t>
      </w:r>
      <w:r>
        <w:br/>
      </w:r>
      <w:r>
        <w:t xml:space="preserve">    (c) lucky survivor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fail</w:t>
      </w:r>
      <w:r>
        <w:br/>
      </w:r>
      <w:r>
        <w:t xml:space="preserve">    (b) die</w:t>
      </w:r>
      <w:r>
        <w:br/>
      </w:r>
      <w:r>
        <w:t xml:space="preserve">    (c)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slowed down</w:t>
      </w:r>
      <w:r>
        <w:br/>
      </w:r>
      <w:r>
        <w:t xml:space="preserve">    (b) destroyed</w:t>
      </w:r>
      <w:r>
        <w:br/>
      </w:r>
      <w:r>
        <w:t xml:space="preserve">    (c) produced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added</w:t>
      </w:r>
      <w:r>
        <w:br/>
      </w:r>
      <w:r>
        <w:t xml:space="preserve">    (b) gave in</w:t>
      </w:r>
      <w:r>
        <w:br/>
      </w:r>
      <w:r>
        <w:t xml:space="preserve">    (c) produced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2026-07-31T15:48:40Z</dcterms:created>
  <dcterms:modified xsi:type="dcterms:W3CDTF">2026-07-31T15:48:40Z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