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54eef5759558a9ecde3667e07b46559a781298"/>
    <w:p>
      <w:pPr>
        <w:pStyle w:val="Heading1"/>
      </w:pPr>
      <w:r>
        <w:rPr>
          <w:b/>
          <w:bCs/>
        </w:rPr>
        <w:t xml:space="preserve">The Odyssey</w:t>
      </w:r>
      <w:r>
        <w:br/>
      </w:r>
      <w:r>
        <w:rPr>
          <w:i/>
          <w:iCs/>
        </w:rPr>
        <w:t xml:space="preserve">Homer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love is deep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abiding</w:t>
      </w:r>
      <w:r>
        <w:rPr>
          <w:b/>
          <w:bCs/>
        </w:rPr>
        <w:t xml:space="preserve">.</w:t>
      </w:r>
      <w:r>
        <w:br/>
      </w:r>
      <w:r>
        <w:t xml:space="preserve">    (a) tolerant</w:t>
      </w:r>
      <w:r>
        <w:br/>
      </w:r>
      <w:r>
        <w:t xml:space="preserve">    (b) growing</w:t>
      </w:r>
      <w:r>
        <w:br/>
      </w:r>
      <w:r>
        <w:t xml:space="preserve">    (c) long-lasting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workers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aggrieved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new policy changes.</w:t>
      </w:r>
      <w:r>
        <w:br/>
      </w:r>
      <w:r>
        <w:t xml:space="preserve">    (a) thrilled</w:t>
      </w:r>
      <w:r>
        <w:br/>
      </w:r>
      <w:r>
        <w:t xml:space="preserve">    (b) wronged</w:t>
      </w:r>
      <w:r>
        <w:br/>
      </w:r>
      <w:r>
        <w:t xml:space="preserve">    (c) puzzled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presence of a horse-drawn carriage on the city streets, amidst modern cars and buses, was a charming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anachronism</w:t>
      </w:r>
      <w:r>
        <w:rPr>
          <w:b/>
          <w:bCs/>
        </w:rPr>
        <w:t xml:space="preserve">.</w:t>
      </w:r>
      <w:r>
        <w:br/>
      </w:r>
      <w:r>
        <w:t xml:space="preserve">    (a) something out of place for it's time</w:t>
      </w:r>
      <w:r>
        <w:br/>
      </w:r>
      <w:r>
        <w:t xml:space="preserve">    (b) something that is a timeless tradition</w:t>
      </w:r>
      <w:r>
        <w:br/>
      </w:r>
      <w:r>
        <w:t xml:space="preserve">    (c) something that is an unexpected surprise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encouraged</w:t>
      </w:r>
      <w:r>
        <w:br/>
      </w:r>
      <w:r>
        <w:t xml:space="preserve">    (b) forced</w:t>
      </w:r>
      <w:r>
        <w:br/>
      </w:r>
      <w:r>
        <w:t xml:space="preserve">    (c) tricked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natural borders.</w:t>
      </w:r>
      <w:r>
        <w:br/>
      </w:r>
      <w:r>
        <w:t xml:space="preserve">    (a) with a natural defense</w:t>
      </w:r>
      <w:r>
        <w:br/>
      </w:r>
      <w:r>
        <w:t xml:space="preserve">    (b) lacking</w:t>
      </w:r>
      <w:r>
        <w:br/>
      </w:r>
      <w:r>
        <w:t xml:space="preserve">    (c) proud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was a slave, he was restrained from harming her because she was another's valuable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chattel</w:t>
      </w:r>
      <w:r>
        <w:rPr>
          <w:b/>
          <w:bCs/>
        </w:rPr>
        <w:t xml:space="preserve">.</w:t>
      </w:r>
      <w:r>
        <w:br/>
      </w:r>
      <w:r>
        <w:t xml:space="preserve">    (a) a hoofed mamma</w:t>
      </w:r>
      <w:r>
        <w:br/>
      </w:r>
      <w:r>
        <w:t xml:space="preserve">    (b) a fat compound</w:t>
      </w:r>
      <w:r>
        <w:br/>
      </w:r>
      <w:r>
        <w:t xml:space="preserve">    (c) property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bakery filled the window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delectable</w:t>
      </w:r>
      <w:r>
        <w:rPr>
          <w:b/>
          <w:bCs/>
        </w:rPr>
        <w:t xml:space="preserve"> </w:t>
      </w:r>
      <w:r>
        <w:rPr>
          <w:b/>
          <w:bCs/>
        </w:rPr>
        <w:t xml:space="preserve">pastries and cakes.</w:t>
      </w:r>
      <w:r>
        <w:br/>
      </w:r>
      <w:r>
        <w:t xml:space="preserve">    (a) expensive</w:t>
      </w:r>
      <w:r>
        <w:br/>
      </w:r>
      <w:r>
        <w:t xml:space="preserve">    (b) delicious</w:t>
      </w:r>
      <w:r>
        <w:br/>
      </w:r>
      <w:r>
        <w:t xml:space="preserve">    (c) ordinary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Russian TV is famous for inventing stories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those who disagree with Russian interests.</w:t>
      </w:r>
      <w:r>
        <w:br/>
      </w:r>
      <w:r>
        <w:t xml:space="preserve">    (a) damage the reputation of</w:t>
      </w:r>
      <w:r>
        <w:br/>
      </w:r>
      <w:r>
        <w:t xml:space="preserve">    (b) anger</w:t>
      </w:r>
      <w:r>
        <w:br/>
      </w:r>
      <w:r>
        <w:t xml:space="preserve">    (c) convince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criticize</w:t>
      </w:r>
      <w:r>
        <w:br/>
      </w:r>
      <w:r>
        <w:t xml:space="preserve">    (b) erase from history</w:t>
      </w:r>
      <w:r>
        <w:br/>
      </w:r>
      <w:r>
        <w:t xml:space="preserve">    (c)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not enough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enumerate</w:t>
      </w:r>
      <w:r>
        <w:rPr>
          <w:b/>
          <w:bCs/>
        </w:rPr>
        <w:t xml:space="preserve"> </w:t>
      </w:r>
      <w:r>
        <w:rPr>
          <w:b/>
          <w:bCs/>
        </w:rPr>
        <w:t xml:space="preserve">all of her accomplishments.</w:t>
      </w:r>
      <w:r>
        <w:br/>
      </w:r>
      <w:r>
        <w:t xml:space="preserve">    (a) study</w:t>
      </w:r>
      <w:r>
        <w:br/>
      </w:r>
      <w:r>
        <w:t xml:space="preserve">    (b) list</w:t>
      </w:r>
      <w:r>
        <w:br/>
      </w:r>
      <w:r>
        <w:t xml:space="preserve">    (c)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mare gave birth to a healthy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foal</w:t>
      </w:r>
      <w:r>
        <w:rPr>
          <w:b/>
          <w:bCs/>
        </w:rPr>
        <w:t xml:space="preserve"> </w:t>
      </w:r>
      <w:r>
        <w:rPr>
          <w:b/>
          <w:bCs/>
        </w:rPr>
        <w:t xml:space="preserve">in the spring meadow.</w:t>
      </w:r>
      <w:r>
        <w:br/>
      </w:r>
      <w:r>
        <w:t xml:space="preserve">    (a) wooden saddle</w:t>
      </w:r>
      <w:r>
        <w:br/>
      </w:r>
      <w:r>
        <w:t xml:space="preserve">    (b) young horse</w:t>
      </w:r>
      <w:r>
        <w:br/>
      </w:r>
      <w:r>
        <w:t xml:space="preserve">    (c) metal gate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gossamer</w:t>
      </w:r>
      <w:r>
        <w:rPr>
          <w:b/>
          <w:bCs/>
        </w:rPr>
        <w:t xml:space="preserve"> </w:t>
      </w:r>
      <w:r>
        <w:rPr>
          <w:b/>
          <w:bCs/>
        </w:rPr>
        <w:t xml:space="preserve">curtain softened the sunlight in the room.</w:t>
      </w:r>
      <w:r>
        <w:br/>
      </w:r>
      <w:r>
        <w:t xml:space="preserve">    (a) thin and delicate</w:t>
      </w:r>
      <w:r>
        <w:br/>
      </w:r>
      <w:r>
        <w:t xml:space="preserve">    (b) thick and heavy</w:t>
      </w:r>
      <w:r>
        <w:br/>
      </w:r>
      <w:r>
        <w:t xml:space="preserve">    (c) brightly colored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singer's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luscious</w:t>
      </w:r>
      <w:r>
        <w:rPr>
          <w:b/>
          <w:bCs/>
        </w:rPr>
        <w:t xml:space="preserve"> </w:t>
      </w:r>
      <w:r>
        <w:rPr>
          <w:b/>
          <w:bCs/>
        </w:rPr>
        <w:t xml:space="preserve">voice made even simple songs sound deeply emotional.</w:t>
      </w:r>
      <w:r>
        <w:br/>
      </w:r>
      <w:r>
        <w:t xml:space="preserve">    (a) richly appealing</w:t>
      </w:r>
      <w:r>
        <w:br/>
      </w:r>
      <w:r>
        <w:t xml:space="preserve">    (b) harshly grating</w:t>
      </w:r>
      <w:r>
        <w:br/>
      </w:r>
      <w:r>
        <w:t xml:space="preserve">    (c) barely audible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darkest hour,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mettle</w:t>
      </w:r>
      <w:r>
        <w:rPr>
          <w:b/>
          <w:bCs/>
        </w:rPr>
        <w:t xml:space="preserve"> </w:t>
      </w:r>
      <w:r>
        <w:rPr>
          <w:b/>
          <w:bCs/>
        </w:rPr>
        <w:t xml:space="preserve">surged forth, allowing her to confront his fears with unwavering bravery.</w:t>
      </w:r>
      <w:r>
        <w:br/>
      </w:r>
      <w:r>
        <w:t xml:space="preserve">    (a) popularity</w:t>
      </w:r>
      <w:r>
        <w:br/>
      </w:r>
      <w:r>
        <w:t xml:space="preserve">    (b) courage</w:t>
      </w:r>
      <w:r>
        <w:br/>
      </w:r>
      <w:r>
        <w:t xml:space="preserve">    (c) luck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apology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pacify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calm</w:t>
      </w:r>
      <w:r>
        <w:br/>
      </w:r>
      <w:r>
        <w:t xml:space="preserve">    (b) make sense to</w:t>
      </w:r>
      <w:r>
        <w:br/>
      </w:r>
      <w:r>
        <w:t xml:space="preserve">    (c)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merger, they concluded the office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redundant</w:t>
      </w:r>
      <w:r>
        <w:rPr>
          <w:b/>
          <w:bCs/>
        </w:rPr>
        <w:t xml:space="preserve">.</w:t>
      </w:r>
      <w:r>
        <w:br/>
      </w:r>
      <w:r>
        <w:t xml:space="preserve">    (a) more than is needed or desired</w:t>
      </w:r>
      <w:r>
        <w:br/>
      </w:r>
      <w:r>
        <w:t xml:space="preserve">    (b) exactly fitting requirements</w:t>
      </w:r>
      <w:r>
        <w:br/>
      </w:r>
      <w:r>
        <w:t xml:space="preserve">    (c) less than what is required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Los Angeles is prone to smog because of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topography</w:t>
      </w:r>
      <w:r>
        <w:rPr>
          <w:b/>
          <w:bCs/>
        </w:rPr>
        <w:t xml:space="preserve">.</w:t>
      </w:r>
      <w:r>
        <w:br/>
      </w:r>
      <w:r>
        <w:t xml:space="preserve">    (a) geographic surface features</w:t>
      </w:r>
      <w:r>
        <w:br/>
      </w:r>
      <w:r>
        <w:t xml:space="preserve">    (b) population density</w:t>
      </w:r>
      <w:r>
        <w:br/>
      </w:r>
      <w:r>
        <w:t xml:space="preserve">    (c) industrial mix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 the despair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unrequited</w:t>
      </w:r>
      <w:r>
        <w:rPr>
          <w:b/>
          <w:bCs/>
        </w:rPr>
        <w:t xml:space="preserve"> </w:t>
      </w:r>
      <w:r>
        <w:rPr>
          <w:b/>
          <w:bCs/>
        </w:rPr>
        <w:t xml:space="preserve">love.</w:t>
      </w:r>
      <w:r>
        <w:br/>
      </w:r>
      <w:r>
        <w:t xml:space="preserve">    (a) loss (through death)</w:t>
      </w:r>
      <w:r>
        <w:br/>
      </w:r>
      <w:r>
        <w:t xml:space="preserve">    (b) unreturned</w:t>
      </w:r>
      <w:r>
        <w:br/>
      </w:r>
      <w:r>
        <w:t xml:space="preserve">    (c) beyond normal limits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losing everything, he lived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</w:t>
      </w:r>
      <w:r>
        <w:rPr>
          <w:b/>
          <w:bCs/>
        </w:rPr>
        <w:t xml:space="preserve"> </w:t>
      </w:r>
      <w:r>
        <w:rPr>
          <w:b/>
          <w:bCs/>
        </w:rPr>
        <w:t xml:space="preserve">for nearly five years.</w:t>
      </w:r>
      <w:r>
        <w:br/>
      </w:r>
      <w:r>
        <w:t xml:space="preserve">    (a) wealthy landowner</w:t>
      </w:r>
      <w:r>
        <w:br/>
      </w:r>
      <w:r>
        <w:t xml:space="preserve">    (b) wandering drifter</w:t>
      </w:r>
      <w:r>
        <w:br/>
      </w:r>
      <w:r>
        <w:t xml:space="preserve">    (c) settled farmer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underestimate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wily</w:t>
      </w:r>
      <w:r>
        <w:rPr>
          <w:b/>
          <w:bCs/>
        </w:rPr>
        <w:t xml:space="preserve"> </w:t>
      </w:r>
      <w:r>
        <w:rPr>
          <w:b/>
          <w:bCs/>
        </w:rPr>
        <w:t xml:space="preserve">old attorney.</w:t>
      </w:r>
      <w:r>
        <w:br/>
      </w:r>
      <w:r>
        <w:t xml:space="preserve">    (a) clever</w:t>
      </w:r>
      <w:r>
        <w:br/>
      </w:r>
      <w:r>
        <w:t xml:space="preserve">    (b) well-connected</w:t>
      </w:r>
      <w:r>
        <w:br/>
      </w:r>
      <w:r>
        <w:t xml:space="preserve">    (c) experienced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2026-07-31T15:48:40Z</dcterms:created>
  <dcterms:modified xsi:type="dcterms:W3CDTF">2026-07-31T15:48:40Z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