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odyssey-homer-vocabulary-in-context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repeated several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used in "The Authoress of the Odyssey", and have added two which I hope may bring the outer court of Ulysses' house more vividly before the reader.</w:t>
      </w:r>
      <w:r>
        <w:br/>
      </w:r>
      <w:r>
        <w:t xml:space="preserve">    (a) ways of seeing or thinking about things</w:t>
      </w:r>
      <w:r>
        <w:br/>
      </w:r>
      <w:r>
        <w:t xml:space="preserve">    (b) things accepted as true (without proof)</w:t>
      </w:r>
      <w:r>
        <w:br/>
      </w:r>
      <w:r>
        <w:t xml:space="preserve">    (c) things that help clarify or demonstrate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most part each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now occupies a page, whereas in the original editions they generally appeared two on the page.</w:t>
      </w:r>
      <w:r>
        <w:br/>
      </w:r>
      <w:r>
        <w:t xml:space="preserve">    (a) proposed or actual laws</w:t>
      </w:r>
      <w:r>
        <w:br/>
      </w:r>
      <w:r>
        <w:t xml:space="preserve">    (b) drawings or photographs</w:t>
      </w:r>
      <w:r>
        <w:br/>
      </w:r>
      <w:r>
        <w:t xml:space="preserve">    (c) positively charged 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held a veil,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before her face, and was weeping bitterly.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in addition to what has just been said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obey you, but the Achaeans, and more particularly the wicked suitors,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me that I cannot do so.</w:t>
      </w:r>
      <w:r>
        <w:br/>
      </w:r>
      <w:r>
        <w:t xml:space="preserve">    (a) walking in an awkward, shuffling way</w:t>
      </w:r>
      <w:r>
        <w:br/>
      </w:r>
      <w:r>
        <w:t xml:space="preserve">    (b) suggesting that someone was involved</w:t>
      </w:r>
      <w:r>
        <w:br/>
      </w:r>
      <w:r>
        <w:t xml:space="preserve">    (c) slowing down or causing problems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say he has reigned for three generations so that it is like talking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relating to existentialism -- a philosophical movement that assumes each person is free to determine what is essential in their existence</w:t>
      </w:r>
      <w:r>
        <w:br/>
      </w:r>
      <w:r>
        <w:t xml:space="preserve">    (c) someone who lives forever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one in that country, whether master or man, has plenty of cheese, meat, and good milk, for the ewes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all the year round.</w:t>
      </w:r>
      <w:r>
        <w:br/>
      </w:r>
      <w:r>
        <w:t xml:space="preserve">    (a) stop (something from happening)</w:t>
      </w:r>
      <w:r>
        <w:br/>
      </w:r>
      <w:r>
        <w:t xml:space="preserve">    (b) produce or give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again when Ceres fell in love with Iasion,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him in a thrice-ploughed fallow field, Jove came to hear of it before so very long and killed Iasion with his thunderbolts.</w:t>
      </w:r>
      <w:r>
        <w:br/>
      </w:r>
      <w:r>
        <w:t xml:space="preserve">    (a) gave in, gave way, or gave up</w:t>
      </w:r>
      <w:r>
        <w:br/>
      </w:r>
      <w:r>
        <w:t xml:space="preserve">    (b) with rises and falls in pitch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alone recognised him and began to question him, but he was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for me.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clever and deceptive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"Let me tell you," said I, "whichever of the goddesses you may happen to be, that I am not staying here of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, but must have offended the gods that live in heaven."</w:t>
      </w:r>
      <w:r>
        <w:br/>
      </w:r>
      <w:r>
        <w:t xml:space="preserve">    (a) own mind (voluntarily)</w:t>
      </w:r>
      <w:r>
        <w:br/>
      </w:r>
      <w:r>
        <w:t xml:space="preserve">    (b) tropical viral disease transmitted by a mosquito</w:t>
      </w:r>
      <w:r>
        <w:br/>
      </w:r>
      <w:r>
        <w:t xml:space="preserve">    (c) the achievement of 3 positive feats in a 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Tell me also your country, nation, and city, that our ships may shape their purpose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accordingly</w:t>
      </w:r>
      <w:r>
        <w:rPr>
          <w:b/>
          <w:bCs/>
        </w:rPr>
        <w:t xml:space="preserve"> </w:t>
      </w:r>
      <w:r>
        <w:rPr>
          <w:b/>
          <w:bCs/>
        </w:rPr>
        <w:t xml:space="preserve">and take you there.</w:t>
      </w:r>
      <w:r>
        <w:br/>
      </w:r>
      <w:r>
        <w:t xml:space="preserve">    (a) despite that (used to connect contrasting ideas.)</w:t>
      </w:r>
      <w:r>
        <w:br/>
      </w:r>
      <w:r>
        <w:t xml:space="preserve">    (b) in keeping with what was just stated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among the first he counted, and he never suspected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, but laid himself down to sleep as soon as he had done counting.</w:t>
      </w:r>
      <w:r>
        <w:br/>
      </w:r>
      <w:r>
        <w:t xml:space="preserve">    (a) prepare food in a way that keeps it from spoiling</w:t>
      </w:r>
      <w:r>
        <w:br/>
      </w:r>
      <w:r>
        <w:t xml:space="preserve">    (b) treat as a particular type that is considered bad</w:t>
      </w:r>
      <w:r>
        <w:br/>
      </w:r>
      <w:r>
        <w:t xml:space="preserve">    (c) cunning (shrewdness and cleverness) and deceit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cannot understand it, for I saw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</w:t>
      </w:r>
      <w:r>
        <w:rPr>
          <w:b/>
          <w:bCs/>
        </w:rPr>
        <w:t xml:space="preserve"> </w:t>
      </w:r>
      <w:r>
        <w:rPr>
          <w:b/>
          <w:bCs/>
        </w:rPr>
        <w:t xml:space="preserve">here myself yesterday morning, and yet he was then setting out for Pylos.</w:t>
      </w:r>
      <w:r>
        <w:br/>
      </w:r>
      <w:r>
        <w:t xml:space="preserve">    (a) to gradually destroy or change the purpose of something -- such as a government, institution, or rule</w:t>
      </w:r>
      <w:r>
        <w:br/>
      </w:r>
      <w:r>
        <w:t xml:space="preserve">    (b) a beam, bracket, or other structure supported only on one side; or to support something in that manner</w:t>
      </w:r>
      <w:r>
        <w:br/>
      </w:r>
      <w:r>
        <w:t xml:space="preserve">    (c) someone who guides and advises another who is less experienced; or the act of providing such guidance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 </w:t>
      </w:r>
      <w:r>
        <w:rPr>
          <w:b/>
          <w:bCs/>
        </w:rPr>
        <w:t xml:space="preserve">he bound on his glittering golden sandals with which he could fly like the wind over land and sea.</w:t>
      </w:r>
      <w:r>
        <w:br/>
      </w:r>
      <w:r>
        <w:t xml:space="preserve">    (a) well suited</w:t>
      </w:r>
      <w:r>
        <w:br/>
      </w:r>
      <w:r>
        <w:t xml:space="preserve">    (b) a last name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 queen," he said, "I implore your aid—but tell me, are you a goddess or are you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woman?"</w:t>
      </w:r>
      <w:r>
        <w:br/>
      </w:r>
      <w:r>
        <w:t xml:space="preserve">    (a) someone who combines components into a complex whole</w:t>
      </w:r>
      <w:r>
        <w:br/>
      </w:r>
      <w:r>
        <w:t xml:space="preserve">    (b) human</w:t>
      </w:r>
      <w:r>
        <w:br/>
      </w:r>
      <w:r>
        <w:t xml:space="preserve">    (c) someone who provides start-up money to new companies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shall have my sword, which is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, all but the hilt, which is of silver.</w:t>
      </w:r>
      <w:r>
        <w:br/>
      </w:r>
      <w:r>
        <w:t xml:space="preserve">    (a) appropriate in size, amount, or degree</w:t>
      </w:r>
      <w:r>
        <w:br/>
      </w:r>
      <w:r>
        <w:t xml:space="preserve">    (b) examine in detail to better understand</w:t>
      </w:r>
      <w:r>
        <w:br/>
      </w:r>
      <w:r>
        <w:t xml:space="preserve">    (c) a brownish metal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evidently in great trouble, so let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leave off, that we may all enjoy ourselves, hosts and guest alike.</w:t>
      </w:r>
      <w:r>
        <w:br/>
      </w:r>
      <w:r>
        <w:t xml:space="preserve">    (a) someone who composes and recites or sings poems about important events and people; or (as a proper noun) Shakespeare</w:t>
      </w:r>
      <w:r>
        <w:br/>
      </w:r>
      <w:r>
        <w:t xml:space="preserve">    (b) a hole or dropoff so deep the bottom cannot be seen -- often used figuratively to imply a frightening bottomless pit</w:t>
      </w:r>
      <w:r>
        <w:br/>
      </w:r>
      <w:r>
        <w:t xml:space="preserve">    (c) of the American Indian civilization of Yucatan and Belize and Guatemala that reached its peak between AD 300 and 900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took their wives and also much booty, which we divided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equitably</w:t>
      </w:r>
      <w:r>
        <w:rPr>
          <w:b/>
          <w:bCs/>
        </w:rPr>
        <w:t xml:space="preserve"> </w:t>
      </w:r>
      <w:r>
        <w:rPr>
          <w:b/>
          <w:bCs/>
        </w:rPr>
        <w:t xml:space="preserve">amongst us, so that none might have reason to complain.</w:t>
      </w:r>
      <w:r>
        <w:br/>
      </w:r>
      <w:r>
        <w:t xml:space="preserve">    (a) in an understated manner</w:t>
      </w:r>
      <w:r>
        <w:br/>
      </w:r>
      <w:r>
        <w:t xml:space="preserve">    (b) in a manner that changes</w:t>
      </w:r>
      <w:r>
        <w:br/>
      </w:r>
      <w:r>
        <w:t xml:space="preserve">    (c) in a just or fair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much shocked about what you have said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 </w:t>
      </w:r>
      <w:r>
        <w:rPr>
          <w:b/>
          <w:bCs/>
        </w:rPr>
        <w:t xml:space="preserve">way in which the suitors are behaving...</w:t>
      </w:r>
      <w:r>
        <w:br/>
      </w:r>
      <w:r>
        <w:t xml:space="preserve">    (a) the condition of continuing or seeming to continue without end</w:t>
      </w:r>
      <w:r>
        <w:br/>
      </w:r>
      <w:r>
        <w:t xml:space="preserve">    (b) the characteristic of being excessively unhappy and unsociable</w:t>
      </w:r>
      <w:r>
        <w:br/>
      </w:r>
      <w:r>
        <w:t xml:space="preserve">    (c) rude disrespectful behavior or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thought he was going to avenge the murder of his son, whereas in truth he was never to return, but was himself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in his attempt.</w:t>
      </w:r>
      <w:r>
        <w:br/>
      </w:r>
      <w:r>
        <w:t xml:space="preserve">    (a) move into position to work; or start</w:t>
      </w:r>
      <w:r>
        <w:br/>
      </w:r>
      <w:r>
        <w:t xml:space="preserve">    (b) to spread to other parts of the body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Endnote 19: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i.e.</w:t>
      </w:r>
      <w:r>
        <w:rPr>
          <w:b/>
          <w:bCs/>
        </w:rPr>
        <w:t xml:space="preserve"> </w:t>
      </w:r>
      <w:r>
        <w:rPr>
          <w:b/>
          <w:bCs/>
        </w:rPr>
        <w:t xml:space="preserve">you have money, and could pay when I got judgment, whereas the suitors are men of straw.</w:t>
      </w:r>
      <w:r>
        <w:br/>
      </w:r>
      <w:r>
        <w:t xml:space="preserve">    (a)</w:t>
      </w:r>
      <w:r>
        <w:t xml:space="preserve"> </w:t>
      </w:r>
      <w:r>
        <w:rPr>
          <w:i/>
          <w:iCs/>
        </w:rPr>
        <w:t xml:space="preserve">that is to say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in other words</w:t>
      </w:r>
      <w:r>
        <w:br/>
      </w:r>
      <w:r>
        <w:t xml:space="preserve">    (b) for example</w:t>
      </w:r>
      <w:r>
        <w:br/>
      </w:r>
      <w:r>
        <w:t xml:space="preserve">    (c) an expression used to intensify denial of an idea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2026-07-31T15:48:40Z</dcterms:created>
  <dcterms:modified xsi:type="dcterms:W3CDTF">2026-07-31T15:48:40Z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