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9251913f336fc0a618791fb7e7fae12f5d2fc0"/>
    <w:p>
      <w:pPr>
        <w:pStyle w:val="Heading1"/>
      </w:pPr>
      <w:r>
        <w:rPr>
          <w:b/>
          <w:bCs/>
        </w:rPr>
        <w:t xml:space="preserve">The Odyssey</w:t>
      </w:r>
      <w:r>
        <w:br/>
      </w:r>
      <w:r>
        <w:rPr>
          <w:i/>
          <w:iCs/>
        </w:rPr>
        <w:t xml:space="preserve">Homer</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size of the original page has been reduced so as to make both books uniform with Butler's other works; and, fortunately, it has been possible, by using a smaller type, to get the same number of words into each page, so that the references remain good, and, with the exception of a few minor alterations and rearrangements now to be</w:t>
      </w:r>
      <w:r>
        <w:rPr>
          <w:b/>
          <w:bCs/>
        </w:rPr>
        <w:t xml:space="preserve"> </w:t>
      </w:r>
      <w:r>
        <w:rPr>
          <w:b/>
          <w:bCs/>
          <w:u w:val="single"/>
        </w:rPr>
        <w:t xml:space="preserve">enumerated</w:t>
      </w:r>
      <w:r>
        <w:rPr>
          <w:b/>
          <w:bCs/>
        </w:rPr>
        <w:t xml:space="preserve"> </w:t>
      </w:r>
      <w:r>
        <w:rPr>
          <w:b/>
          <w:bCs/>
        </w:rPr>
        <w:t xml:space="preserve">so far as they affect the Translation, the new editions are faithful reprints of the original editions, with misprints and obvious errors corrected—no attempt having been made to edit them or to bring them up to date.</w:t>
      </w:r>
      <w:r>
        <w:br/>
      </w:r>
      <w:r>
        <w:t xml:space="preserve">    (a) to name or list things one-by-one</w:t>
      </w:r>
      <w:r>
        <w:br/>
      </w:r>
      <w:r>
        <w:t xml:space="preserve">    (b) was overly unhappy and unsociable</w:t>
      </w:r>
      <w:r>
        <w:br/>
      </w:r>
      <w:r>
        <w:t xml:space="preserve">    (c) not limited or without boundaries</w:t>
      </w:r>
    </w:p>
    <w:p>
      <w:pPr>
        <w:pStyle w:val="Compact"/>
        <w:numPr>
          <w:ilvl w:val="0"/>
          <w:numId w:val="1001"/>
        </w:numPr>
      </w:pPr>
      <w:r>
        <w:rPr>
          <w:b/>
          <w:bCs/>
        </w:rPr>
        <w:t xml:space="preserve">Still, let us lay our heads together and see how we can help him to return; Neptune will then be</w:t>
      </w:r>
      <w:r>
        <w:rPr>
          <w:b/>
          <w:bCs/>
        </w:rPr>
        <w:t xml:space="preserve"> </w:t>
      </w:r>
      <w:r>
        <w:rPr>
          <w:b/>
          <w:bCs/>
          <w:u w:val="single"/>
        </w:rPr>
        <w:t xml:space="preserve">pacified</w:t>
      </w:r>
      <w:r>
        <w:rPr>
          <w:b/>
          <w:bCs/>
        </w:rPr>
        <w:t xml:space="preserve">, for if we are all of a mind he can hardly stand out against us.</w:t>
      </w:r>
      <w:r>
        <w:br/>
      </w:r>
      <w:r>
        <w:t xml:space="preserve">    (a) donated a portion of one's income to a church</w:t>
      </w:r>
      <w:r>
        <w:br/>
      </w:r>
      <w:r>
        <w:t xml:space="preserve">    (b) calm someone who is angry; or establish peace</w:t>
      </w:r>
      <w:r>
        <w:br/>
      </w:r>
      <w:r>
        <w:t xml:space="preserve">    (c) caused to happen or occurred as a consequence</w:t>
      </w:r>
    </w:p>
    <w:p>
      <w:pPr>
        <w:pStyle w:val="Compact"/>
        <w:numPr>
          <w:ilvl w:val="0"/>
          <w:numId w:val="1001"/>
        </w:numPr>
      </w:pPr>
      <w:r>
        <w:rPr>
          <w:b/>
          <w:bCs/>
        </w:rPr>
        <w:t xml:space="preserve">You are a fine, smart looking fellow; show your</w:t>
      </w:r>
      <w:r>
        <w:rPr>
          <w:b/>
          <w:bCs/>
        </w:rPr>
        <w:t xml:space="preserve"> </w:t>
      </w:r>
      <w:r>
        <w:rPr>
          <w:b/>
          <w:bCs/>
          <w:u w:val="single"/>
        </w:rPr>
        <w:t xml:space="preserve">mettle</w:t>
      </w:r>
      <w:r>
        <w:rPr>
          <w:b/>
          <w:bCs/>
        </w:rPr>
        <w:t xml:space="preserve">, then, and make yourself a name in story.</w:t>
      </w:r>
      <w:r>
        <w:br/>
      </w:r>
      <w:r>
        <w:t xml:space="preserve">    (a) lacking things most people enjoy</w:t>
      </w:r>
      <w:r>
        <w:br/>
      </w:r>
      <w:r>
        <w:t xml:space="preserve">    (b) courage or strength of character</w:t>
      </w:r>
      <w:r>
        <w:br/>
      </w:r>
      <w:r>
        <w:t xml:space="preserve">    (c) opposed to people who are Jewish</w:t>
      </w:r>
    </w:p>
    <w:p>
      <w:pPr>
        <w:pStyle w:val="Compact"/>
        <w:numPr>
          <w:ilvl w:val="0"/>
          <w:numId w:val="1001"/>
        </w:numPr>
      </w:pPr>
      <w:r>
        <w:rPr>
          <w:b/>
          <w:bCs/>
        </w:rPr>
        <w:t xml:space="preserve">Like a lioness caught in the toils with huntsmen hemming her in on every side she thought and thought till she sank into a slumber, and lay on her bed</w:t>
      </w:r>
      <w:r>
        <w:rPr>
          <w:b/>
          <w:bCs/>
        </w:rPr>
        <w:t xml:space="preserve"> </w:t>
      </w:r>
      <w:r>
        <w:rPr>
          <w:b/>
          <w:bCs/>
          <w:u w:val="single"/>
        </w:rPr>
        <w:t xml:space="preserve">bereft</w:t>
      </w:r>
      <w:r>
        <w:rPr>
          <w:b/>
          <w:bCs/>
        </w:rPr>
        <w:t xml:space="preserve"> </w:t>
      </w:r>
      <w:r>
        <w:rPr>
          <w:b/>
          <w:bCs/>
        </w:rPr>
        <w:t xml:space="preserve">of thought and motion.</w:t>
      </w:r>
      <w:r>
        <w:br/>
      </w:r>
      <w:r>
        <w:t xml:space="preserve">    (a) in a manner that is not a careful, systematic, logical examination</w:t>
      </w:r>
      <w:r>
        <w:br/>
      </w:r>
      <w:r>
        <w:t xml:space="preserve">    (b) not appropriate or not properly related in size, amount, or degree</w:t>
      </w:r>
      <w:r>
        <w:br/>
      </w:r>
      <w:r>
        <w:t xml:space="preserve">    (c) not having something, or greatly saddened by the loss of something</w:t>
      </w:r>
    </w:p>
    <w:p>
      <w:pPr>
        <w:pStyle w:val="Compact"/>
        <w:numPr>
          <w:ilvl w:val="0"/>
          <w:numId w:val="1001"/>
        </w:numPr>
      </w:pPr>
      <w:r>
        <w:rPr>
          <w:b/>
          <w:bCs/>
        </w:rPr>
        <w:t xml:space="preserve">When the child of morning rosy-fingered Dawn appeared, Ulysses put on his shirt and cloak, while the goddess wore a dress of a light</w:t>
      </w:r>
      <w:r>
        <w:rPr>
          <w:b/>
          <w:bCs/>
        </w:rPr>
        <w:t xml:space="preserve"> </w:t>
      </w:r>
      <w:r>
        <w:rPr>
          <w:b/>
          <w:bCs/>
          <w:u w:val="single"/>
        </w:rPr>
        <w:t xml:space="preserve">gossamer</w:t>
      </w:r>
      <w:r>
        <w:rPr>
          <w:b/>
          <w:bCs/>
        </w:rPr>
        <w:t xml:space="preserve"> </w:t>
      </w:r>
      <w:r>
        <w:rPr>
          <w:b/>
          <w:bCs/>
        </w:rPr>
        <w:t xml:space="preserve">fabric, very fine and graceful, with a beautiful golden girdle about her waist and a veil to cover her head.</w:t>
      </w:r>
      <w:r>
        <w:br/>
      </w:r>
      <w:r>
        <w:t xml:space="preserve">    (a) characteristic (of something or someone)</w:t>
      </w:r>
      <w:r>
        <w:br/>
      </w:r>
      <w:r>
        <w:t xml:space="preserve">    (b) dreamlike state of altered consciousness</w:t>
      </w:r>
      <w:r>
        <w:br/>
      </w:r>
      <w:r>
        <w:t xml:space="preserve">    (c) extremely light, delicate, airy, or thin</w:t>
      </w:r>
    </w:p>
    <w:p>
      <w:pPr>
        <w:pStyle w:val="Compact"/>
        <w:numPr>
          <w:ilvl w:val="0"/>
          <w:numId w:val="1001"/>
        </w:numPr>
      </w:pPr>
      <w:r>
        <w:rPr>
          <w:b/>
          <w:bCs/>
        </w:rPr>
        <w:t xml:space="preserve">Here no wind beats roughly, and neither rain nor snow can fall; but it</w:t>
      </w:r>
      <w:r>
        <w:rPr>
          <w:b/>
          <w:bCs/>
        </w:rPr>
        <w:t xml:space="preserve"> </w:t>
      </w:r>
      <w:r>
        <w:rPr>
          <w:b/>
          <w:bCs/>
          <w:u w:val="single"/>
        </w:rPr>
        <w:t xml:space="preserve">abides</w:t>
      </w:r>
      <w:r>
        <w:rPr>
          <w:b/>
          <w:bCs/>
        </w:rPr>
        <w:t xml:space="preserve"> </w:t>
      </w:r>
      <w:r>
        <w:rPr>
          <w:b/>
          <w:bCs/>
        </w:rPr>
        <w:t xml:space="preserve">in everlasting sunshine and in a great peacefulness of light,</w:t>
      </w:r>
      <w:r>
        <w:br/>
      </w:r>
      <w:r>
        <w:t xml:space="preserve">    (a) takes on or adopts</w:t>
      </w:r>
      <w:r>
        <w:br/>
      </w:r>
      <w:r>
        <w:t xml:space="preserve">    (b) remains</w:t>
      </w:r>
      <w:r>
        <w:br/>
      </w:r>
      <w:r>
        <w:t xml:space="preserve">    (c) influences opinion</w:t>
      </w:r>
    </w:p>
    <w:p>
      <w:pPr>
        <w:pStyle w:val="Compact"/>
        <w:numPr>
          <w:ilvl w:val="0"/>
          <w:numId w:val="1001"/>
        </w:numPr>
      </w:pPr>
      <w:r>
        <w:rPr>
          <w:b/>
          <w:bCs/>
        </w:rPr>
        <w:t xml:space="preserve">Perhaps he is a</w:t>
      </w:r>
      <w:r>
        <w:rPr>
          <w:b/>
          <w:bCs/>
        </w:rPr>
        <w:t xml:space="preserve"> </w:t>
      </w:r>
      <w:r>
        <w:rPr>
          <w:b/>
          <w:bCs/>
          <w:u w:val="single"/>
        </w:rPr>
        <w:t xml:space="preserve">vagabond</w:t>
      </w:r>
      <w:r>
        <w:rPr>
          <w:b/>
          <w:bCs/>
        </w:rPr>
        <w:t xml:space="preserve"> </w:t>
      </w:r>
      <w:r>
        <w:rPr>
          <w:b/>
          <w:bCs/>
        </w:rPr>
        <w:t xml:space="preserve">sailor whom she has taken from some foreign vessel, for we have no neighbours; or some god has at last come down from heaven in answer to her prayers, and she is going to live with him all the rest of her life.</w:t>
      </w:r>
      <w:r>
        <w:br/>
      </w:r>
      <w:r>
        <w:t xml:space="preserve">    (a) a person who wanders from town to town with no fixed home or job</w:t>
      </w:r>
      <w:r>
        <w:br/>
      </w:r>
      <w:r>
        <w:t xml:space="preserve">    (b) feel angry or unhappy about having to accept something not liked</w:t>
      </w:r>
      <w:r>
        <w:br/>
      </w:r>
      <w:r>
        <w:t xml:space="preserve">    (c) accept something undesired as unavoidable or the lesser of evils</w:t>
      </w:r>
    </w:p>
    <w:p>
      <w:pPr>
        <w:pStyle w:val="Compact"/>
        <w:numPr>
          <w:ilvl w:val="0"/>
          <w:numId w:val="1001"/>
        </w:numPr>
      </w:pPr>
      <w:r>
        <w:rPr>
          <w:b/>
          <w:bCs/>
        </w:rPr>
        <w:t xml:space="preserve">This is the kind of</w:t>
      </w:r>
      <w:r>
        <w:rPr>
          <w:b/>
          <w:bCs/>
        </w:rPr>
        <w:t xml:space="preserve"> </w:t>
      </w:r>
      <w:r>
        <w:rPr>
          <w:b/>
          <w:bCs/>
          <w:u w:val="single"/>
        </w:rPr>
        <w:t xml:space="preserve">disparaging</w:t>
      </w:r>
      <w:r>
        <w:rPr>
          <w:b/>
          <w:bCs/>
        </w:rPr>
        <w:t xml:space="preserve"> </w:t>
      </w:r>
      <w:r>
        <w:rPr>
          <w:b/>
          <w:bCs/>
        </w:rPr>
        <w:t xml:space="preserve">remark that would be made about me, and I could not complain, for I should myself be scandalised at seeing any other girl do the like,</w:t>
      </w:r>
      <w:r>
        <w:br/>
      </w:r>
      <w:r>
        <w:t xml:space="preserve">    (a) moving into position to work; or starting</w:t>
      </w:r>
      <w:r>
        <w:br/>
      </w:r>
      <w:r>
        <w:t xml:space="preserve">    (b) criticizing</w:t>
      </w:r>
      <w:r>
        <w:br/>
      </w:r>
      <w:r>
        <w:t xml:space="preserve">    (c) controlling (how something will turn out)</w:t>
      </w:r>
    </w:p>
    <w:p>
      <w:pPr>
        <w:pStyle w:val="Compact"/>
        <w:numPr>
          <w:ilvl w:val="0"/>
          <w:numId w:val="1001"/>
        </w:numPr>
      </w:pPr>
      <w:r>
        <w:rPr>
          <w:b/>
          <w:bCs/>
        </w:rPr>
        <w:t xml:space="preserve">There are</w:t>
      </w:r>
      <w:r>
        <w:rPr>
          <w:b/>
          <w:bCs/>
        </w:rPr>
        <w:t xml:space="preserve"> </w:t>
      </w:r>
      <w:r>
        <w:rPr>
          <w:b/>
          <w:bCs/>
          <w:u w:val="single"/>
        </w:rPr>
        <w:t xml:space="preserve">luscious</w:t>
      </w:r>
      <w:r>
        <w:rPr>
          <w:b/>
          <w:bCs/>
        </w:rPr>
        <w:t xml:space="preserve"> </w:t>
      </w:r>
      <w:r>
        <w:rPr>
          <w:b/>
          <w:bCs/>
        </w:rPr>
        <w:t xml:space="preserve">figs also, and olives in full growth.</w:t>
      </w:r>
      <w:r>
        <w:br/>
      </w:r>
      <w:r>
        <w:t xml:space="preserve">    (a) very important</w:t>
      </w:r>
      <w:r>
        <w:br/>
      </w:r>
      <w:r>
        <w:t xml:space="preserve">    (b) able to change</w:t>
      </w:r>
      <w:r>
        <w:br/>
      </w:r>
      <w:r>
        <w:t xml:space="preserve">    (c) very desirable</w:t>
      </w:r>
    </w:p>
    <w:p>
      <w:pPr>
        <w:pStyle w:val="Compact"/>
        <w:numPr>
          <w:ilvl w:val="0"/>
          <w:numId w:val="1001"/>
        </w:numPr>
      </w:pPr>
      <w:r>
        <w:rPr>
          <w:b/>
          <w:bCs/>
        </w:rPr>
        <w:t xml:space="preserve">'My son,' she answered, 'most ill-fated of all mankind, it is not Proserpine that is</w:t>
      </w:r>
      <w:r>
        <w:rPr>
          <w:b/>
          <w:bCs/>
        </w:rPr>
        <w:t xml:space="preserve"> </w:t>
      </w:r>
      <w:r>
        <w:rPr>
          <w:b/>
          <w:bCs/>
          <w:u w:val="single"/>
        </w:rPr>
        <w:t xml:space="preserve">beguiling</w:t>
      </w:r>
      <w:r>
        <w:rPr>
          <w:b/>
          <w:bCs/>
        </w:rPr>
        <w:t xml:space="preserve"> </w:t>
      </w:r>
      <w:r>
        <w:rPr>
          <w:b/>
          <w:bCs/>
        </w:rPr>
        <w:t xml:space="preserve">you, but all people are like this when they are dead.</w:t>
      </w:r>
      <w:r>
        <w:br/>
      </w:r>
      <w:r>
        <w:t xml:space="preserve">    (a) charming or enchanting; or deceiving through charm</w:t>
      </w:r>
      <w:r>
        <w:br/>
      </w:r>
      <w:r>
        <w:t xml:space="preserve">    (b) moving out of an interacting position; or stopping</w:t>
      </w:r>
      <w:r>
        <w:br/>
      </w:r>
      <w:r>
        <w:t xml:space="preserve">    (c) exercising privileges to which one is not entitled</w:t>
      </w:r>
    </w:p>
    <w:p>
      <w:pPr>
        <w:pStyle w:val="Compact"/>
        <w:numPr>
          <w:ilvl w:val="0"/>
          <w:numId w:val="1001"/>
        </w:numPr>
      </w:pPr>
      <w:r>
        <w:rPr>
          <w:b/>
          <w:bCs/>
        </w:rPr>
        <w:t xml:space="preserve">Ulysses was glad at finding himself, as Minerva told him, in his own country, and he began to answer, but he did not speak the truth, and made up a lying story in the instinctive</w:t>
      </w:r>
      <w:r>
        <w:rPr>
          <w:b/>
          <w:bCs/>
        </w:rPr>
        <w:t xml:space="preserve"> </w:t>
      </w:r>
      <w:r>
        <w:rPr>
          <w:b/>
          <w:bCs/>
          <w:u w:val="single"/>
        </w:rPr>
        <w:t xml:space="preserve">wiliness</w:t>
      </w:r>
      <w:r>
        <w:rPr>
          <w:b/>
          <w:bCs/>
        </w:rPr>
        <w:t xml:space="preserve"> </w:t>
      </w:r>
      <w:r>
        <w:rPr>
          <w:b/>
          <w:bCs/>
        </w:rPr>
        <w:t xml:space="preserve">of his heart.</w:t>
      </w:r>
      <w:r>
        <w:br/>
      </w:r>
      <w:r>
        <w:t xml:space="preserve">    (a) the state or degree of being optimistic or agreeable</w:t>
      </w:r>
      <w:r>
        <w:br/>
      </w:r>
      <w:r>
        <w:t xml:space="preserve">    (b) clever and good at tricking others to achieve a goal</w:t>
      </w:r>
      <w:r>
        <w:br/>
      </w:r>
      <w:r>
        <w:t xml:space="preserve">    (c) the quality of being very bad (deserving no respect)</w:t>
      </w:r>
    </w:p>
    <w:p>
      <w:pPr>
        <w:pStyle w:val="Compact"/>
        <w:numPr>
          <w:ilvl w:val="0"/>
          <w:numId w:val="1001"/>
        </w:numPr>
      </w:pPr>
      <w:r>
        <w:rPr>
          <w:b/>
          <w:bCs/>
        </w:rPr>
        <w:t xml:space="preserve">Presently the winds and waves took the ship to Ithaca, where Laertes gave sundry of his</w:t>
      </w:r>
      <w:r>
        <w:rPr>
          <w:b/>
          <w:bCs/>
        </w:rPr>
        <w:t xml:space="preserve"> </w:t>
      </w:r>
      <w:r>
        <w:rPr>
          <w:b/>
          <w:bCs/>
          <w:u w:val="single"/>
        </w:rPr>
        <w:t xml:space="preserve">chattels</w:t>
      </w:r>
      <w:r>
        <w:rPr>
          <w:b/>
          <w:bCs/>
        </w:rPr>
        <w:t xml:space="preserve"> </w:t>
      </w:r>
      <w:r>
        <w:rPr>
          <w:b/>
          <w:bCs/>
        </w:rPr>
        <w:t xml:space="preserve">for me, and thus it was that ever I came to set eyes upon this country.</w:t>
      </w:r>
      <w:r>
        <w:br/>
      </w:r>
      <w:r>
        <w:t xml:space="preserve">    (a) acts of stopping a battle or fight</w:t>
      </w:r>
      <w:r>
        <w:br/>
      </w:r>
      <w:r>
        <w:t xml:space="preserve">    (b) a central open spaces in buildings</w:t>
      </w:r>
      <w:r>
        <w:br/>
      </w:r>
      <w:r>
        <w:t xml:space="preserve">    (c) things that are tangible and owned</w:t>
      </w:r>
    </w:p>
    <w:p>
      <w:pPr>
        <w:pStyle w:val="Compact"/>
        <w:numPr>
          <w:ilvl w:val="0"/>
          <w:numId w:val="1001"/>
        </w:numPr>
      </w:pPr>
      <w:r>
        <w:rPr>
          <w:b/>
          <w:bCs/>
        </w:rPr>
        <w:t xml:space="preserve">Surely this would have been very</w:t>
      </w:r>
      <w:r>
        <w:rPr>
          <w:b/>
          <w:bCs/>
        </w:rPr>
        <w:t xml:space="preserve"> </w:t>
      </w:r>
      <w:r>
        <w:rPr>
          <w:b/>
          <w:bCs/>
          <w:u w:val="single"/>
        </w:rPr>
        <w:t xml:space="preserve">discreditable</w:t>
      </w:r>
      <w:r>
        <w:rPr>
          <w:b/>
          <w:bCs/>
        </w:rPr>
        <w:t xml:space="preserve"> </w:t>
      </w:r>
      <w:r>
        <w:rPr>
          <w:b/>
          <w:bCs/>
        </w:rPr>
        <w:t xml:space="preserve">to you.</w:t>
      </w:r>
      <w:r>
        <w:br/>
      </w:r>
      <w:r>
        <w:t xml:space="preserve">    (a) full of strong desire for something</w:t>
      </w:r>
      <w:r>
        <w:br/>
      </w:r>
      <w:r>
        <w:t xml:space="preserve">    (b) in a manner that takes on or adopts</w:t>
      </w:r>
      <w:r>
        <w:br/>
      </w:r>
      <w:r>
        <w:t xml:space="preserve">    (c) tending to damage the reputation of</w:t>
      </w:r>
    </w:p>
    <w:p>
      <w:pPr>
        <w:pStyle w:val="Compact"/>
        <w:numPr>
          <w:ilvl w:val="0"/>
          <w:numId w:val="1001"/>
        </w:numPr>
      </w:pPr>
      <w:r>
        <w:rPr>
          <w:b/>
          <w:bCs/>
        </w:rPr>
        <w:t xml:space="preserve">"May heaven," answered Ulysses, "</w:t>
      </w:r>
      <w:r>
        <w:rPr>
          <w:b/>
          <w:bCs/>
          <w:u w:val="single"/>
        </w:rPr>
        <w:t xml:space="preserve">requite</w:t>
      </w:r>
      <w:r>
        <w:rPr>
          <w:b/>
          <w:bCs/>
        </w:rPr>
        <w:t xml:space="preserve"> </w:t>
      </w:r>
      <w:r>
        <w:rPr>
          <w:b/>
          <w:bCs/>
        </w:rPr>
        <w:t xml:space="preserve">to them the wickedness with which they deal high-handedly in another man's house without any sense of shame."</w:t>
      </w:r>
      <w:r>
        <w:br/>
      </w:r>
      <w:r>
        <w:t xml:space="preserve">    (a) repay or return</w:t>
      </w:r>
      <w:r>
        <w:br/>
      </w:r>
      <w:r>
        <w:t xml:space="preserve">    (b) strongly desire</w:t>
      </w:r>
      <w:r>
        <w:br/>
      </w:r>
      <w:r>
        <w:t xml:space="preserve">    (c) think carefully</w:t>
      </w:r>
    </w:p>
    <w:p>
      <w:pPr>
        <w:pStyle w:val="Compact"/>
        <w:numPr>
          <w:ilvl w:val="0"/>
          <w:numId w:val="1001"/>
        </w:numPr>
      </w:pPr>
      <w:r>
        <w:rPr>
          <w:b/>
          <w:bCs/>
        </w:rPr>
        <w:t xml:space="preserve">Iphitus had gone there also to try and get back twelve brood mares that he had lost, and the mule</w:t>
      </w:r>
      <w:r>
        <w:rPr>
          <w:b/>
          <w:bCs/>
        </w:rPr>
        <w:t xml:space="preserve"> </w:t>
      </w:r>
      <w:r>
        <w:rPr>
          <w:b/>
          <w:bCs/>
          <w:u w:val="single"/>
        </w:rPr>
        <w:t xml:space="preserve">foals</w:t>
      </w:r>
      <w:r>
        <w:rPr>
          <w:b/>
          <w:bCs/>
        </w:rPr>
        <w:t xml:space="preserve"> </w:t>
      </w:r>
      <w:r>
        <w:rPr>
          <w:b/>
          <w:bCs/>
        </w:rPr>
        <w:t xml:space="preserve">that were running with them.</w:t>
      </w:r>
      <w:r>
        <w:br/>
      </w:r>
      <w:r>
        <w:t xml:space="preserve">    (a) a young horse; or giving birth to a young horse</w:t>
      </w:r>
      <w:r>
        <w:br/>
      </w:r>
      <w:r>
        <w:t xml:space="preserve">    (b) alternately increases and decreases in quantity</w:t>
      </w:r>
      <w:r>
        <w:br/>
      </w:r>
      <w:r>
        <w:t xml:space="preserve">    (c) keeps people and goods from reaching a location</w:t>
      </w:r>
    </w:p>
    <w:p>
      <w:pPr>
        <w:pStyle w:val="Compact"/>
        <w:numPr>
          <w:ilvl w:val="0"/>
          <w:numId w:val="1001"/>
        </w:numPr>
      </w:pPr>
      <w:r>
        <w:rPr>
          <w:b/>
          <w:bCs/>
        </w:rPr>
        <w:t xml:space="preserve">Heaven has denied us the happiness of spending our youth, and of growing old, together; do not then be</w:t>
      </w:r>
      <w:r>
        <w:rPr>
          <w:b/>
          <w:bCs/>
        </w:rPr>
        <w:t xml:space="preserve"> </w:t>
      </w:r>
      <w:r>
        <w:rPr>
          <w:b/>
          <w:bCs/>
          <w:u w:val="single"/>
        </w:rPr>
        <w:t xml:space="preserve">aggrieved</w:t>
      </w:r>
      <w:r>
        <w:rPr>
          <w:b/>
          <w:bCs/>
        </w:rPr>
        <w:t xml:space="preserve"> </w:t>
      </w:r>
      <w:r>
        <w:rPr>
          <w:b/>
          <w:bCs/>
        </w:rPr>
        <w:t xml:space="preserve">or take it amiss that I did not embrace you thus as soon as I saw you.</w:t>
      </w:r>
      <w:r>
        <w:br/>
      </w:r>
      <w:r>
        <w:t xml:space="preserve">    (a) learned, discovered, or decided</w:t>
      </w:r>
      <w:r>
        <w:br/>
      </w:r>
      <w:r>
        <w:t xml:space="preserve">    (b) selected (on a computer screen)</w:t>
      </w:r>
      <w:r>
        <w:br/>
      </w:r>
      <w:r>
        <w:t xml:space="preserve">    (c) felt harmed by unfair treatment</w:t>
      </w:r>
    </w:p>
    <w:p>
      <w:pPr>
        <w:pStyle w:val="Compact"/>
        <w:numPr>
          <w:ilvl w:val="0"/>
          <w:numId w:val="1001"/>
        </w:numPr>
      </w:pPr>
      <w:r>
        <w:rPr>
          <w:b/>
          <w:bCs/>
        </w:rPr>
        <w:t xml:space="preserve">Surely the writer does not mean that a pleasant or</w:t>
      </w:r>
      <w:r>
        <w:rPr>
          <w:b/>
          <w:bCs/>
        </w:rPr>
        <w:t xml:space="preserve"> </w:t>
      </w:r>
      <w:r>
        <w:rPr>
          <w:b/>
          <w:bCs/>
          <w:u w:val="single"/>
        </w:rPr>
        <w:t xml:space="preserve">delectable</w:t>
      </w:r>
      <w:r>
        <w:rPr>
          <w:b/>
          <w:bCs/>
        </w:rPr>
        <w:t xml:space="preserve"> </w:t>
      </w:r>
      <w:r>
        <w:rPr>
          <w:b/>
          <w:bCs/>
        </w:rPr>
        <w:t xml:space="preserve">island would not be fit for breeding horses?</w:t>
      </w:r>
      <w:r>
        <w:br/>
      </w:r>
      <w:r>
        <w:t xml:space="preserve">    (a) lack of interest; or the process of stopping interaction or interest</w:t>
      </w:r>
      <w:r>
        <w:br/>
      </w:r>
      <w:r>
        <w:t xml:space="preserve">    (b) extremely pleasing -- especially to the sense of taste or to the eye</w:t>
      </w:r>
      <w:r>
        <w:br/>
      </w:r>
      <w:r>
        <w:t xml:space="preserve">    (c) relating to logical examination of something to better understand it</w:t>
      </w:r>
    </w:p>
    <w:p>
      <w:pPr>
        <w:pStyle w:val="Compact"/>
        <w:numPr>
          <w:ilvl w:val="0"/>
          <w:numId w:val="1001"/>
        </w:numPr>
      </w:pPr>
      <w:r>
        <w:rPr>
          <w:b/>
          <w:bCs/>
        </w:rPr>
        <w:t xml:space="preserve">233, to go no further afield than earlier lines of the same book, give sufficient authority for [Greek], but the [Greek] would not be</w:t>
      </w:r>
      <w:r>
        <w:rPr>
          <w:b/>
          <w:bCs/>
        </w:rPr>
        <w:t xml:space="preserve"> </w:t>
      </w:r>
      <w:r>
        <w:rPr>
          <w:b/>
          <w:bCs/>
          <w:u w:val="single"/>
        </w:rPr>
        <w:t xml:space="preserve">redundant</w:t>
      </w:r>
      <w:r>
        <w:rPr>
          <w:b/>
          <w:bCs/>
        </w:rPr>
        <w:t xml:space="preserve">; it would emphasise the surprise of the contrast, and I should prefer to have it, though it is not very important either way.</w:t>
      </w:r>
      <w:r>
        <w:br/>
      </w:r>
      <w:r>
        <w:t xml:space="preserve">    (a) more than is needed -- often something that is unnecessarily repeated</w:t>
      </w:r>
      <w:r>
        <w:br/>
      </w:r>
      <w:r>
        <w:br/>
      </w:r>
      <w:r>
        <w:t xml:space="preserve">or in technical usage:  describing a secondary component designed to work if the primary component fails</w:t>
      </w:r>
      <w:r>
        <w:br/>
      </w:r>
      <w:r>
        <w:t xml:space="preserve">    (b) the degree to which a performance of or to someone else's work lends itself to the expression of personal artistic ideas or feelings by the performer</w:t>
      </w:r>
      <w:r>
        <w:br/>
      </w:r>
      <w:r>
        <w:t xml:space="preserve">    (c) the quality or degree of being straightforward or clear (sometimes indicating that truth is not worded carefully to spare feelings or gain advantage)</w:t>
      </w:r>
    </w:p>
    <w:p>
      <w:pPr>
        <w:pStyle w:val="Compact"/>
        <w:numPr>
          <w:ilvl w:val="0"/>
          <w:numId w:val="1001"/>
        </w:numPr>
      </w:pPr>
      <w:r>
        <w:rPr>
          <w:b/>
          <w:bCs/>
        </w:rPr>
        <w:t xml:space="preserve">Endnote 88: This visit is wholly without</w:t>
      </w:r>
      <w:r>
        <w:rPr>
          <w:b/>
          <w:bCs/>
        </w:rPr>
        <w:t xml:space="preserve"> </w:t>
      </w:r>
      <w:r>
        <w:rPr>
          <w:b/>
          <w:bCs/>
          <w:u w:val="single"/>
        </w:rPr>
        <w:t xml:space="preserve">topographical</w:t>
      </w:r>
      <w:r>
        <w:rPr>
          <w:b/>
          <w:bCs/>
        </w:rPr>
        <w:t xml:space="preserve"> </w:t>
      </w:r>
      <w:r>
        <w:rPr>
          <w:b/>
          <w:bCs/>
        </w:rPr>
        <w:t xml:space="preserve">significance.</w:t>
      </w:r>
      <w:r>
        <w:br/>
      </w:r>
      <w:r>
        <w:t xml:space="preserve">    (a) the quality or degree of being clear (easily understood or capable of expressing ideas clearly)</w:t>
      </w:r>
      <w:r>
        <w:br/>
      </w:r>
      <w:r>
        <w:t xml:space="preserve">    (b) the features of the surface area of a region; or their study -- especially changes in elevation</w:t>
      </w:r>
      <w:r>
        <w:br/>
      </w:r>
      <w:r>
        <w:t xml:space="preserve">    (c) having a beneficial relationship between two species (or entities) that live in close proximity</w:t>
      </w:r>
    </w:p>
    <w:p>
      <w:pPr>
        <w:pStyle w:val="Compact"/>
        <w:numPr>
          <w:ilvl w:val="0"/>
          <w:numId w:val="1001"/>
        </w:numPr>
      </w:pPr>
      <w:r>
        <w:rPr>
          <w:b/>
          <w:bCs/>
        </w:rPr>
        <w:t xml:space="preserve">The same</w:t>
      </w:r>
      <w:r>
        <w:rPr>
          <w:b/>
          <w:bCs/>
        </w:rPr>
        <w:t xml:space="preserve"> </w:t>
      </w:r>
      <w:r>
        <w:rPr>
          <w:b/>
          <w:bCs/>
          <w:u w:val="single"/>
        </w:rPr>
        <w:t xml:space="preserve">anachronism</w:t>
      </w:r>
      <w:r>
        <w:rPr>
          <w:b/>
          <w:bCs/>
        </w:rPr>
        <w:t xml:space="preserve"> </w:t>
      </w:r>
      <w:r>
        <w:rPr>
          <w:b/>
          <w:bCs/>
        </w:rPr>
        <w:t xml:space="preserve">is made later on in this book.</w:t>
      </w:r>
      <w:r>
        <w:br/>
      </w:r>
      <w:r>
        <w:t xml:space="preserve">    (a) lacking experience or sophistication</w:t>
      </w:r>
      <w:r>
        <w:br/>
      </w:r>
      <w:r>
        <w:t xml:space="preserve">    (b) a Muslim religious teacher or leader</w:t>
      </w:r>
      <w:r>
        <w:br/>
      </w:r>
      <w:r>
        <w:t xml:space="preserve">    (c) something out of place for it's time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2026-07-31T15:48:40Z</dcterms:created>
  <dcterms:modified xsi:type="dcterms:W3CDTF">2026-07-31T15:48:40Z</dcterms:modified>
</cp:coreProperties>
</file>

<file path=docProps/custom.xml><?xml version="1.0" encoding="utf-8"?>
<Properties xmlns="http://schemas.openxmlformats.org/officeDocument/2006/custom-properties" xmlns:vt="http://schemas.openxmlformats.org/officeDocument/2006/docPropsVTypes"/>
</file>