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the-odyssey-homer-vocabulary-preview"/>
    <w:p>
      <w:pPr>
        <w:pStyle w:val="Heading1"/>
      </w:pPr>
      <w:r>
        <w:rPr>
          <w:b/>
          <w:bCs/>
        </w:rPr>
        <w:t xml:space="preserve">The Odyssey</w:t>
      </w:r>
      <w:r>
        <w:br/>
      </w:r>
      <w:r>
        <w:rPr>
          <w:i/>
          <w:iCs/>
        </w:rPr>
        <w:t xml:space="preserve">Homer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afflicted</w:t>
      </w:r>
      <w:r>
        <w:rPr>
          <w:b/>
          <w:bCs/>
        </w:rPr>
        <w:t xml:space="preserve"> </w:t>
      </w:r>
      <w:r>
        <w:rPr>
          <w:b/>
          <w:bCs/>
        </w:rPr>
        <w:t xml:space="preserve">with migraines since childhood.</w:t>
      </w:r>
      <w:r>
        <w:br/>
      </w:r>
      <w:r>
        <w:t xml:space="preserve">    (a) surprised by</w:t>
      </w:r>
      <w:r>
        <w:br/>
      </w:r>
      <w:r>
        <w:t xml:space="preserve">    (b) worried about</w:t>
      </w:r>
      <w:r>
        <w:br/>
      </w:r>
      <w:r>
        <w:t xml:space="preserve">    (c) made to suffer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ballad</w:t>
      </w:r>
      <w:r>
        <w:rPr>
          <w:b/>
          <w:bCs/>
        </w:rPr>
        <w:t xml:space="preserve"> </w:t>
      </w:r>
      <w:r>
        <w:rPr>
          <w:b/>
          <w:bCs/>
        </w:rPr>
        <w:t xml:space="preserve">told the tragic tale of two lovers separated by war.</w:t>
      </w:r>
      <w:r>
        <w:br/>
      </w:r>
      <w:r>
        <w:t xml:space="preserve">    (a) dramatic performance on stage</w:t>
      </w:r>
      <w:r>
        <w:br/>
      </w:r>
      <w:r>
        <w:t xml:space="preserve">    (b) song that tells a story</w:t>
      </w:r>
      <w:r>
        <w:br/>
      </w:r>
      <w:r>
        <w:t xml:space="preserve">    (c) traditional short story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wined, dined,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beguiled</w:t>
      </w:r>
      <w:r>
        <w:rPr>
          <w:b/>
          <w:bCs/>
        </w:rPr>
        <w:t xml:space="preserve"> </w:t>
      </w:r>
      <w:r>
        <w:rPr>
          <w:b/>
          <w:bCs/>
        </w:rPr>
        <w:t xml:space="preserve">into signing the contract.</w:t>
      </w:r>
      <w:r>
        <w:br/>
      </w:r>
      <w:r>
        <w:t xml:space="preserve">    (a) tricked</w:t>
      </w:r>
      <w:r>
        <w:br/>
      </w:r>
      <w:r>
        <w:t xml:space="preserve">    (b) encouraged</w:t>
      </w:r>
      <w:r>
        <w:br/>
      </w:r>
      <w:r>
        <w:t xml:space="preserve">    (c) forced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chemical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deemed</w:t>
      </w:r>
      <w:r>
        <w:rPr>
          <w:b/>
          <w:bCs/>
        </w:rPr>
        <w:t xml:space="preserve"> </w:t>
      </w:r>
      <w:r>
        <w:rPr>
          <w:b/>
          <w:bCs/>
        </w:rPr>
        <w:t xml:space="preserve">unsafe to use in children's products.</w:t>
      </w:r>
      <w:r>
        <w:br/>
      </w:r>
      <w:r>
        <w:t xml:space="preserve">    (a) tested</w:t>
      </w:r>
      <w:r>
        <w:br/>
      </w:r>
      <w:r>
        <w:t xml:space="preserve">    (b) judged</w:t>
      </w:r>
      <w:r>
        <w:br/>
      </w:r>
      <w:r>
        <w:t xml:space="preserve">    (c) manufactured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may be our last chance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devise</w:t>
      </w:r>
      <w:r>
        <w:rPr>
          <w:b/>
          <w:bCs/>
        </w:rPr>
        <w:t xml:space="preserve"> </w:t>
      </w:r>
      <w:r>
        <w:rPr>
          <w:b/>
          <w:bCs/>
        </w:rPr>
        <w:t xml:space="preserve">a compromise that will save the peace.</w:t>
      </w:r>
      <w:r>
        <w:br/>
      </w:r>
      <w:r>
        <w:t xml:space="preserve">    (a) save</w:t>
      </w:r>
      <w:r>
        <w:br/>
      </w:r>
      <w:r>
        <w:t xml:space="preserve">    (b) create</w:t>
      </w:r>
      <w:r>
        <w:br/>
      </w:r>
      <w:r>
        <w:t xml:space="preserve">    (c) consider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grievous</w:t>
      </w:r>
      <w:r>
        <w:rPr>
          <w:b/>
          <w:bCs/>
        </w:rPr>
        <w:t xml:space="preserve"> </w:t>
      </w:r>
      <w:r>
        <w:rPr>
          <w:b/>
          <w:bCs/>
        </w:rPr>
        <w:t xml:space="preserve">offense against morality.</w:t>
      </w:r>
      <w:r>
        <w:br/>
      </w:r>
      <w:r>
        <w:t xml:space="preserve">    (a) foolish</w:t>
      </w:r>
      <w:r>
        <w:br/>
      </w:r>
      <w:r>
        <w:t xml:space="preserve">    (b) minor</w:t>
      </w:r>
      <w:r>
        <w:br/>
      </w:r>
      <w:r>
        <w:t xml:space="preserve">    (c) serious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guile</w:t>
      </w:r>
      <w:r>
        <w:rPr>
          <w:b/>
          <w:bCs/>
        </w:rPr>
        <w:t xml:space="preserve"> </w:t>
      </w:r>
      <w:r>
        <w:rPr>
          <w:b/>
          <w:bCs/>
        </w:rPr>
        <w:t xml:space="preserve">to lie directly to his face.</w:t>
      </w:r>
      <w:r>
        <w:br/>
      </w:r>
      <w:r>
        <w:t xml:space="preserve">    (a) cunning and deceit</w:t>
      </w:r>
      <w:r>
        <w:br/>
      </w:r>
      <w:r>
        <w:t xml:space="preserve">    (b) ambition</w:t>
      </w:r>
      <w:r>
        <w:br/>
      </w:r>
      <w:r>
        <w:t xml:space="preserve">    (c) necessity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class was subjected to a ten-minute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harangue</w:t>
      </w:r>
      <w:r>
        <w:rPr>
          <w:b/>
          <w:bCs/>
        </w:rPr>
        <w:t xml:space="preserve"> </w:t>
      </w:r>
      <w:r>
        <w:rPr>
          <w:b/>
          <w:bCs/>
        </w:rPr>
        <w:t xml:space="preserve">for not taking their homework more seriously.</w:t>
      </w:r>
      <w:r>
        <w:br/>
      </w:r>
      <w:r>
        <w:t xml:space="preserve">    (a) lecture</w:t>
      </w:r>
      <w:r>
        <w:br/>
      </w:r>
      <w:r>
        <w:t xml:space="preserve">    (b) assignment</w:t>
      </w:r>
      <w:r>
        <w:br/>
      </w:r>
      <w:r>
        <w:t xml:space="preserve">    (c) delay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didn’t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heed</w:t>
      </w:r>
      <w:r>
        <w:rPr>
          <w:b/>
          <w:bCs/>
        </w:rPr>
        <w:t xml:space="preserve"> </w:t>
      </w:r>
      <w:r>
        <w:rPr>
          <w:b/>
          <w:bCs/>
        </w:rPr>
        <w:t xml:space="preserve">the storm warnings and got caught in the heavy rain.</w:t>
      </w:r>
      <w:r>
        <w:br/>
      </w:r>
      <w:r>
        <w:t xml:space="preserve">    (a) pay attention to</w:t>
      </w:r>
      <w:r>
        <w:br/>
      </w:r>
      <w:r>
        <w:t xml:space="preserve">    (b) tell others of</w:t>
      </w:r>
      <w:r>
        <w:br/>
      </w:r>
      <w:r>
        <w:t xml:space="preserve">    (c) pass through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believes we have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immortal</w:t>
      </w:r>
      <w:r>
        <w:rPr>
          <w:b/>
          <w:bCs/>
        </w:rPr>
        <w:t xml:space="preserve"> </w:t>
      </w:r>
      <w:r>
        <w:rPr>
          <w:b/>
          <w:bCs/>
        </w:rPr>
        <w:t xml:space="preserve">soul.</w:t>
      </w:r>
      <w:r>
        <w:br/>
      </w:r>
      <w:r>
        <w:t xml:space="preserve">    (a) lasting forever</w:t>
      </w:r>
      <w:r>
        <w:br/>
      </w:r>
      <w:r>
        <w:t xml:space="preserve">    (b) conflicted</w:t>
      </w:r>
      <w:r>
        <w:br/>
      </w:r>
      <w:r>
        <w:t xml:space="preserve">    (c) perfect in every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lamented</w:t>
      </w:r>
      <w:r>
        <w:rPr>
          <w:b/>
          <w:bCs/>
        </w:rPr>
        <w:t xml:space="preserve"> </w:t>
      </w:r>
      <w:r>
        <w:rPr>
          <w:b/>
          <w:bCs/>
        </w:rPr>
        <w:t xml:space="preserve">our sad circumstances.</w:t>
      </w:r>
      <w:r>
        <w:br/>
      </w:r>
      <w:r>
        <w:t xml:space="preserve">    (a) improved</w:t>
      </w:r>
      <w:r>
        <w:br/>
      </w:r>
      <w:r>
        <w:t xml:space="preserve">    (b) expressed grief about</w:t>
      </w:r>
      <w:r>
        <w:br/>
      </w:r>
      <w:r>
        <w:t xml:space="preserve">    (c) made worse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famous professor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mentored</w:t>
      </w:r>
      <w:r>
        <w:rPr>
          <w:b/>
          <w:bCs/>
        </w:rPr>
        <w:t xml:space="preserve"> </w:t>
      </w:r>
      <w:r>
        <w:rPr>
          <w:b/>
          <w:bCs/>
        </w:rPr>
        <w:t xml:space="preserve">her during her years in graduate school.</w:t>
      </w:r>
      <w:r>
        <w:br/>
      </w:r>
      <w:r>
        <w:t xml:space="preserve">    (a) graded essays by</w:t>
      </w:r>
      <w:r>
        <w:br/>
      </w:r>
      <w:r>
        <w:t xml:space="preserve">    (b) lectured to</w:t>
      </w:r>
      <w:r>
        <w:br/>
      </w:r>
      <w:r>
        <w:t xml:space="preserve">    (c) personally advised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graduates have high college debt.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Moreover</w:t>
      </w:r>
      <w:r>
        <w:rPr>
          <w:b/>
          <w:bCs/>
        </w:rPr>
        <w:t xml:space="preserve">, too many of them haven't found good-paying jobs.</w:t>
      </w:r>
      <w:r>
        <w:br/>
      </w:r>
      <w:r>
        <w:t xml:space="preserve">    (a) in addition to that</w:t>
      </w:r>
      <w:r>
        <w:br/>
      </w:r>
      <w:r>
        <w:t xml:space="preserve">    (b) in contrast to that</w:t>
      </w:r>
      <w:r>
        <w:br/>
      </w:r>
      <w:r>
        <w:t xml:space="preserve">    (c) as a result of that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can work together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perish</w:t>
      </w:r>
      <w:r>
        <w:rPr>
          <w:b/>
          <w:bCs/>
        </w:rPr>
        <w:t xml:space="preserve"> </w:t>
      </w:r>
      <w:r>
        <w:rPr>
          <w:b/>
          <w:bCs/>
        </w:rPr>
        <w:t xml:space="preserve">separately.</w:t>
      </w:r>
      <w:r>
        <w:br/>
      </w:r>
      <w:r>
        <w:t xml:space="preserve">    (a) die</w:t>
      </w:r>
      <w:r>
        <w:br/>
      </w:r>
      <w:r>
        <w:t xml:space="preserve">    (b) fail</w:t>
      </w:r>
      <w:r>
        <w:br/>
      </w:r>
      <w:r>
        <w:t xml:space="preserve">    (c) work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smell of freshly brewed coffee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roused</w:t>
      </w:r>
      <w:r>
        <w:rPr>
          <w:b/>
          <w:bCs/>
        </w:rPr>
        <w:t xml:space="preserve"> </w:t>
      </w:r>
      <w:r>
        <w:rPr>
          <w:b/>
          <w:bCs/>
        </w:rPr>
        <w:t xml:space="preserve">her from her sleep.</w:t>
      </w:r>
      <w:r>
        <w:br/>
      </w:r>
      <w:r>
        <w:t xml:space="preserve">    (a) awakened</w:t>
      </w:r>
      <w:r>
        <w:br/>
      </w:r>
      <w:r>
        <w:t xml:space="preserve">    (b) deepened</w:t>
      </w:r>
      <w:r>
        <w:br/>
      </w:r>
      <w:r>
        <w:t xml:space="preserve">    (c) interrupted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long hike,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shambled</w:t>
      </w:r>
      <w:r>
        <w:rPr>
          <w:b/>
          <w:bCs/>
        </w:rPr>
        <w:t xml:space="preserve"> </w:t>
      </w:r>
      <w:r>
        <w:rPr>
          <w:b/>
          <w:bCs/>
        </w:rPr>
        <w:t xml:space="preserve">into camp, shoulders slumped and feet dragging.</w:t>
      </w:r>
      <w:r>
        <w:br/>
      </w:r>
      <w:r>
        <w:t xml:space="preserve">    (a) walked in a shuffling way</w:t>
      </w:r>
      <w:r>
        <w:br/>
      </w:r>
      <w:r>
        <w:t xml:space="preserve">    (b) walked in a quick way</w:t>
      </w:r>
      <w:r>
        <w:br/>
      </w:r>
      <w:r>
        <w:t xml:space="preserve">    (c) walked in a proud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Through years of friendship, her loyalty remained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steadfast</w:t>
      </w:r>
      <w:r>
        <w:rPr>
          <w:b/>
          <w:bCs/>
        </w:rPr>
        <w:t xml:space="preserve">.</w:t>
      </w:r>
      <w:r>
        <w:br/>
      </w:r>
      <w:r>
        <w:t xml:space="preserve">    (a) intensely enthusiastic</w:t>
      </w:r>
      <w:r>
        <w:br/>
      </w:r>
      <w:r>
        <w:t xml:space="preserve">    (b) firmly consistent</w:t>
      </w:r>
      <w:r>
        <w:br/>
      </w:r>
      <w:r>
        <w:t xml:space="preserve">    (c) occasionally wavering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suffers the despair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unrequited</w:t>
      </w:r>
      <w:r>
        <w:rPr>
          <w:b/>
          <w:bCs/>
        </w:rPr>
        <w:t xml:space="preserve"> </w:t>
      </w:r>
      <w:r>
        <w:rPr>
          <w:b/>
          <w:bCs/>
        </w:rPr>
        <w:t xml:space="preserve">love.</w:t>
      </w:r>
      <w:r>
        <w:br/>
      </w:r>
      <w:r>
        <w:t xml:space="preserve">    (a) beyond normal limits</w:t>
      </w:r>
      <w:r>
        <w:br/>
      </w:r>
      <w:r>
        <w:t xml:space="preserve">    (b) loss (through death)</w:t>
      </w:r>
      <w:r>
        <w:br/>
      </w:r>
      <w:r>
        <w:t xml:space="preserve">    (c) unreturned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experiment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data that raised a new set of questions.</w:t>
      </w:r>
      <w:r>
        <w:br/>
      </w:r>
      <w:r>
        <w:t xml:space="preserve">    (a) produced</w:t>
      </w:r>
      <w:r>
        <w:br/>
      </w:r>
      <w:r>
        <w:t xml:space="preserve">    (b) destroyed</w:t>
      </w:r>
      <w:r>
        <w:br/>
      </w:r>
      <w:r>
        <w:t xml:space="preserve">    (c) slowed down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scandal,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to public pressure and resigned her position.</w:t>
      </w:r>
      <w:r>
        <w:br/>
      </w:r>
      <w:r>
        <w:t xml:space="preserve">    (a) gave in</w:t>
      </w:r>
      <w:r>
        <w:br/>
      </w:r>
      <w:r>
        <w:t xml:space="preserve">    (b) added</w:t>
      </w:r>
      <w:r>
        <w:br/>
      </w:r>
      <w:r>
        <w:t xml:space="preserve">    (c) produced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2026-07-31T15:48:12Z</dcterms:created>
  <dcterms:modified xsi:type="dcterms:W3CDTF">2026-07-31T15:48:12Z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