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the-odyssey-homer-vocabulary-in-context"/>
    <w:p>
      <w:pPr>
        <w:pStyle w:val="Heading1"/>
      </w:pPr>
      <w:r>
        <w:rPr>
          <w:b/>
          <w:bCs/>
        </w:rPr>
        <w:t xml:space="preserve">The Odyssey</w:t>
      </w:r>
      <w:r>
        <w:br/>
      </w:r>
      <w:r>
        <w:rPr>
          <w:i/>
          <w:iCs/>
        </w:rPr>
        <w:t xml:space="preserve">Homer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some excuse for the error of critics who asked for a Homer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ballad</w:t>
      </w:r>
      <w:r>
        <w:rPr>
          <w:b/>
          <w:bCs/>
        </w:rPr>
        <w:t xml:space="preserve"> </w:t>
      </w:r>
      <w:r>
        <w:rPr>
          <w:b/>
          <w:bCs/>
        </w:rPr>
        <w:t xml:space="preserve">rhyme.</w:t>
      </w:r>
      <w:r>
        <w:br/>
      </w:r>
      <w:r>
        <w:t xml:space="preserve">    (a) of the Church of Jesus Christ of Latter-Day Saints which was founded by Joseph Smith in 1830</w:t>
      </w:r>
      <w:r>
        <w:br/>
      </w:r>
      <w:r>
        <w:t xml:space="preserve">    (b) related to the branch of physics concerned with the conversion of different forms of energy</w:t>
      </w:r>
      <w:r>
        <w:br/>
      </w:r>
      <w:r>
        <w:t xml:space="preserve">    (c) a song (or poem) that tells a story or expresses strong feelings -- typically slow in tempo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through the blindness of their own hearts 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perished</w:t>
      </w:r>
      <w:r>
        <w:rPr>
          <w:b/>
          <w:bCs/>
        </w:rPr>
        <w:t xml:space="preserve">, fools, who devoured the oxen of Helios Hyperion: but the god took from them their day of returning.</w:t>
      </w:r>
      <w:r>
        <w:br/>
      </w:r>
      <w:r>
        <w:t xml:space="preserve">    (a) examined in detail to better understand</w:t>
      </w:r>
      <w:r>
        <w:br/>
      </w:r>
      <w:r>
        <w:t xml:space="preserve">    (b) moved into position to work; or started</w:t>
      </w:r>
      <w:r>
        <w:br/>
      </w:r>
      <w:r>
        <w:t xml:space="preserve">    (c) died, was destroyed, or ceased to exist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Thinking upon him he spake out among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Immortals</w:t>
      </w:r>
      <w:r>
        <w:rPr>
          <w:b/>
          <w:bCs/>
        </w:rPr>
        <w:t xml:space="preserve">: 'Lo you now, how vainly mortal men do blame the gods!</w:t>
      </w:r>
      <w:r>
        <w:br/>
      </w:r>
      <w:r>
        <w:t xml:space="preserve">    (a) instances of taking on or adopting of power or responsibility</w:t>
      </w:r>
      <w:r>
        <w:br/>
      </w:r>
      <w:r>
        <w:t xml:space="preserve">    (b) people who live forever  OR  people famous throughout history</w:t>
      </w:r>
      <w:r>
        <w:br/>
      </w:r>
      <w:r>
        <w:t xml:space="preserve">    (c) tiles designed to affect noise -- typically to decrease noise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daughter it is that holds the hapless man in sorrow: and ever with soft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guileful</w:t>
      </w:r>
      <w:r>
        <w:rPr>
          <w:b/>
          <w:bCs/>
        </w:rPr>
        <w:t xml:space="preserve"> </w:t>
      </w:r>
      <w:r>
        <w:rPr>
          <w:b/>
          <w:bCs/>
        </w:rPr>
        <w:t xml:space="preserve">tales she is wooing him to forgetfulness of Ithaca.</w:t>
      </w:r>
      <w:r>
        <w:br/>
      </w:r>
      <w:r>
        <w:t xml:space="preserve">    (a) the degree to which something is able to change or is different</w:t>
      </w:r>
      <w:r>
        <w:br/>
      </w:r>
      <w:r>
        <w:t xml:space="preserve">    (b) full of cunning (shrewdness and cleverness, and perhaps deceit)</w:t>
      </w:r>
      <w:r>
        <w:br/>
      </w:r>
      <w:r>
        <w:t xml:space="preserve">    (c) capable of being better understood through detailed examination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he marked the thing and was amazed, for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deemed</w:t>
      </w:r>
      <w:r>
        <w:rPr>
          <w:b/>
          <w:bCs/>
        </w:rPr>
        <w:t xml:space="preserve"> </w:t>
      </w:r>
      <w:r>
        <w:rPr>
          <w:b/>
          <w:bCs/>
        </w:rPr>
        <w:t xml:space="preserve">that it was a god; and anon he went among the wooers, a godlike man.</w:t>
      </w:r>
      <w:r>
        <w:br/>
      </w:r>
      <w:r>
        <w:t xml:space="preserve">    (a) believed or judged</w:t>
      </w:r>
      <w:r>
        <w:br/>
      </w:r>
      <w:r>
        <w:t xml:space="preserve">    (b) wrongly understood</w:t>
      </w:r>
      <w:r>
        <w:br/>
      </w:r>
      <w:r>
        <w:t xml:space="preserve">    (c) not disagreed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Antinous, son of Eupeithes, answered him: 'Telemachus, in very truth the gods themselves instruct thee to be proud of speech and boldly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harangue</w:t>
      </w:r>
      <w:r>
        <w:rPr>
          <w:b/>
          <w:bCs/>
        </w:rPr>
        <w:t xml:space="preserve">.</w:t>
      </w:r>
      <w:r>
        <w:br/>
      </w:r>
      <w:r>
        <w:t xml:space="preserve">    (a) a deal where the accused pleads guilty to a lesser crime in return for a lighter punishment or dropped charges</w:t>
      </w:r>
      <w:r>
        <w:br/>
      </w:r>
      <w:r>
        <w:t xml:space="preserve">    (b) to try to persuade, or to criticize in an impassioned and often annoying manner; or a speech with such an intent</w:t>
      </w:r>
      <w:r>
        <w:br/>
      </w:r>
      <w:r>
        <w:t xml:space="preserve">    (c) removal of false belief that something is better than it is; or the disappointment from removal of such a belief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Moreover</w:t>
      </w:r>
      <w:r>
        <w:rPr>
          <w:b/>
          <w:bCs/>
        </w:rPr>
        <w:t xml:space="preserve"> </w:t>
      </w:r>
      <w:r>
        <w:rPr>
          <w:b/>
          <w:bCs/>
        </w:rPr>
        <w:t xml:space="preserve">it is hard for me to make heavy restitution to Icarius, as needs I must, if of mine own will I send my mother away.</w:t>
      </w:r>
      <w:r>
        <w:br/>
      </w:r>
      <w:r>
        <w:t xml:space="preserve">    (a) despite that (used to connect contrasting ideas)</w:t>
      </w:r>
      <w:r>
        <w:br/>
      </w:r>
      <w:r>
        <w:t xml:space="preserve">    (b) in addition to what has just been said</w:t>
      </w:r>
      <w:r>
        <w:br/>
      </w:r>
      <w:r>
        <w:t xml:space="preserve">    (c) even though -- used to connect contrasting ideas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said that after sore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affliction</w:t>
      </w:r>
      <w:r>
        <w:rPr>
          <w:b/>
          <w:bCs/>
        </w:rPr>
        <w:t xml:space="preserve">, with the loss of all his company, unknown to all, in the twentieth year he should come home.</w:t>
      </w:r>
      <w:r>
        <w:br/>
      </w:r>
      <w:r>
        <w:t xml:space="preserve">    (a) worry or concern about what will happen</w:t>
      </w:r>
      <w:r>
        <w:br/>
      </w:r>
      <w:r>
        <w:t xml:space="preserve">    (b) something that causes ongoing suffering</w:t>
      </w:r>
      <w:r>
        <w:br/>
      </w:r>
      <w:r>
        <w:t xml:space="preserve">    (c) the study of the origin of the universe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with that word he sat him down; then in the midst uprose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Mentor</w:t>
      </w:r>
      <w:r>
        <w:rPr>
          <w:b/>
          <w:bCs/>
        </w:rPr>
        <w:t xml:space="preserve">, the companion of noble Odysseus.</w:t>
      </w:r>
      <w:r>
        <w:br/>
      </w:r>
      <w:r>
        <w:t xml:space="preserve">    (a) to gradually destroy or change the purpose of something -- such as a government, institution, or rule</w:t>
      </w:r>
      <w:r>
        <w:br/>
      </w:r>
      <w:r>
        <w:t xml:space="preserve">    (b) someone who guides and advises another who is less experienced; or the act of providing such guidance</w:t>
      </w:r>
      <w:r>
        <w:br/>
      </w:r>
      <w:r>
        <w:t xml:space="preserve">    (c) a beam, bracket, or other structure supported only on one side; or to support something in that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nine whole years we were busy about them,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devising</w:t>
      </w:r>
      <w:r>
        <w:rPr>
          <w:b/>
          <w:bCs/>
        </w:rPr>
        <w:t xml:space="preserve"> </w:t>
      </w:r>
      <w:r>
        <w:rPr>
          <w:b/>
          <w:bCs/>
        </w:rPr>
        <w:t xml:space="preserve">their ruin with all manner of craft; and scarce did Cronion bring it to pass.</w:t>
      </w:r>
      <w:r>
        <w:br/>
      </w:r>
      <w:r>
        <w:t xml:space="preserve">    (a) requiring (obligating) to do something</w:t>
      </w:r>
      <w:r>
        <w:br/>
      </w:r>
      <w:r>
        <w:t xml:space="preserve">    (b) coming up with (inventing or creating)</w:t>
      </w:r>
      <w:r>
        <w:br/>
      </w:r>
      <w:r>
        <w:t xml:space="preserve">    (c) making strips of hair lighter in color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Who knows but that Odysseus may some day come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requite</w:t>
      </w:r>
      <w:r>
        <w:rPr>
          <w:b/>
          <w:bCs/>
        </w:rPr>
        <w:t xml:space="preserve"> </w:t>
      </w:r>
      <w:r>
        <w:rPr>
          <w:b/>
          <w:bCs/>
        </w:rPr>
        <w:t xml:space="preserve">their violence, either himself alone or all the host of the Achaeans with him?</w:t>
      </w:r>
      <w:r>
        <w:br/>
      </w:r>
      <w:r>
        <w:t xml:space="preserve">    (a) repay or return</w:t>
      </w:r>
      <w:r>
        <w:br/>
      </w:r>
      <w:r>
        <w:t xml:space="preserve">    (b) strongly desire</w:t>
      </w:r>
      <w:r>
        <w:br/>
      </w:r>
      <w:r>
        <w:t xml:space="preserve">    (c) think carefully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all the morning we waited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steadfast</w:t>
      </w:r>
      <w:r>
        <w:rPr>
          <w:b/>
          <w:bCs/>
        </w:rPr>
        <w:t xml:space="preserve"> </w:t>
      </w:r>
      <w:r>
        <w:rPr>
          <w:b/>
          <w:bCs/>
        </w:rPr>
        <w:t xml:space="preserve">heart, and the seals came forth in troops from the brine, and then they couched them all orderly by the sea-beach.</w:t>
      </w:r>
      <w:r>
        <w:br/>
      </w:r>
      <w:r>
        <w:t xml:space="preserve">    (a) firmly consistent</w:t>
      </w:r>
      <w:r>
        <w:br/>
      </w:r>
      <w:r>
        <w:t xml:space="preserve">    (b) occasionally wavering</w:t>
      </w:r>
      <w:r>
        <w:br/>
      </w:r>
      <w:r>
        <w:t xml:space="preserve">    (c) intensely enthusiastic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'So spake he, but my spirit within me was broken, for that he bade me again to go to Aegyptus over the misty deep, a long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grievous</w:t>
      </w:r>
      <w:r>
        <w:rPr>
          <w:b/>
          <w:bCs/>
        </w:rPr>
        <w:t xml:space="preserve"> </w:t>
      </w:r>
      <w:r>
        <w:rPr>
          <w:b/>
          <w:bCs/>
        </w:rPr>
        <w:t xml:space="preserve">way.</w:t>
      </w:r>
      <w:r>
        <w:br/>
      </w:r>
      <w:r>
        <w:t xml:space="preserve">    (a) not tending to find fault</w:t>
      </w:r>
      <w:r>
        <w:br/>
      </w:r>
      <w:r>
        <w:t xml:space="preserve">    (b) not able to be translated</w:t>
      </w:r>
      <w:r>
        <w:br/>
      </w:r>
      <w:r>
        <w:t xml:space="preserve">    (c) very serious; or very bad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she sent it to the house of divine Odysseus to bid Penelope, amid her sorrow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lamenting</w:t>
      </w:r>
      <w:r>
        <w:rPr>
          <w:b/>
          <w:bCs/>
        </w:rPr>
        <w:t xml:space="preserve">, to cease from her weeping and tearful lamentation.</w:t>
      </w:r>
      <w:r>
        <w:br/>
      </w:r>
      <w:r>
        <w:t xml:space="preserve">    (a) expressing grief or regret</w:t>
      </w:r>
      <w:r>
        <w:br/>
      </w:r>
      <w:r>
        <w:t xml:space="preserve">    (b) changing through evolution</w:t>
      </w:r>
      <w:r>
        <w:br/>
      </w:r>
      <w:r>
        <w:t xml:space="preserve">    (c) stopping a battle or fight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spake he, nor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heedless</w:t>
      </w:r>
      <w:r>
        <w:rPr>
          <w:b/>
          <w:bCs/>
        </w:rPr>
        <w:t xml:space="preserve"> </w:t>
      </w:r>
      <w:r>
        <w:rPr>
          <w:b/>
          <w:bCs/>
        </w:rPr>
        <w:t xml:space="preserve">was the messenger, the slayer of Argos.</w:t>
      </w:r>
      <w:r>
        <w:br/>
      </w:r>
      <w:r>
        <w:t xml:space="preserve">    (a) the characteristic of demonstrating something</w:t>
      </w:r>
      <w:r>
        <w:br/>
      </w:r>
      <w:r>
        <w:t xml:space="preserve">    (b) capable of thought, self-reflection, and will</w:t>
      </w:r>
      <w:r>
        <w:br/>
      </w:r>
      <w:r>
        <w:t xml:space="preserve">    (c) ignorant or ignoring; or not following advice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Odysseus of many counsels answered him saying: 'Thou too, my friend, all hail; and may the gods vouchsafe thee happiness, and mayst thou never miss this sword which thou hast given me, thou that with soft speech hast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me amends.'</w:t>
      </w:r>
      <w:r>
        <w:br/>
      </w:r>
      <w:r>
        <w:t xml:space="preserve">    (a) not wanting to do something</w:t>
      </w:r>
      <w:r>
        <w:br/>
      </w:r>
      <w:r>
        <w:t xml:space="preserve">    (b) was attractive or desirable</w:t>
      </w:r>
      <w:r>
        <w:br/>
      </w:r>
      <w:r>
        <w:t xml:space="preserve">    (c) produced or gave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whensoever we Achaeans did battle on the plain of Troy, he never tarried behind in the throng or the press of men, but ran out far before us all,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yielding</w:t>
      </w:r>
      <w:r>
        <w:rPr>
          <w:b/>
          <w:bCs/>
        </w:rPr>
        <w:t xml:space="preserve"> </w:t>
      </w:r>
      <w:r>
        <w:rPr>
          <w:b/>
          <w:bCs/>
        </w:rPr>
        <w:t xml:space="preserve">to none in that might of his.</w:t>
      </w:r>
      <w:r>
        <w:br/>
      </w:r>
      <w:r>
        <w:t xml:space="preserve">    (a) giving in, giving up, or giving way (easily moved or soft)</w:t>
      </w:r>
      <w:r>
        <w:br/>
      </w:r>
      <w:r>
        <w:t xml:space="preserve">    (b) placing trust (in someone) by talking about private things</w:t>
      </w:r>
      <w:r>
        <w:br/>
      </w:r>
      <w:r>
        <w:t xml:space="preserve">    (c) showing, demonstrating, determining, or causing acceptance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much wine still a drinking, and still they slew many flocks of sheep by the seashore and kine with trailing feet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shambling</w:t>
      </w:r>
      <w:r>
        <w:rPr>
          <w:b/>
          <w:bCs/>
        </w:rPr>
        <w:t xml:space="preserve"> </w:t>
      </w:r>
      <w:r>
        <w:rPr>
          <w:b/>
          <w:bCs/>
        </w:rPr>
        <w:t xml:space="preserve">gait.</w:t>
      </w:r>
      <w:r>
        <w:br/>
      </w:r>
      <w:r>
        <w:t xml:space="preserve">    (a) suggesting that someone was involved</w:t>
      </w:r>
      <w:r>
        <w:br/>
      </w:r>
      <w:r>
        <w:t xml:space="preserve">    (b) blending three or more musical notes</w:t>
      </w:r>
      <w:r>
        <w:br/>
      </w:r>
      <w:r>
        <w:t xml:space="preserve">    (c) walking in an awkward, shuffling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First as she was washing clothes, one of them lay with her in love by the hollow ship, for love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beguiles</w:t>
      </w:r>
      <w:r>
        <w:rPr>
          <w:b/>
          <w:bCs/>
        </w:rPr>
        <w:t xml:space="preserve"> </w:t>
      </w:r>
      <w:r>
        <w:rPr>
          <w:b/>
          <w:bCs/>
        </w:rPr>
        <w:t xml:space="preserve">the minds of womankind, even of the upright.</w:t>
      </w:r>
      <w:r>
        <w:br/>
      </w:r>
      <w:r>
        <w:t xml:space="preserve">    (a) to charm, enchant, or entertain someone; or to deceive -- especially through charm</w:t>
      </w:r>
      <w:r>
        <w:br/>
      </w:r>
      <w:r>
        <w:t xml:space="preserve">    (b) designs based on alphabetic letters; or the addition of such a design to something</w:t>
      </w:r>
      <w:r>
        <w:br/>
      </w:r>
      <w:r>
        <w:t xml:space="preserve">    (c) speaks in an ambiguous manner that does not clearly express an opinion or decision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Therewith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roused</w:t>
      </w:r>
      <w:r>
        <w:rPr>
          <w:b/>
          <w:bCs/>
        </w:rPr>
        <w:t xml:space="preserve"> </w:t>
      </w:r>
      <w:r>
        <w:rPr>
          <w:b/>
          <w:bCs/>
        </w:rPr>
        <w:t xml:space="preserve">Athene to yet greater eagerness, and from the peaks of Olympus she came glancing down.</w:t>
      </w:r>
      <w:r>
        <w:br/>
      </w:r>
      <w:r>
        <w:t xml:space="preserve">    (a) beyond the permitted boundary or limit</w:t>
      </w:r>
      <w:r>
        <w:br/>
      </w:r>
      <w:r>
        <w:t xml:space="preserve">    (b) to awaken, make more active, or excite</w:t>
      </w:r>
      <w:r>
        <w:br/>
      </w:r>
      <w:r>
        <w:t xml:space="preserve">    (c) explains something in a particular way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2026-07-31T15:48:12Z</dcterms:created>
  <dcterms:modified xsi:type="dcterms:W3CDTF">2026-07-31T15:48:12Z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