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the-odyssey-homer-vocabulary-in-context"/>
    <w:p>
      <w:pPr>
        <w:pStyle w:val="Heading1"/>
      </w:pPr>
      <w:r>
        <w:rPr>
          <w:b/>
          <w:bCs/>
        </w:rPr>
        <w:t xml:space="preserve">The Odyssey</w:t>
      </w:r>
      <w:r>
        <w:br/>
      </w:r>
      <w:r>
        <w:rPr>
          <w:i/>
          <w:iCs/>
        </w:rPr>
        <w:t xml:space="preserve">Homer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Flashing down from Olympos' height she went to stand in Ithaka, before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, just at the doorsill of the court.</w:t>
      </w:r>
      <w:r>
        <w:br/>
      </w:r>
      <w:r>
        <w:t xml:space="preserve">    (a) when what happens is very different than what might be expected; or when things are together that seem like they don't belong together</w:t>
      </w:r>
      <w:r>
        <w:br/>
      </w:r>
      <w:r>
        <w:t xml:space="preserve">    (b) lymph node -- one of many bean-sized organs that filter bacteria and other toxins from circulating white-blood-cell filled lymph fluid</w:t>
      </w:r>
      <w:r>
        <w:br/>
      </w:r>
      <w:r>
        <w:t xml:space="preserve">    (c) a large house of a wealthy person</w:t>
      </w:r>
      <w:r>
        <w:br/>
      </w:r>
      <w:r>
        <w:br/>
      </w:r>
      <w:r>
        <w:t xml:space="preserve">or historically:</w:t>
      </w:r>
      <w:r>
        <w:br/>
      </w:r>
      <w:r>
        <w:br/>
      </w:r>
      <w:r>
        <w:t xml:space="preserve">the main house of a lord and the land around it that was worked by tenant farmers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he is lost; he came to grief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perished</w:t>
      </w:r>
      <w:r>
        <w:rPr>
          <w:b/>
          <w:bCs/>
        </w:rPr>
        <w:t xml:space="preserve">, and there's no help for us in someone's hoping he still may come; that sun has long gone down.</w:t>
      </w:r>
      <w:r>
        <w:br/>
      </w:r>
      <w:r>
        <w:t xml:space="preserve">    (a) examined in detail to better understand</w:t>
      </w:r>
      <w:r>
        <w:br/>
      </w:r>
      <w:r>
        <w:t xml:space="preserve">    (b) moved into position to work; or started</w:t>
      </w:r>
      <w:r>
        <w:br/>
      </w:r>
      <w:r>
        <w:t xml:space="preserve">    (c) died, was destroyed, or ceased to exist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now the lords of the islands, Doulikhion and Same, wooded Zakynthos, and rocky Ithaka's young lords as well, are here courting my mother; and they use our house as if it were a house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plunder</w:t>
      </w:r>
      <w:r>
        <w:rPr>
          <w:b/>
          <w:bCs/>
        </w:rPr>
        <w:t xml:space="preserve">.</w:t>
      </w:r>
      <w:r>
        <w:br/>
      </w:r>
      <w:r>
        <w:t xml:space="preserve">    (a) to steal -- often after conquering the location with the goods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the goods stolen</w:t>
      </w:r>
      <w:r>
        <w:br/>
      </w:r>
      <w:r>
        <w:t xml:space="preserve">    (b) persuade someone to want something (often sex or love) by tempting with something desired</w:t>
      </w:r>
      <w:r>
        <w:br/>
      </w:r>
      <w:r>
        <w:t xml:space="preserve">    (c) to dominate harshly and unfairly  OR  to deny equal rights to others or make them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heard what glory young Orestes won when he cut down that two-faced man, Aigisthos, for killing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father?</w:t>
      </w:r>
      <w:r>
        <w:br/>
      </w:r>
      <w:r>
        <w:t xml:space="preserve">    (a) famous and admired; or worthy of admiration</w:t>
      </w:r>
      <w:r>
        <w:br/>
      </w:r>
      <w:r>
        <w:t xml:space="preserve">    (b) able to be taken up or received into heaven</w:t>
      </w:r>
      <w:r>
        <w:br/>
      </w:r>
      <w:r>
        <w:t xml:space="preserve">    (c) the state or degree of being bad or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can be no pleasure so fair as giving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to a great minstrel like ours, whose voice itself is pure delight.</w:t>
      </w:r>
      <w:r>
        <w:br/>
      </w:r>
      <w:r>
        <w:t xml:space="preserve">    (a) adjusted excessively or made up for excessively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pay close attention to; or do what is suggested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Next to stand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Mentor</w:t>
      </w:r>
      <w:r>
        <w:rPr>
          <w:b/>
          <w:bCs/>
        </w:rPr>
        <w:t xml:space="preserve">, comrade in arms of the prince Odysseus, an old man now.</w:t>
      </w:r>
      <w:r>
        <w:br/>
      </w:r>
      <w:r>
        <w:t xml:space="preserve">    (a) someone who guides and advises another who is less experienced; or the act of providing such guidance</w:t>
      </w:r>
      <w:r>
        <w:br/>
      </w:r>
      <w:r>
        <w:t xml:space="preserve">    (b) to gradually destroy or change the purpose of something -- such as a government, institution, or rule</w:t>
      </w:r>
      <w:r>
        <w:br/>
      </w:r>
      <w:r>
        <w:t xml:space="preserve">    (c) a beam, bracket, or other structure supported only on one side; or to support something in that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sea routes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their distances to his true son, Penelope's true son,- I doubt another's luck would hold so far.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Odysseus moved aside,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 </w:t>
      </w:r>
      <w:r>
        <w:rPr>
          <w:b/>
          <w:bCs/>
        </w:rPr>
        <w:t xml:space="preserve">his couch, but from across the room Telemakhos checked him: "Friend, sit down; we'll find another chair in our own hut."</w:t>
      </w:r>
      <w:r>
        <w:br/>
      </w:r>
      <w:r>
        <w:t xml:space="preserve">    (a) showing, demonstrating, determining, or causing acceptance</w:t>
      </w:r>
      <w:r>
        <w:br/>
      </w:r>
      <w:r>
        <w:t xml:space="preserve">    (b) giving up</w:t>
      </w:r>
      <w:r>
        <w:br/>
      </w:r>
      <w:r>
        <w:t xml:space="preserve">    (c) placing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Telemakhos went on through to the storeroom of his father, a great vault where gold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lay piled along with chests of clothes, and fragrant oil.</w:t>
      </w:r>
      <w:r>
        <w:br/>
      </w:r>
      <w:r>
        <w:t xml:space="preserve">    (a) examine in detail to better understand</w:t>
      </w:r>
      <w:r>
        <w:br/>
      </w:r>
      <w:r>
        <w:t xml:space="preserve">    (b) appropriate in size, amount, or degree</w:t>
      </w:r>
      <w:r>
        <w:br/>
      </w:r>
      <w:r>
        <w:t xml:space="preserve">    (c) a metal made mostly of copper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be revenged for outrage on my insidious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brazen</w:t>
      </w:r>
      <w:r>
        <w:rPr>
          <w:b/>
          <w:bCs/>
        </w:rPr>
        <w:t xml:space="preserve"> </w:t>
      </w:r>
      <w:r>
        <w:rPr>
          <w:b/>
          <w:bCs/>
        </w:rPr>
        <w:t xml:space="preserve">enemies.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bold and unrestrained by what others consider proper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in the eighth year, back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exile</w:t>
      </w:r>
      <w:r>
        <w:rPr>
          <w:b/>
          <w:bCs/>
        </w:rPr>
        <w:t xml:space="preserve"> </w:t>
      </w:r>
      <w:r>
        <w:rPr>
          <w:b/>
          <w:bCs/>
        </w:rPr>
        <w:t xml:space="preserve">in Attika, Orestes killed the snake who killed his father.</w:t>
      </w:r>
      <w:r>
        <w:br/>
      </w:r>
      <w:r>
        <w:t xml:space="preserve">    (a) (noun) something that is lighter and draws attention -- such as an area of a painting  OR  (verb) making something lighter -- such as an area of a painting</w:t>
      </w:r>
      <w:r>
        <w:br/>
      </w:r>
      <w:r>
        <w:t xml:space="preserve">    (b) recommend or require what should be done  OR  (of a medical doctor) give medical instructions -- such as writing that a patient should take antibiotics</w:t>
      </w:r>
      <w:r>
        <w:br/>
      </w:r>
      <w:r>
        <w:t xml:space="preserve">    (c) to force someone to live outside of their homeland; or living in such a condition</w:t>
      </w:r>
      <w:r>
        <w:br/>
      </w:r>
      <w:r>
        <w:br/>
      </w:r>
      <w:r>
        <w:t xml:space="preserve">or more rarely:  voluntary absence from a place someone would rather be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this I said: 'But you, now:-you must tell me how I can trap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sea-god.</w:t>
      </w:r>
      <w:r>
        <w:br/>
      </w:r>
      <w:r>
        <w:t xml:space="preserve">    (a) respected (worthy of respect) -- typically because of age or position</w:t>
      </w:r>
      <w:r>
        <w:br/>
      </w:r>
      <w:r>
        <w:t xml:space="preserve">    (b) relating to understanding or explaining something in a particular way</w:t>
      </w:r>
      <w:r>
        <w:br/>
      </w:r>
      <w:r>
        <w:t xml:space="preserve">    (c) [of food] able to be prepared in a manner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gods know everything; now you can tell me: which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immortals</w:t>
      </w:r>
      <w:r>
        <w:rPr>
          <w:b/>
          <w:bCs/>
        </w:rPr>
        <w:t xml:space="preserve"> </w:t>
      </w:r>
      <w:r>
        <w:rPr>
          <w:b/>
          <w:bCs/>
        </w:rPr>
        <w:t xml:space="preserve">chained me here?</w:t>
      </w:r>
      <w:r>
        <w:br/>
      </w:r>
      <w:r>
        <w:t xml:space="preserve">    (a) instances of taking on or adopting of power or responsibility</w:t>
      </w:r>
      <w:r>
        <w:br/>
      </w:r>
      <w:r>
        <w:t xml:space="preserve">    (b) people who live forever  OR  people famous throughout history</w:t>
      </w:r>
      <w:r>
        <w:br/>
      </w:r>
      <w:r>
        <w:t xml:space="preserve">    (c) tiles designed to affect noise -- typically to decrease noise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anguish lies ahead; the god who thunders on the land prepares it, not to be shaken from your track, implacable,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for the son whose eye you blinded.</w:t>
      </w:r>
      <w:r>
        <w:br/>
      </w:r>
      <w:r>
        <w:t xml:space="preserve">    (a) measure of general intelligence</w:t>
      </w:r>
      <w:r>
        <w:br/>
      </w:r>
      <w:r>
        <w:t xml:space="preserve">    (b) deep and bitter anger or hatred</w:t>
      </w:r>
      <w:r>
        <w:br/>
      </w:r>
      <w:r>
        <w:t xml:space="preserve">    (c) a firm decision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said that sly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guileful</w:t>
      </w:r>
      <w:r>
        <w:rPr>
          <w:b/>
          <w:bCs/>
        </w:rPr>
        <w:t xml:space="preserve"> </w:t>
      </w:r>
      <w:r>
        <w:rPr>
          <w:b/>
          <w:bCs/>
        </w:rPr>
        <w:t xml:space="preserve">man, Odysseus:</w:t>
      </w:r>
      <w:r>
        <w:br/>
      </w:r>
      <w:r>
        <w:t xml:space="preserve">    (a) capable of being better understood through detailed examination</w:t>
      </w:r>
      <w:r>
        <w:br/>
      </w:r>
      <w:r>
        <w:t xml:space="preserve">    (b) the degree to which something is able to change or is different</w:t>
      </w:r>
      <w:r>
        <w:br/>
      </w:r>
      <w:r>
        <w:t xml:space="preserve">    (c) cunning (shrewd, clever) and deceitful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life there's nothing worse than knocking about the world, no bitterness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vagabonds</w:t>
      </w:r>
      <w:r>
        <w:rPr>
          <w:b/>
          <w:bCs/>
        </w:rPr>
        <w:t xml:space="preserve"> </w:t>
      </w:r>
      <w:r>
        <w:rPr>
          <w:b/>
          <w:bCs/>
        </w:rPr>
        <w:t xml:space="preserve">are spared when the curst belly rages!</w:t>
      </w:r>
      <w:r>
        <w:br/>
      </w:r>
      <w:r>
        <w:t xml:space="preserve">    (a) a person who wanders from town to town with no fixed home or job</w:t>
      </w:r>
      <w:r>
        <w:br/>
      </w:r>
      <w:r>
        <w:t xml:space="preserve">    (b) shows fear by positioning the body as though afraid of being hit</w:t>
      </w:r>
      <w:r>
        <w:br/>
      </w:r>
      <w:r>
        <w:t xml:space="preserve">    (c) degrades (decreases) the purity, quality, or status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drunk, drunk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, they might injure my guest-and how could I bear that?</w:t>
      </w:r>
      <w:r>
        <w:br/>
      </w:r>
      <w:r>
        <w:t xml:space="preserve">    (a) soccer player who typically play in the middle third of the field and who assists with both defense and offense</w:t>
      </w:r>
      <w:r>
        <w:br/>
      </w:r>
      <w:r>
        <w:t xml:space="preserve">    (b) improperly bold or disrespectful -- especially toward someone who is older or considered to be of higher status</w:t>
      </w:r>
      <w:r>
        <w:br/>
      </w:r>
      <w:r>
        <w:t xml:space="preserve">    (c) an artists performance of another artist's work that expresses the performer's feelings or ideas about the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his heart foreknew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to come, but he could not take flight, being by Athena bound there.</w:t>
      </w:r>
      <w:r>
        <w:br/>
      </w:r>
      <w:r>
        <w:t xml:space="preserve">    (a) extreme anger</w:t>
      </w:r>
      <w:r>
        <w:br/>
      </w:r>
      <w:r>
        <w:t xml:space="preserve">    (b) determination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thundered out of bright Olympos down from above the cloudlands in reply —a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rousing</w:t>
      </w:r>
      <w:r>
        <w:rPr>
          <w:b/>
          <w:bCs/>
        </w:rPr>
        <w:t xml:space="preserve"> </w:t>
      </w:r>
      <w:r>
        <w:rPr>
          <w:b/>
          <w:bCs/>
        </w:rPr>
        <w:t xml:space="preserve">peal for Odysseus.</w:t>
      </w:r>
      <w:r>
        <w:br/>
      </w:r>
      <w:r>
        <w:t xml:space="preserve">    (a) explains something in a particular way</w:t>
      </w:r>
      <w:r>
        <w:br/>
      </w:r>
      <w:r>
        <w:t xml:space="preserve">    (b) to awaken, make more active, or excite</w:t>
      </w:r>
      <w:r>
        <w:br/>
      </w:r>
      <w:r>
        <w:t xml:space="preserve">    (c) beyond the permitted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Eumaios echoed him,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invoked</w:t>
      </w:r>
      <w:r>
        <w:rPr>
          <w:b/>
          <w:bCs/>
        </w:rPr>
        <w:t xml:space="preserve"> </w:t>
      </w:r>
      <w:r>
        <w:rPr>
          <w:b/>
          <w:bCs/>
        </w:rPr>
        <w:t xml:space="preserve">the gods, and prayed that his great-minded master should return.</w:t>
      </w:r>
      <w:r>
        <w:br/>
      </w:r>
      <w:r>
        <w:t xml:space="preserve">    (a) condemned</w:t>
      </w:r>
      <w:r>
        <w:br/>
      </w:r>
      <w:r>
        <w:t xml:space="preserve">    (b) called upon</w:t>
      </w:r>
      <w:r>
        <w:br/>
      </w:r>
      <w:r>
        <w:t xml:space="preserve">    (c) suppressed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2026-07-31T16:59:28Z</dcterms:created>
  <dcterms:modified xsi:type="dcterms:W3CDTF">2026-07-31T16:59:28Z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