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odyssey-homer-vocabulary-in-context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So, we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</w:t>
      </w:r>
      <w:r>
        <w:rPr>
          <w:b/>
          <w:bCs/>
        </w:rPr>
        <w:t xml:space="preserve"> </w:t>
      </w:r>
      <w:r>
        <w:rPr>
          <w:b/>
          <w:bCs/>
        </w:rPr>
        <w:t xml:space="preserve">your worldly goods and wealth</w:t>
      </w:r>
      <w:r>
        <w:br/>
      </w:r>
      <w:r>
        <w:rPr>
          <w:b/>
          <w:bCs/>
        </w:rPr>
        <w:t xml:space="preserve">as long as she holds out, holds to that course</w:t>
      </w:r>
      <w:r>
        <w:br/>
      </w:r>
      <w:r>
        <w:rPr>
          <w:b/>
          <w:bCs/>
        </w:rPr>
        <w:t xml:space="preserve">the gods have charted deep inside her heart.</w:t>
      </w:r>
      <w:r>
        <w:br/>
      </w:r>
      <w:r>
        <w:rPr>
          <w:b/>
          <w:bCs/>
        </w:rPr>
        <w:t xml:space="preserve">Great renown she wins for herself, no doubt,</w:t>
      </w:r>
      <w:r>
        <w:br/>
      </w:r>
      <w:r>
        <w:rPr>
          <w:b/>
          <w:bCs/>
        </w:rPr>
        <w:t xml:space="preserve">great loss for you in treasure.</w:t>
      </w:r>
      <w:r>
        <w:br/>
      </w:r>
      <w:r>
        <w:t xml:space="preserve">    (a) an involuntary vomiting spasm</w:t>
      </w:r>
      <w:r>
        <w:br/>
      </w:r>
      <w:r>
        <w:t xml:space="preserve">    (b) select (on a computer screen)</w:t>
      </w:r>
      <w:r>
        <w:br/>
      </w:r>
      <w:r>
        <w:t xml:space="preserve">    (c) consuming (using up)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Odysseus in the thick of slaughtered corpses,</w:t>
      </w:r>
      <w:r>
        <w:br/>
      </w:r>
      <w:r>
        <w:rPr>
          <w:b/>
          <w:bCs/>
        </w:rPr>
        <w:t xml:space="preserve">splattered with bloody filth like a lion that's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br/>
      </w:r>
      <w:r>
        <w:rPr>
          <w:b/>
          <w:bCs/>
        </w:rPr>
        <w:t xml:space="preserve">some ox of the field and lopes home, covered with blood,</w:t>
      </w:r>
      <w:r>
        <w:br/>
      </w:r>
      <w:r>
        <w:t xml:space="preserve">    (a) limited or with boundaries</w:t>
      </w:r>
      <w:r>
        <w:br/>
      </w:r>
      <w:r>
        <w:t xml:space="preserve">    (b) ate rapidly and completely</w:t>
      </w:r>
      <w:r>
        <w:br/>
      </w:r>
      <w:r>
        <w:t xml:space="preserve">    (c) gradually added or removed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Eurymachus—the rest of you fine,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suitors—I have done with appeals to you about these matters.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to concentrate, look at; or the act of concentration</w:t>
      </w:r>
      <w:r>
        <w:br/>
      </w:r>
      <w:r>
        <w:t xml:space="preserve">    (c) bold and improper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hardly adept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conversation.</w:t>
      </w:r>
      <w:r>
        <w:br/>
      </w:r>
      <w:r>
        <w:rPr>
          <w:b/>
          <w:bCs/>
        </w:rPr>
        <w:t xml:space="preserve">Someone my age might feel shy, what's more,</w:t>
      </w:r>
      <w:r>
        <w:br/>
      </w:r>
      <w:r>
        <w:rPr>
          <w:b/>
          <w:bCs/>
        </w:rPr>
        <w:t xml:space="preserve">...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capable of understanding things that require sensitivity and relevant knowledge (perhaps understanding fine distinctions)</w:t>
      </w:r>
      <w:r>
        <w:br/>
      </w:r>
      <w:r>
        <w:t xml:space="preserve">    (c) of an organism in the early stages of development prior to birth, hatching, or sprouting  OR  of anything in an early stage of development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round the posts he poured the chains in a sweeping net</w:t>
      </w:r>
      <w:r>
        <w:br/>
      </w:r>
      <w:r>
        <w:rPr>
          <w:b/>
          <w:bCs/>
        </w:rPr>
        <w:t xml:space="preserve">with streams of others flowing down from the roofbeam,</w:t>
      </w:r>
      <w:r>
        <w:br/>
      </w:r>
      <w:r>
        <w:rPr>
          <w:b/>
          <w:bCs/>
        </w:rPr>
        <w:t xml:space="preserve">gossamer-fine as spider webs no man could see,</w:t>
      </w:r>
      <w:r>
        <w:br/>
      </w:r>
      <w:r>
        <w:rPr>
          <w:b/>
          <w:bCs/>
        </w:rPr>
        <w:t xml:space="preserve">not even a blissful god—</w:t>
      </w:r>
      <w:r>
        <w:br/>
      </w:r>
      <w:r>
        <w:rPr>
          <w:b/>
          <w:bCs/>
        </w:rPr>
        <w:t xml:space="preserve">the Smith had forged a masterwork of guile.</w:t>
      </w:r>
      <w:r>
        <w:br/>
      </w:r>
      <w:r>
        <w:rPr>
          <w:b/>
          <w:bCs/>
        </w:rPr>
        <w:t xml:space="preserve">Once he'd spun that cunning trap around his bed</w:t>
      </w:r>
      <w:r>
        <w:br/>
      </w:r>
      <w:r>
        <w:rPr>
          <w:b/>
          <w:bCs/>
        </w:rPr>
        <w:t xml:space="preserve">...</w:t>
      </w:r>
      <w:r>
        <w:br/>
      </w:r>
      <w:r>
        <w:rPr>
          <w:b/>
          <w:bCs/>
        </w:rPr>
        <w:t xml:space="preserve">and uncontrollable laughter burst from the happy gods</w:t>
      </w:r>
      <w:r>
        <w:br/>
      </w:r>
      <w:r>
        <w:rPr>
          <w:b/>
          <w:bCs/>
        </w:rPr>
        <w:t xml:space="preserve">when they saw the god of fire's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, cunning work.</w:t>
      </w:r>
      <w:r>
        <w:br/>
      </w:r>
      <w:r>
        <w:t xml:space="preserve">    (a) lacking a reason for doing something</w:t>
      </w:r>
      <w:r>
        <w:br/>
      </w:r>
      <w:r>
        <w:t xml:space="preserve">    (b) working in an indirect or hidden way</w:t>
      </w:r>
      <w:r>
        <w:br/>
      </w:r>
      <w:r>
        <w:t xml:space="preserve">    (c) inconspicuousness or trustworthiness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Orestes took revenge,</w:t>
      </w:r>
      <w:r>
        <w:br/>
      </w:r>
      <w:r>
        <w:rPr>
          <w:b/>
          <w:bCs/>
        </w:rPr>
        <w:t xml:space="preserve">he killed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murderous Aegisthus,</w:t>
      </w:r>
      <w:r>
        <w:br/>
      </w:r>
      <w:r>
        <w:rPr>
          <w:b/>
          <w:bCs/>
        </w:rPr>
        <w:t xml:space="preserve">who'd killed his famous father.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good at achieving goals through cleverness and deception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done, he held a feast for the Argives,</w:t>
      </w:r>
      <w:r>
        <w:br/>
      </w:r>
      <w:r>
        <w:rPr>
          <w:b/>
          <w:bCs/>
        </w:rPr>
        <w:t xml:space="preserve">to bury his hated mother, craven Aegisthus too,</w:t>
      </w:r>
      <w:r>
        <w:br/>
      </w:r>
      <w:r>
        <w:rPr>
          <w:b/>
          <w:bCs/>
        </w:rPr>
        <w:t xml:space="preserve">the very day Menelaus arrived, lord of the warcry,</w:t>
      </w:r>
      <w:r>
        <w:br/>
      </w:r>
      <w:r>
        <w:rPr>
          <w:b/>
          <w:bCs/>
        </w:rPr>
        <w:t xml:space="preserve">freighted with all the wealth his ships could carry.</w:t>
      </w:r>
      <w:r>
        <w:br/>
      </w:r>
      <w:r>
        <w:t xml:space="preserve">    (a) something made from parts</w:t>
      </w:r>
      <w:r>
        <w:br/>
      </w:r>
      <w:r>
        <w:t xml:space="preserve">    (b) the act of taking revenge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 vaunted and he groaned back in answer,</w:t>
      </w:r>
      <w:r>
        <w:br/>
      </w:r>
      <w:r>
        <w:rPr>
          <w:b/>
          <w:bCs/>
        </w:rPr>
        <w:t xml:space="preserve">'Oh no, no—that prophecy years ago ...</w:t>
      </w:r>
      <w:r>
        <w:br/>
      </w:r>
      <w:r>
        <w:rPr>
          <w:b/>
          <w:bCs/>
        </w:rPr>
        <w:t xml:space="preserve">it all comes home to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now!</w:t>
      </w:r>
      <w:r>
        <w:br/>
      </w:r>
      <w:r>
        <w:t xml:space="preserve">    (a) with intensity</w:t>
      </w:r>
      <w:r>
        <w:br/>
      </w:r>
      <w:r>
        <w:t xml:space="preserve">    (b) very important</w:t>
      </w:r>
      <w:r>
        <w:br/>
      </w:r>
      <w:r>
        <w:t xml:space="preserve">    (c) available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Proteus of Egypt does,</w:t>
      </w:r>
      <w:r>
        <w:br/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Old Man of the Sea who never lies,</w:t>
      </w:r>
      <w:r>
        <w:br/>
      </w:r>
      <w:r>
        <w:rPr>
          <w:b/>
          <w:bCs/>
        </w:rPr>
        <w:t xml:space="preserve">who sounds the deep in all its depths, Poseidon's servant.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living or existing forever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someone famous throughout history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someone who will never die -- such as a mythological god</w:t>
      </w:r>
      <w:r>
        <w:br/>
      </w:r>
      <w:r>
        <w:t xml:space="preserve">    (c) relating to existentialism -- a philosophical movement that assumes each person is free to determine what is essential in their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my mind?</w:t>
      </w:r>
      <w:r>
        <w:br/>
      </w:r>
      <w:r>
        <w:t xml:space="preserve">    (a) a woman who is casually playful in a way that arouses sexual interest of men</w:t>
      </w:r>
      <w:r>
        <w:br/>
      </w:r>
      <w:r>
        <w:t xml:space="preserve">    (b) to change to multiple areas of control or concentration (rather than just 1)</w:t>
      </w:r>
      <w:r>
        <w:br/>
      </w:r>
      <w:r>
        <w:t xml:space="preserve">    (c) to investigate; or an investigation; or an instrument used for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[Proteus (the Old Man of the Sea) prophesying to Menelaus]</w:t>
      </w:r>
      <w:r>
        <w:br/>
      </w:r>
      <w:r>
        <w:rPr>
          <w:b/>
          <w:bCs/>
        </w:rPr>
        <w:t xml:space="preserve">But about your own destiny, Menelaus,</w:t>
      </w:r>
      <w:r>
        <w:br/>
      </w:r>
      <w:r>
        <w:rPr>
          <w:b/>
          <w:bCs/>
        </w:rPr>
        <w:t xml:space="preserve">dear to Zeus, it's not for you to die</w:t>
      </w:r>
      <w:r>
        <w:br/>
      </w:r>
      <w:r>
        <w:rPr>
          <w:b/>
          <w:bCs/>
        </w:rPr>
        <w:t xml:space="preserve">...</w:t>
      </w:r>
      <w:r>
        <w:br/>
      </w:r>
      <w:r>
        <w:rPr>
          <w:b/>
          <w:bCs/>
        </w:rPr>
        <w:t xml:space="preserve">So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divined</w:t>
      </w:r>
      <w:r>
        <w:rPr>
          <w:b/>
          <w:bCs/>
        </w:rPr>
        <w:t xml:space="preserve"> </w:t>
      </w:r>
      <w:r>
        <w:rPr>
          <w:b/>
          <w:bCs/>
        </w:rPr>
        <w:t xml:space="preserve">and down the breaking surf he dove</w:t>
      </w:r>
      <w:r>
        <w:br/>
      </w:r>
      <w:r>
        <w:t xml:space="preserve">    (a) not having expressed disapproval; or not having warned or advised</w:t>
      </w:r>
      <w:r>
        <w:br/>
      </w:r>
      <w:r>
        <w:t xml:space="preserve">    (b) deeply involved; or intermixed with complications or difficulties</w:t>
      </w:r>
      <w:r>
        <w:br/>
      </w:r>
      <w:r>
        <w:t xml:space="preserve">    (c) to predict the future supernaturally (as if by magic)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...Athena,</w:t>
      </w:r>
      <w:r>
        <w:br/>
      </w:r>
      <w:r>
        <w:rPr>
          <w:b/>
          <w:bCs/>
        </w:rPr>
        <w:t xml:space="preserve">luminous goddess, lavished immortal gifts on her</w:t>
      </w:r>
      <w:r>
        <w:br/>
      </w:r>
      <w:r>
        <w:rPr>
          <w:b/>
          <w:bCs/>
        </w:rPr>
        <w:t xml:space="preserve">to make her suitors lose themselves in wonder . . .</w:t>
      </w:r>
      <w:r>
        <w:br/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unguent first. She cleansed her cheeks,</w:t>
      </w:r>
      <w:r>
        <w:br/>
      </w:r>
      <w:r>
        <w:rPr>
          <w:b/>
          <w:bCs/>
        </w:rPr>
        <w:t xml:space="preserve">her brow and fine eyes with ambrosia smooth as the oils</w:t>
      </w:r>
      <w:r>
        <w:br/>
      </w:r>
      <w:r>
        <w:rPr>
          <w:b/>
          <w:bCs/>
        </w:rPr>
        <w:t xml:space="preserve">the goddess Love applies, ...</w:t>
      </w:r>
      <w:r>
        <w:br/>
      </w:r>
      <w:r>
        <w:t xml:space="preserve">    (a) unable or difficult to meet and talk with</w:t>
      </w:r>
      <w:r>
        <w:br/>
      </w:r>
      <w:r>
        <w:t xml:space="preserve">    (b) the quality of being sensible and careful</w:t>
      </w:r>
      <w:r>
        <w:br/>
      </w:r>
      <w:r>
        <w:t xml:space="preserve">    (c) wonderful; or god-like or coming from a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</w:t>
      </w:r>
      <w:r>
        <w:br/>
      </w:r>
      <w:r>
        <w:rPr>
          <w:b/>
          <w:bCs/>
        </w:rPr>
        <w:t xml:space="preserve">yesterday, just at sunup, here.</w:t>
      </w:r>
      <w:r>
        <w:br/>
      </w:r>
      <w:r>
        <w:t xml:space="preserve">    (a) someone who guides and advises another who is less experienced; or the act of providing such guidance</w:t>
      </w:r>
      <w:r>
        <w:br/>
      </w:r>
      <w:r>
        <w:t xml:space="preserve">    (b) a beam, bracket, or other structure supported only on one side; or to support something in that manner</w:t>
      </w:r>
      <w:r>
        <w:br/>
      </w:r>
      <w:r>
        <w:t xml:space="preserve">    (c) to gradually destroy or change the purpose of something -- such as a government, institution, or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 sacked the city,</w:t>
      </w:r>
      <w:r>
        <w:br/>
      </w:r>
      <w:r>
        <w:rPr>
          <w:b/>
          <w:bCs/>
        </w:rPr>
        <w:t xml:space="preserve">killed the men, but as for the wives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plunder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that rich haul we dragged away from the place—</w:t>
      </w:r>
      <w:r>
        <w:br/>
      </w:r>
      <w:r>
        <w:rPr>
          <w:b/>
          <w:bCs/>
        </w:rPr>
        <w:t xml:space="preserve">we shared it round so no one, not on my account,</w:t>
      </w:r>
      <w:r>
        <w:br/>
      </w:r>
      <w:r>
        <w:rPr>
          <w:b/>
          <w:bCs/>
        </w:rPr>
        <w:t xml:space="preserve">would go deprived of his fair share of spoils.</w:t>
      </w:r>
      <w:r>
        <w:br/>
      </w:r>
      <w:r>
        <w:t xml:space="preserve">    (a) to dominate harshly and unfairly  OR  to deny equal rights to others or make them suffer</w:t>
      </w:r>
      <w:r>
        <w:br/>
      </w:r>
      <w:r>
        <w:t xml:space="preserve">    (b) to steal -- often after conquering the location with the goods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goods stolen</w:t>
      </w:r>
      <w:r>
        <w:br/>
      </w:r>
      <w:r>
        <w:t xml:space="preserve">    (c) persuade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Poised</w:t>
      </w:r>
      <w:r>
        <w:rPr>
          <w:b/>
          <w:bCs/>
        </w:rPr>
        <w:t xml:space="preserve"> </w:t>
      </w:r>
      <w:r>
        <w:rPr>
          <w:b/>
          <w:bCs/>
        </w:rPr>
        <w:t xml:space="preserve">or on the prowl, learning of these rank crimes</w:t>
      </w:r>
      <w:r>
        <w:br/>
      </w:r>
      <w:r>
        <w:rPr>
          <w:b/>
          <w:bCs/>
        </w:rPr>
        <w:t xml:space="preserve">he's sowing seeds of ruin for all your suitors.</w:t>
      </w:r>
      <w:r>
        <w:br/>
      </w:r>
      <w:r>
        <w:t xml:space="preserve">    (a) calm, confident, and in control—especially in movement, behavior, or when ready to act</w:t>
      </w:r>
      <w:r>
        <w:br/>
      </w:r>
      <w:r>
        <w:t xml:space="preserve">    (b) without a personal preference; or without any tendency to move in a particular direction</w:t>
      </w:r>
      <w:r>
        <w:br/>
      </w:r>
      <w:r>
        <w:t xml:space="preserve">    (c) removed or suppressed something considered obscene, immoral, or politically unacceptable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Zeus, the Old Thunderer, robs a man of half his virtue the day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 </w:t>
      </w:r>
      <w:r>
        <w:rPr>
          <w:b/>
          <w:bCs/>
        </w:rPr>
        <w:t xml:space="preserve">clamps down around his neck.</w:t>
      </w:r>
      <w:r>
        <w:br/>
      </w:r>
      <w:r>
        <w:t xml:space="preserve">    (a) Henry David Thoreau, U.S. writer best remembered for his book,</w:t>
      </w:r>
      <w:r>
        <w:t xml:space="preserve"> </w:t>
      </w:r>
      <w:r>
        <w:rPr>
          <w:i/>
          <w:iCs/>
        </w:rPr>
        <w:t xml:space="preserve">Walden</w:t>
      </w:r>
      <w:r>
        <w:t xml:space="preserve"> </w:t>
      </w:r>
      <w:r>
        <w:t xml:space="preserve">and his essay</w:t>
      </w:r>
      <w:r>
        <w:t xml:space="preserve"> </w:t>
      </w:r>
      <w:r>
        <w:rPr>
          <w:i/>
          <w:iCs/>
        </w:rPr>
        <w:t xml:space="preserve">Civil Disobedience</w:t>
      </w:r>
      <w:r>
        <w:br/>
      </w:r>
      <w:r>
        <w:t xml:space="preserve">    (b) computers that use subatomic particles to tackle some problems that would take ordinary computers thousands of years</w:t>
      </w:r>
      <w:r>
        <w:br/>
      </w:r>
      <w:r>
        <w:t xml:space="preserve">    (c) (metaphorically) heavy wooden framework used to control beasts of burden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Fifty women you have inside your house, women we've trained to do their duties well, to card the wool and bear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 </w:t>
      </w:r>
      <w:r>
        <w:rPr>
          <w:b/>
          <w:bCs/>
        </w:rPr>
        <w:t xml:space="preserve">of service.</w:t>
      </w:r>
      <w:r>
        <w:br/>
      </w:r>
      <w:r>
        <w:t xml:space="preserve">    (a) burden</w:t>
      </w:r>
      <w:r>
        <w:br/>
      </w:r>
      <w:r>
        <w:t xml:space="preserve">    (b) restarts (a fire)</w:t>
      </w:r>
      <w:r>
        <w:br/>
      </w:r>
      <w:r>
        <w:t xml:space="preserve">    (c) not concentrating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he'd supped and the stirring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had closed,</w:t>
      </w:r>
      <w:r>
        <w:br/>
      </w:r>
      <w:r>
        <w:rPr>
          <w:b/>
          <w:bCs/>
        </w:rPr>
        <w:t xml:space="preserve">the suitors broke into uproar down along the hall.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someone who composes and recites or sings poems about important events and people; or (as a proper noun) Shakespeare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any other woman of mine had come to me,</w:t>
      </w:r>
      <w:r>
        <w:br/>
      </w:r>
      <w:r>
        <w:rPr>
          <w:b/>
          <w:bCs/>
          <w:u w:val="single"/>
        </w:rPr>
        <w:t xml:space="preserve">rousing</w:t>
      </w:r>
      <w:r>
        <w:rPr>
          <w:b/>
          <w:bCs/>
        </w:rPr>
        <w:t xml:space="preserve"> </w:t>
      </w:r>
      <w:r>
        <w:rPr>
          <w:b/>
          <w:bCs/>
        </w:rPr>
        <w:t xml:space="preserve">me out of sleep with such a tale,</w:t>
      </w:r>
      <w:r>
        <w:br/>
      </w:r>
      <w:r>
        <w:rPr>
          <w:b/>
          <w:bCs/>
        </w:rPr>
        <w:t xml:space="preserve">I'd have her bundled back to her room in pain.</w:t>
      </w:r>
      <w:r>
        <w:br/>
      </w:r>
      <w:r>
        <w:t xml:space="preserve">    (a) to awaken, make more active, or excite</w:t>
      </w:r>
      <w:r>
        <w:br/>
      </w:r>
      <w:r>
        <w:t xml:space="preserve">    (b) explains something in a particular way</w:t>
      </w:r>
      <w:r>
        <w:br/>
      </w:r>
      <w:r>
        <w:t xml:space="preserve">    (c) beyond the permitted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because I am filthy, wear such grimy rags,</w:t>
      </w:r>
      <w:r>
        <w:br/>
      </w: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spurns</w:t>
      </w:r>
      <w:r>
        <w:rPr>
          <w:b/>
          <w:bCs/>
        </w:rPr>
        <w:t xml:space="preserve"> </w:t>
      </w:r>
      <w:r>
        <w:rPr>
          <w:b/>
          <w:bCs/>
        </w:rPr>
        <w:t xml:space="preserve">me—your mother still can't bring herself</w:t>
      </w:r>
      <w:r>
        <w:br/>
      </w:r>
      <w:r>
        <w:rPr>
          <w:b/>
          <w:bCs/>
        </w:rPr>
        <w:t xml:space="preserve">to believe I am her husband.</w:t>
      </w:r>
      <w:r>
        <w:br/>
      </w:r>
      <w:r>
        <w:t xml:space="preserve">    (a) rejects as not good enough</w:t>
      </w:r>
      <w:r>
        <w:br/>
      </w:r>
      <w:r>
        <w:t xml:space="preserve">    (b) struggles or disagreements</w:t>
      </w:r>
      <w:r>
        <w:br/>
      </w:r>
      <w:r>
        <w:t xml:space="preserve">    (c) is attractive or desirable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2026-07-31T19:29:47Z</dcterms:created>
  <dcterms:modified xsi:type="dcterms:W3CDTF">2026-07-31T19:29:47Z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