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9c58174f5a36a37ce517592063e25588a22fc5"/>
    <w:p>
      <w:pPr>
        <w:pStyle w:val="Heading1"/>
      </w:pPr>
      <w:r>
        <w:rPr>
          <w:b/>
          <w:bCs/>
        </w:rPr>
        <w:t xml:space="preserve">The Notebook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Amnesia</w:t>
      </w:r>
      <w:r>
        <w:rPr>
          <w:b/>
          <w:bCs/>
        </w:rPr>
        <w:t xml:space="preserve"> </w:t>
      </w:r>
      <w:r>
        <w:rPr>
          <w:b/>
          <w:bCs/>
        </w:rPr>
        <w:t xml:space="preserve">is much more common in the movies than it is in life.</w:t>
      </w:r>
      <w:r>
        <w:br/>
      </w:r>
      <w:r>
        <w:t xml:space="preserve">    (a) love at first sight</w:t>
      </w:r>
      <w:r>
        <w:br/>
      </w:r>
      <w:r>
        <w:t xml:space="preserve">    (b) a minor gunshot wound</w:t>
      </w:r>
      <w:r>
        <w:br/>
      </w:r>
      <w:r>
        <w:t xml:space="preserve">    (c) loss of memory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his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characteristics</w:t>
      </w:r>
      <w:r>
        <w:br/>
      </w:r>
      <w:r>
        <w:t xml:space="preserve">    (b) strengths</w:t>
      </w:r>
      <w:r>
        <w:br/>
      </w:r>
      <w:r>
        <w:t xml:space="preserve">    (c) weaknesses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poem has a steady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cadence</w:t>
      </w:r>
      <w:r>
        <w:rPr>
          <w:b/>
          <w:bCs/>
        </w:rPr>
        <w:t xml:space="preserve"> </w:t>
      </w:r>
      <w:r>
        <w:rPr>
          <w:b/>
          <w:bCs/>
        </w:rPr>
        <w:t xml:space="preserve">that makes it easy to read aloud.</w:t>
      </w:r>
      <w:r>
        <w:br/>
      </w:r>
      <w:r>
        <w:t xml:space="preserve">    (a) meaning</w:t>
      </w:r>
      <w:r>
        <w:br/>
      </w:r>
      <w:r>
        <w:t xml:space="preserve">    (b) volume</w:t>
      </w:r>
      <w:r>
        <w:br/>
      </w:r>
      <w:r>
        <w:t xml:space="preserve">    (c) rhythm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displaced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hurricane.</w:t>
      </w:r>
      <w:r>
        <w:br/>
      </w:r>
      <w:r>
        <w:t xml:space="preserve">    (a) put to work</w:t>
      </w:r>
      <w:r>
        <w:br/>
      </w:r>
      <w:r>
        <w:t xml:space="preserve">    (b) injured</w:t>
      </w:r>
      <w:r>
        <w:br/>
      </w:r>
      <w:r>
        <w:t xml:space="preserve">    (c) forced to 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Jane Austen's,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Pride and Prejudice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enthralled</w:t>
      </w:r>
      <w:r>
        <w:rPr>
          <w:b/>
          <w:bCs/>
        </w:rPr>
        <w:t xml:space="preserve"> </w:t>
      </w:r>
      <w:r>
        <w:rPr>
          <w:b/>
          <w:bCs/>
        </w:rPr>
        <w:t xml:space="preserve">me.</w:t>
      </w:r>
      <w:r>
        <w:br/>
      </w:r>
      <w:r>
        <w:t xml:space="preserve">    (a) considered (for affect on a result or outcome)</w:t>
      </w:r>
      <w:r>
        <w:br/>
      </w:r>
      <w:r>
        <w:t xml:space="preserve">    (b) held together (connected or united) or wrapped</w:t>
      </w:r>
      <w:r>
        <w:br/>
      </w:r>
      <w:r>
        <w:t xml:space="preserve">    (c) captured full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heart rate increased and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erratic</w:t>
      </w:r>
      <w:r>
        <w:rPr>
          <w:b/>
          <w:bCs/>
        </w:rPr>
        <w:t xml:space="preserve">.</w:t>
      </w:r>
      <w:r>
        <w:br/>
      </w:r>
      <w:r>
        <w:t xml:space="preserve">    (a) stronger</w:t>
      </w:r>
      <w:r>
        <w:br/>
      </w:r>
      <w:r>
        <w:t xml:space="preserve">    (b) irregular</w:t>
      </w:r>
      <w:r>
        <w:br/>
      </w:r>
      <w:r>
        <w:t xml:space="preserve">    (c) more regular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exudes</w:t>
      </w:r>
      <w:r>
        <w:rPr>
          <w:b/>
          <w:bCs/>
        </w:rPr>
        <w:t xml:space="preserve"> </w:t>
      </w:r>
      <w:r>
        <w:rPr>
          <w:b/>
          <w:bCs/>
        </w:rPr>
        <w:t xml:space="preserve">confidence whenever she walks into a room of strangers.</w:t>
      </w:r>
      <w:r>
        <w:br/>
      </w:r>
      <w:r>
        <w:t xml:space="preserve">    (a) covers up carefully</w:t>
      </w:r>
      <w:r>
        <w:br/>
      </w:r>
      <w:r>
        <w:t xml:space="preserve">    (b) draws in cautiously</w:t>
      </w:r>
      <w:r>
        <w:br/>
      </w:r>
      <w:r>
        <w:t xml:space="preserve">    (c) gives off naturally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New York Times</w:t>
      </w:r>
      <w:r>
        <w:rPr>
          <w:b/>
          <w:bCs/>
        </w:rPr>
        <w:t xml:space="preserve"> </w:t>
      </w:r>
      <w:r>
        <w:rPr>
          <w:b/>
          <w:bCs/>
        </w:rPr>
        <w:t xml:space="preserve">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influential</w:t>
      </w:r>
      <w:r>
        <w:rPr>
          <w:b/>
          <w:bCs/>
        </w:rPr>
        <w:t xml:space="preserve"> </w:t>
      </w:r>
      <w:r>
        <w:rPr>
          <w:b/>
          <w:bCs/>
        </w:rPr>
        <w:t xml:space="preserve">newspaper in the US.</w:t>
      </w:r>
      <w:r>
        <w:br/>
      </w:r>
      <w:r>
        <w:t xml:space="preserve">    (a) aged</w:t>
      </w:r>
      <w:r>
        <w:br/>
      </w:r>
      <w:r>
        <w:t xml:space="preserve">    (b) important</w:t>
      </w:r>
      <w:r>
        <w:br/>
      </w:r>
      <w:r>
        <w:t xml:space="preserve">    (c) profitable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influenza</w:t>
      </w:r>
      <w:r>
        <w:rPr>
          <w:b/>
          <w:bCs/>
        </w:rPr>
        <w:t xml:space="preserve"> </w:t>
      </w:r>
      <w:r>
        <w:rPr>
          <w:b/>
          <w:bCs/>
        </w:rPr>
        <w:t xml:space="preserve">pandemics occurred in the 20th century killing tens of millions of people.</w:t>
      </w:r>
      <w:r>
        <w:br/>
      </w:r>
      <w:r>
        <w:t xml:space="preserve">    (a) polio</w:t>
      </w:r>
      <w:r>
        <w:br/>
      </w:r>
      <w:r>
        <w:t xml:space="preserve">    (b) measles</w:t>
      </w:r>
      <w:r>
        <w:br/>
      </w:r>
      <w:r>
        <w:t xml:space="preserve">    (c) flu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exercises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infrequently</w:t>
      </w:r>
      <w:r>
        <w:rPr>
          <w:b/>
          <w:bCs/>
        </w:rPr>
        <w:t xml:space="preserve"> </w:t>
      </w:r>
      <w:r>
        <w:rPr>
          <w:b/>
          <w:bCs/>
        </w:rPr>
        <w:t xml:space="preserve">to maintain good health.</w:t>
      </w:r>
      <w:r>
        <w:br/>
      </w:r>
      <w:r>
        <w:t xml:space="preserve">    (a) not often</w:t>
      </w:r>
      <w:r>
        <w:br/>
      </w:r>
      <w:r>
        <w:t xml:space="preserve">    (b) lightly</w:t>
      </w:r>
      <w:r>
        <w:br/>
      </w:r>
      <w:r>
        <w:t xml:space="preserve">    (c)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instilled</w:t>
      </w:r>
      <w:r>
        <w:rPr>
          <w:b/>
          <w:bCs/>
        </w:rPr>
        <w:t xml:space="preserve"> </w:t>
      </w:r>
      <w:r>
        <w:rPr>
          <w:b/>
          <w:bCs/>
        </w:rPr>
        <w:t xml:space="preserve">the lesson that it is more important to be a good person than to be a successful person.</w:t>
      </w:r>
      <w:r>
        <w:br/>
      </w:r>
      <w:r>
        <w:t xml:space="preserve">    (a) rejected</w:t>
      </w:r>
      <w:r>
        <w:br/>
      </w:r>
      <w:r>
        <w:t xml:space="preserve">    (b) taught</w:t>
      </w:r>
      <w:r>
        <w:br/>
      </w:r>
      <w:r>
        <w:t xml:space="preserve">    (c) disproved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place lends itself to spirituality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introspection</w:t>
      </w:r>
      <w:r>
        <w:rPr>
          <w:b/>
          <w:bCs/>
        </w:rPr>
        <w:t xml:space="preserve">.</w:t>
      </w:r>
      <w:r>
        <w:br/>
      </w:r>
      <w:r>
        <w:t xml:space="preserve">    (a) self-reflection</w:t>
      </w:r>
      <w:r>
        <w:br/>
      </w:r>
      <w:r>
        <w:t xml:space="preserve">    (b) physical exercise</w:t>
      </w:r>
      <w:r>
        <w:br/>
      </w:r>
      <w:r>
        <w:t xml:space="preserve">    (c) group discussion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company declared bankruptcy, it was forced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liquidate</w:t>
      </w:r>
      <w:r>
        <w:rPr>
          <w:b/>
          <w:bCs/>
        </w:rPr>
        <w:t xml:space="preserve"> </w:t>
      </w:r>
      <w:r>
        <w:rPr>
          <w:b/>
          <w:bCs/>
        </w:rPr>
        <w:t xml:space="preserve">all its assets to pay back creditors.</w:t>
      </w:r>
      <w:r>
        <w:br/>
      </w:r>
      <w:r>
        <w:t xml:space="preserve">    (a) sell for cash</w:t>
      </w:r>
      <w:r>
        <w:br/>
      </w:r>
      <w:r>
        <w:t xml:space="preserve">    (b) protect from damage</w:t>
      </w:r>
      <w:r>
        <w:br/>
      </w:r>
      <w:r>
        <w:t xml:space="preserve">    (c) combine into one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her fate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listless</w:t>
      </w:r>
      <w:r>
        <w:rPr>
          <w:b/>
          <w:bCs/>
        </w:rPr>
        <w:t xml:space="preserve"> </w:t>
      </w:r>
      <w:r>
        <w:rPr>
          <w:b/>
          <w:bCs/>
        </w:rPr>
        <w:t xml:space="preserve">resignation.</w:t>
      </w:r>
      <w:r>
        <w:br/>
      </w:r>
      <w:r>
        <w:t xml:space="preserve">    (a) frustrated</w:t>
      </w:r>
      <w:r>
        <w:br/>
      </w:r>
      <w:r>
        <w:t xml:space="preserve">    (b) lonely</w:t>
      </w:r>
      <w:r>
        <w:br/>
      </w:r>
      <w:r>
        <w:t xml:space="preserve">    (c) unenergetic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omission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list of planned expenses.</w:t>
      </w:r>
      <w:r>
        <w:br/>
      </w:r>
      <w:r>
        <w:t xml:space="preserve">    (a) an impressive country house (or castle) in France</w:t>
      </w:r>
      <w:r>
        <w:br/>
      </w:r>
      <w:r>
        <w:t xml:space="preserve">    (b) people who do not believe in the existence of god</w:t>
      </w:r>
      <w:r>
        <w:br/>
      </w:r>
      <w:r>
        <w:t xml:space="preserve">    (c) missing item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life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paradox</w:t>
      </w:r>
      <w:r>
        <w:rPr>
          <w:b/>
          <w:bCs/>
        </w:rPr>
        <w:t xml:space="preserve">: she was both incredibly private and a bestselling memoirist.</w:t>
      </w:r>
      <w:r>
        <w:br/>
      </w:r>
      <w:r>
        <w:t xml:space="preserve">    (a) something that is too short</w:t>
      </w:r>
      <w:r>
        <w:br/>
      </w:r>
      <w:r>
        <w:t xml:space="preserve">    (b) something that seems self-contradictory</w:t>
      </w:r>
      <w:r>
        <w:br/>
      </w:r>
      <w:r>
        <w:t xml:space="preserve">    (c) something that went as 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scientist in her research eventually led to a groundbreaking discovery.</w:t>
      </w:r>
      <w:r>
        <w:br/>
      </w:r>
      <w:r>
        <w:t xml:space="preserve">    (a) continuing effort despite difficulties</w:t>
      </w:r>
      <w:r>
        <w:br/>
      </w:r>
      <w:r>
        <w:t xml:space="preserve">    (b) immediate success</w:t>
      </w:r>
      <w:r>
        <w:br/>
      </w:r>
      <w:r>
        <w:t xml:space="preserve">    (c) blind optimism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her success, she was earning over a million dollars a year.</w:t>
      </w:r>
      <w:r>
        <w:br/>
      </w:r>
      <w:r>
        <w:t xml:space="preserve">    (a) beginning</w:t>
      </w:r>
      <w:r>
        <w:br/>
      </w:r>
      <w:r>
        <w:t xml:space="preserve">    (b) highest point</w:t>
      </w:r>
      <w:r>
        <w:br/>
      </w:r>
      <w:r>
        <w:t xml:space="preserve">    (c) 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quiet argument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prelude</w:t>
      </w:r>
      <w:r>
        <w:rPr>
          <w:b/>
          <w:bCs/>
        </w:rPr>
        <w:t xml:space="preserve"> </w:t>
      </w:r>
      <w:r>
        <w:rPr>
          <w:b/>
          <w:bCs/>
        </w:rPr>
        <w:t xml:space="preserve">to a much larger conflict at the meeting.</w:t>
      </w:r>
      <w:r>
        <w:br/>
      </w:r>
      <w:r>
        <w:t xml:space="preserve">    (a) decision made afterward</w:t>
      </w:r>
      <w:r>
        <w:br/>
      </w:r>
      <w:r>
        <w:t xml:space="preserve">    (b) problem solved quickly</w:t>
      </w:r>
      <w:r>
        <w:br/>
      </w:r>
      <w:r>
        <w:t xml:space="preserve">    (c) event that came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North Slope in Alaska is mostly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tundra</w:t>
      </w:r>
      <w:r>
        <w:rPr>
          <w:b/>
          <w:bCs/>
        </w:rPr>
        <w:t xml:space="preserve">.</w:t>
      </w:r>
      <w:r>
        <w:br/>
      </w:r>
      <w:r>
        <w:t xml:space="preserve">    (a) snow-covered pine forest</w:t>
      </w:r>
      <w:r>
        <w:br/>
      </w:r>
      <w:r>
        <w:t xml:space="preserve">    (b) frozen, treeless plain</w:t>
      </w:r>
      <w:r>
        <w:br/>
      </w:r>
      <w:r>
        <w:t xml:space="preserve">    (c) snow-covered grasses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2026-07-31T16:43:34Z</dcterms:created>
  <dcterms:modified xsi:type="dcterms:W3CDTF">2026-07-31T16:43:34Z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