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6729ad49c4806d8cd091b3e16f04c42b3d9e742"/>
    <w:p>
      <w:pPr>
        <w:pStyle w:val="Heading1"/>
      </w:pPr>
      <w:r>
        <w:rPr>
          <w:b/>
          <w:bCs/>
        </w:rPr>
        <w:t xml:space="preserve">The Notebook</w:t>
      </w:r>
      <w:r>
        <w:br/>
      </w:r>
      <w:r>
        <w:rPr>
          <w:i/>
          <w:iCs/>
        </w:rPr>
        <w:t xml:space="preserve">Nicholas Sparks</w:t>
      </w:r>
      <w:r>
        <w:br/>
      </w:r>
      <w:r>
        <w:rPr>
          <w:b/>
          <w:bCs/>
        </w:rPr>
        <w:t xml:space="preserve">Extra Credit 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I'm neither strong nor healthy, and my days are spent like an old party balloon: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listless</w:t>
      </w:r>
      <w:r>
        <w:rPr>
          <w:b/>
          <w:bCs/>
        </w:rPr>
        <w:t xml:space="preserve">, spongy, and growing softer over time.</w:t>
      </w:r>
      <w:r>
        <w:br/>
      </w:r>
      <w:r>
        <w:t xml:space="preserve">    (a) inconspicuousness or trustworthiness</w:t>
      </w:r>
      <w:r>
        <w:br/>
      </w:r>
      <w:r>
        <w:t xml:space="preserve">    (b) lacking energy and normal enthusiasm</w:t>
      </w:r>
      <w:r>
        <w:br/>
      </w:r>
      <w:r>
        <w:t xml:space="preserve">    (c) lacking a reason for doing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an only child; his mother had died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influenza</w:t>
      </w:r>
      <w:r>
        <w:rPr>
          <w:b/>
          <w:bCs/>
        </w:rPr>
        <w:t xml:space="preserve"> </w:t>
      </w:r>
      <w:r>
        <w:rPr>
          <w:b/>
          <w:bCs/>
        </w:rPr>
        <w:t xml:space="preserve">when he was two, and though he had wanted to at one time, he had never married.</w:t>
      </w:r>
      <w:r>
        <w:br/>
      </w:r>
      <w:r>
        <w:t xml:space="preserve">    (a) highly contagious respiratory disease commonly called</w:t>
      </w:r>
      <w:r>
        <w:t xml:space="preserve"> </w:t>
      </w:r>
      <w:r>
        <w:rPr>
          <w:i/>
          <w:iCs/>
        </w:rPr>
        <w:t xml:space="preserve">the flu</w:t>
      </w:r>
      <w:r>
        <w:br/>
      </w:r>
      <w:r>
        <w:t xml:space="preserve">    (b) a fact or bit of information that is generally considered unimportant</w:t>
      </w:r>
      <w:r>
        <w:br/>
      </w:r>
      <w:r>
        <w:t xml:space="preserve">    (c) the state or degree of being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Upon meeting the lawyer, he found out that Goldman had died a year earlier and his estate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liquidated</w:t>
      </w:r>
      <w:r>
        <w:rPr>
          <w:b/>
          <w:bCs/>
        </w:rPr>
        <w:t xml:space="preserve">.</w:t>
      </w:r>
      <w:r>
        <w:br/>
      </w:r>
      <w:r>
        <w:t xml:space="preserve">    (a) convert into cash and dispersed</w:t>
      </w:r>
      <w:r>
        <w:br/>
      </w:r>
      <w:r>
        <w:t xml:space="preserve">    (b) atoned (demonstrated sorrow for a wrong either by doing something good in return for the wrong, or by accepting punishment)</w:t>
      </w:r>
      <w:r>
        <w:br/>
      </w:r>
      <w:r>
        <w:t xml:space="preserve">    (c) (verb) showed, demonstrated, proved, or caused acceptance  OR  (adjective) proven, known, accepted/trusted/successful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When asked, she said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erratic</w:t>
      </w:r>
      <w:r>
        <w:rPr>
          <w:b/>
          <w:bCs/>
        </w:rPr>
        <w:t xml:space="preserve"> </w:t>
      </w:r>
      <w:r>
        <w:rPr>
          <w:b/>
          <w:bCs/>
        </w:rPr>
        <w:t xml:space="preserve">behavior was due to stress.</w:t>
      </w:r>
      <w:r>
        <w:br/>
      </w:r>
      <w:r>
        <w:t xml:space="preserve">    (a) harsh and unfair treatment</w:t>
      </w:r>
      <w:r>
        <w:br/>
      </w:r>
      <w:r>
        <w:t xml:space="preserve">    (b) irregular or unpredictable</w:t>
      </w:r>
      <w:r>
        <w:br/>
      </w:r>
      <w:r>
        <w:t xml:space="preserve">    (c) the best or most important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Hammonds were one of the most powerful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influential</w:t>
      </w:r>
      <w:r>
        <w:rPr>
          <w:b/>
          <w:bCs/>
        </w:rPr>
        <w:t xml:space="preserve"> </w:t>
      </w:r>
      <w:r>
        <w:rPr>
          <w:b/>
          <w:bCs/>
        </w:rPr>
        <w:t xml:space="preserve">families in the state.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the quality of not being sensible and careful</w:t>
      </w:r>
      <w:r>
        <w:br/>
      </w:r>
      <w:r>
        <w:t xml:space="preserve">    (c) having influence (affecting people or events)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Both of them seemed to think about that, trying but finding it impossible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displace</w:t>
      </w:r>
      <w:r>
        <w:rPr>
          <w:b/>
          <w:bCs/>
        </w:rPr>
        <w:t xml:space="preserve"> </w:t>
      </w:r>
      <w:r>
        <w:rPr>
          <w:b/>
          <w:bCs/>
        </w:rPr>
        <w:t xml:space="preserve">from their minds.</w:t>
      </w:r>
      <w:r>
        <w:br/>
      </w:r>
      <w:r>
        <w:t xml:space="preserve">    (a) force to move; or to take the place of</w:t>
      </w:r>
      <w:r>
        <w:br/>
      </w:r>
      <w:r>
        <w:t xml:space="preserve">    (b) examine in detail to better understand</w:t>
      </w:r>
      <w:r>
        <w:br/>
      </w:r>
      <w:r>
        <w:t xml:space="preserve">    (c) appropriate in size, amount, or degree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Lon was ignored, and though both of them noticed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omission</w:t>
      </w:r>
      <w:r>
        <w:rPr>
          <w:b/>
          <w:bCs/>
        </w:rPr>
        <w:t xml:space="preserve">, neither mentioned it.</w:t>
      </w:r>
      <w:r>
        <w:br/>
      </w:r>
      <w:r>
        <w:t xml:space="preserve">    (a) people who do not believe in the existence of god</w:t>
      </w:r>
      <w:r>
        <w:br/>
      </w:r>
      <w:r>
        <w:t xml:space="preserve">    (b) something left out that should have been included</w:t>
      </w:r>
      <w:r>
        <w:br/>
      </w:r>
      <w:r>
        <w:t xml:space="preserve">    (c) an impressive country house (or castle) in France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always did, and losses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infrequent</w:t>
      </w:r>
      <w:r>
        <w:rPr>
          <w:b/>
          <w:bCs/>
        </w:rPr>
        <w:t xml:space="preserve"> </w:t>
      </w:r>
      <w:r>
        <w:rPr>
          <w:b/>
          <w:bCs/>
        </w:rPr>
        <w:t xml:space="preserve">now.</w:t>
      </w:r>
      <w:r>
        <w:br/>
      </w:r>
      <w:r>
        <w:t xml:space="preserve">    (a) not happening often</w:t>
      </w:r>
      <w:r>
        <w:br/>
      </w:r>
      <w:r>
        <w:t xml:space="preserve">    (b) not straightforward</w:t>
      </w:r>
      <w:r>
        <w:br/>
      </w:r>
      <w:r>
        <w:t xml:space="preserve">    (c) not done on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He'd called again, asked for a second chance, and after some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persistence</w:t>
      </w:r>
      <w:r>
        <w:rPr>
          <w:b/>
          <w:bCs/>
        </w:rPr>
        <w:t xml:space="preserve">, she'd reluctantly agreed.</w:t>
      </w:r>
      <w:r>
        <w:br/>
      </w:r>
      <w:r>
        <w:t xml:space="preserve">    (a) continuing or repeating behavior -- especially in spite of difficulties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continuing or prolonged existence of something</w:t>
      </w:r>
      <w:r>
        <w:br/>
      </w:r>
      <w:r>
        <w:t xml:space="preserve">    (b) main character of Mark Twain's classic novel about Huck and Jim's journey down the Mississippi River to find freedom (1884)</w:t>
      </w:r>
      <w:r>
        <w:br/>
      </w:r>
      <w:r>
        <w:t xml:space="preserve">    (c) a baseball pitcher who throws knuckleballs -- a pitch thrown with little spin (so that it moves in an unpredictable manner)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Patience had never been one of her strongest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attributes</w:t>
      </w:r>
      <w:r>
        <w:rPr>
          <w:b/>
          <w:bCs/>
        </w:rPr>
        <w:t xml:space="preserve">.</w:t>
      </w:r>
      <w:r>
        <w:br/>
      </w:r>
      <w:r>
        <w:t xml:space="preserve">    (a) weaknesses</w:t>
      </w:r>
      <w:r>
        <w:br/>
      </w:r>
      <w:r>
        <w:t xml:space="preserve">    (b) characteristics</w:t>
      </w:r>
      <w:r>
        <w:br/>
      </w:r>
      <w:r>
        <w:t xml:space="preserve">    (c) strengths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Perhaps it was the poetry that made him different, or perhaps it was the values his father had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instilled</w:t>
      </w:r>
      <w:r>
        <w:rPr>
          <w:b/>
          <w:bCs/>
        </w:rPr>
        <w:t xml:space="preserve"> </w:t>
      </w:r>
      <w:r>
        <w:rPr>
          <w:b/>
          <w:bCs/>
        </w:rPr>
        <w:t xml:space="preserve">in him, growing up.</w:t>
      </w:r>
      <w:r>
        <w:br/>
      </w:r>
      <w:r>
        <w:t xml:space="preserve">    (a) excessively excited</w:t>
      </w:r>
      <w:r>
        <w:br/>
      </w:r>
      <w:r>
        <w:t xml:space="preserve">    (b) nervous or confused</w:t>
      </w:r>
      <w:r>
        <w:br/>
      </w:r>
      <w:r>
        <w:t xml:space="preserve">    (c) put into one's mind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exuded</w:t>
      </w:r>
      <w:r>
        <w:rPr>
          <w:b/>
          <w:bCs/>
        </w:rPr>
        <w:t xml:space="preserve"> </w:t>
      </w:r>
      <w:r>
        <w:rPr>
          <w:b/>
          <w:bCs/>
        </w:rPr>
        <w:t xml:space="preserve">sexuality in everything he did, everything he was, and she caught herself thinking about him in a way that an engaged woman shouldn't.</w:t>
      </w:r>
      <w:r>
        <w:br/>
      </w:r>
      <w:r>
        <w:t xml:space="preserve">    (a) changed the direction of a light wave (or other wave) by passing an opaque edge or narrow opening</w:t>
      </w:r>
      <w:r>
        <w:br/>
      </w:r>
      <w:r>
        <w:t xml:space="preserve">    (b) to emit or give off -- either:  a clear intangible such as confidence; or a gradual flow of liquid</w:t>
      </w:r>
      <w:r>
        <w:br/>
      </w:r>
      <w:r>
        <w:t xml:space="preserve">    (c) portrayed or created something in a particular way  OR  interpreted, translated, or extracted from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Tundra</w:t>
      </w:r>
      <w:r>
        <w:rPr>
          <w:b/>
          <w:bCs/>
        </w:rPr>
        <w:t xml:space="preserve"> </w:t>
      </w:r>
      <w:r>
        <w:rPr>
          <w:b/>
          <w:bCs/>
        </w:rPr>
        <w:t xml:space="preserve">swan and Canada geese literally surrounded them.</w:t>
      </w:r>
      <w:r>
        <w:br/>
      </w:r>
      <w:r>
        <w:t xml:space="preserve">    (a) a line of elevated terrain from which a continent's rivers flow in two different directions</w:t>
      </w:r>
      <w:r>
        <w:br/>
      </w:r>
      <w:r>
        <w:t xml:space="preserve">    (b) a vast treeless plain in the northern arctic regions where the subsoil is always frozen (between the ice cap and the tree line)</w:t>
      </w:r>
      <w:r>
        <w:br/>
      </w:r>
      <w:r>
        <w:t xml:space="preserve">    (c) geological area where a river divides before entering a larger body of water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means that this good-bye is both a goodbye for the past ten thousand years and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prelude</w:t>
      </w:r>
      <w:r>
        <w:rPr>
          <w:b/>
          <w:bCs/>
        </w:rPr>
        <w:t xml:space="preserve"> </w:t>
      </w:r>
      <w:r>
        <w:rPr>
          <w:b/>
          <w:bCs/>
        </w:rPr>
        <w:t xml:space="preserve">to what will come.</w:t>
      </w:r>
      <w:r>
        <w:br/>
      </w:r>
      <w:r>
        <w:t xml:space="preserve">    (a) treat in a manner that demonstrates a sense of superiority, but is supposed to seem kind  OR  the actions of a patron (to support someone or something; or to be a customer)</w:t>
      </w:r>
      <w:r>
        <w:br/>
      </w:r>
      <w:r>
        <w:t xml:space="preserve">    (b) American football:  a defensive maneuver to swiftly tackle the quarterback by pursuing him with one or more defenders who normally remain behind the line of scrimmage</w:t>
      </w:r>
      <w:r>
        <w:br/>
      </w:r>
      <w:r>
        <w:t xml:space="preserve">    (c) something that comes before and prepares for what follows; in music, a short piece that introduces a larger work or stands alone as a brief, expressive piece (often for piano)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is beauty where we sit this afternoon, Allie and I. This is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pinnacle</w:t>
      </w:r>
      <w:r>
        <w:rPr>
          <w:b/>
          <w:bCs/>
        </w:rPr>
        <w:t xml:space="preserve"> </w:t>
      </w:r>
      <w:r>
        <w:rPr>
          <w:b/>
          <w:bCs/>
        </w:rPr>
        <w:t xml:space="preserve">of my life.</w:t>
      </w:r>
      <w:r>
        <w:br/>
      </w:r>
      <w:r>
        <w:t xml:space="preserve">    (a) to corrupt or seduce from virtue, duty, or allegiance  OR  excessive drinking, casual sex, and/or drug abuse while partying</w:t>
      </w:r>
      <w:r>
        <w:br/>
      </w:r>
      <w:r>
        <w:t xml:space="preserve">    (b) highest point</w:t>
      </w:r>
      <w:r>
        <w:br/>
      </w:r>
      <w:r>
        <w:t xml:space="preserve">    (c) remove or suppress anything considered obscene, immoral, or politically unacceptable  OR  a person who does such suppression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This is the great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paradox</w:t>
      </w:r>
      <w:r>
        <w:rPr>
          <w:b/>
          <w:bCs/>
        </w:rPr>
        <w:t xml:space="preserve">.</w:t>
      </w:r>
      <w:r>
        <w:br/>
      </w:r>
      <w:r>
        <w:t xml:space="preserve">    (a) a situation or statement that seems to contradict itself but may still be true</w:t>
      </w:r>
      <w:r>
        <w:br/>
      </w:r>
      <w:r>
        <w:t xml:space="preserve">    (b) a rough substance that can be rubbed against something else to polish or clean</w:t>
      </w:r>
      <w:r>
        <w:br/>
      </w:r>
      <w:r>
        <w:t xml:space="preserve">    (c) something exclusive to (someone or some group) -- such as an activity or place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enthralled</w:t>
      </w:r>
      <w:r>
        <w:rPr>
          <w:b/>
          <w:bCs/>
        </w:rPr>
        <w:t xml:space="preserve"> </w:t>
      </w:r>
      <w:r>
        <w:rPr>
          <w:b/>
          <w:bCs/>
        </w:rPr>
        <w:t xml:space="preserve">by the romance.</w:t>
      </w:r>
      <w:r>
        <w:br/>
      </w:r>
      <w:r>
        <w:t xml:space="preserve">    (a) held spellbound (with full attention captured)</w:t>
      </w:r>
      <w:r>
        <w:br/>
      </w:r>
      <w:r>
        <w:t xml:space="preserve">    (b) held together (connected or united) or wrapped</w:t>
      </w:r>
      <w:r>
        <w:br/>
      </w:r>
      <w:r>
        <w:t xml:space="preserve">    (c) considered (for affect on a result or outcome)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all that is gone on these days is her memory, as if she has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amnesia</w:t>
      </w:r>
      <w:r>
        <w:rPr>
          <w:b/>
          <w:bCs/>
        </w:rPr>
        <w:t xml:space="preserve">.</w:t>
      </w:r>
      <w:r>
        <w:br/>
      </w:r>
      <w:r>
        <w:t xml:space="preserve">    (a) loss of memory</w:t>
      </w:r>
      <w:r>
        <w:br/>
      </w:r>
      <w:r>
        <w:t xml:space="preserve">    (b) small kitchens</w:t>
      </w:r>
      <w:r>
        <w:br/>
      </w:r>
      <w:r>
        <w:t xml:space="preserve">    (c) gets closer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 not read to anyone this evening; I could not, for poetic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introspection</w:t>
      </w:r>
      <w:r>
        <w:rPr>
          <w:b/>
          <w:bCs/>
        </w:rPr>
        <w:t xml:space="preserve"> </w:t>
      </w:r>
      <w:r>
        <w:rPr>
          <w:b/>
          <w:bCs/>
        </w:rPr>
        <w:t xml:space="preserve">would bring me to tears.</w:t>
      </w:r>
      <w:r>
        <w:br/>
      </w:r>
      <w:r>
        <w:t xml:space="preserve">    (a) the act, process, or instance of telling a story</w:t>
      </w:r>
      <w:r>
        <w:br/>
      </w:r>
      <w:r>
        <w:t xml:space="preserve">    (b) contemplation of one's own thoughts and feelings</w:t>
      </w:r>
      <w:r>
        <w:br/>
      </w:r>
      <w:r>
        <w:t xml:space="preserve">    (c) a general feeling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bad news is that my hands prevent me from using either cane or wheelchair, so I must now march to my own unique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cadence</w:t>
      </w:r>
      <w:r>
        <w:rPr>
          <w:b/>
          <w:bCs/>
        </w:rPr>
        <w:t xml:space="preserve"> </w:t>
      </w:r>
      <w:r>
        <w:rPr>
          <w:b/>
          <w:bCs/>
        </w:rPr>
        <w:t xml:space="preserve">to keep upright.</w:t>
      </w:r>
      <w:r>
        <w:br/>
      </w:r>
      <w:r>
        <w:t xml:space="preserve">    (a) tone or pitch</w:t>
      </w:r>
      <w:r>
        <w:br/>
      </w:r>
      <w:r>
        <w:t xml:space="preserve">    (b) recurring pattern of movements</w:t>
      </w:r>
      <w:r>
        <w:br/>
      </w:r>
      <w:r>
        <w:t xml:space="preserve">    (c) low volume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2026-07-31T16:43:34Z</dcterms:created>
  <dcterms:modified xsi:type="dcterms:W3CDTF">2026-07-31T16:43:34Z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