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28cd0b45b40a30ec64bf4438a7810bf39294a0"/>
    <w:p>
      <w:pPr>
        <w:pStyle w:val="Heading1"/>
      </w:pPr>
      <w:r>
        <w:rPr>
          <w:b/>
          <w:bCs/>
        </w:rPr>
        <w:t xml:space="preserve">The Nose</w:t>
      </w:r>
      <w:r>
        <w:br/>
      </w:r>
      <w:r>
        <w:rPr>
          <w:i/>
          <w:iCs/>
        </w:rPr>
        <w:t xml:space="preserve">Nikolai Gogol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nose, an actual nose; and,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it seemed to be the nose of an acquaintance!</w:t>
      </w:r>
      <w:r>
        <w:br/>
      </w:r>
      <w:r>
        <w:t xml:space="preserve">    (a) in addition to what has just been said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</w:t>
      </w:r>
      <w:r>
        <w:rPr>
          <w:b/>
          <w:bCs/>
        </w:rPr>
        <w:t xml:space="preserve">!</w:t>
      </w:r>
      <w:r>
        <w:br/>
      </w:r>
      <w:r>
        <w:t xml:space="preserve">    (a) important, serious, or dangerous</w:t>
      </w:r>
      <w:r>
        <w:br/>
      </w:r>
      <w:r>
        <w:t xml:space="preserve">    (b) the condition of being different</w:t>
      </w:r>
      <w:r>
        <w:br/>
      </w:r>
      <w:r>
        <w:t xml:space="preserve">    (c) someone without moral principles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intended to lose it somewhere—either at somebody's door, or in a public square, or in a narrow alley; but just then, in order to complete his bad luck, he was met by an acquaintance, who showered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inquiries</w:t>
      </w:r>
      <w:r>
        <w:rPr>
          <w:b/>
          <w:bCs/>
        </w:rPr>
        <w:t xml:space="preserve"> </w:t>
      </w:r>
      <w:r>
        <w:rPr>
          <w:b/>
          <w:bCs/>
        </w:rPr>
        <w:t xml:space="preserve">upon him.</w:t>
      </w:r>
      <w:r>
        <w:br/>
      </w:r>
      <w:r>
        <w:t xml:space="preserve">    (a) social events or ceremonies</w:t>
      </w:r>
      <w:r>
        <w:br/>
      </w:r>
      <w:r>
        <w:t xml:space="preserve">    (b) reasons for doing something</w:t>
      </w:r>
      <w:r>
        <w:br/>
      </w:r>
      <w:r>
        <w:t xml:space="preserve">    (c) questions or investigations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nearly fainted; but the police inspector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beckoned</w:t>
      </w:r>
      <w:r>
        <w:rPr>
          <w:b/>
          <w:bCs/>
        </w:rPr>
        <w:t xml:space="preserve"> </w:t>
      </w:r>
      <w:r>
        <w:rPr>
          <w:b/>
          <w:bCs/>
        </w:rPr>
        <w:t xml:space="preserve">to him with his hand and said, "Come here, my dear sir."</w:t>
      </w:r>
      <w:r>
        <w:br/>
      </w:r>
      <w:r>
        <w:t xml:space="preserve">    (a) provided evidence of something -- especially oral evidence in court</w:t>
      </w:r>
      <w:r>
        <w:br/>
      </w:r>
      <w:r>
        <w:t xml:space="preserve">    (b) showed something -- such as demonstrated, expressed, or represented</w:t>
      </w:r>
      <w:r>
        <w:br/>
      </w:r>
      <w:r>
        <w:t xml:space="preserve">    (c) called (to come nearer by using a hand gesture)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Kovaloff had been a Caucasian committee-man two years previously, and could not forget that he had occupied that position; but in order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enhance</w:t>
      </w:r>
      <w:r>
        <w:rPr>
          <w:b/>
          <w:bCs/>
        </w:rPr>
        <w:t xml:space="preserve"> </w:t>
      </w:r>
      <w:r>
        <w:rPr>
          <w:b/>
          <w:bCs/>
        </w:rPr>
        <w:t xml:space="preserve">his own importance, he never called himself "committee-man" but "Major."</w:t>
      </w:r>
      <w:r>
        <w:br/>
      </w:r>
      <w:r>
        <w:t xml:space="preserve">    (a) gain advantage from</w:t>
      </w:r>
      <w:r>
        <w:br/>
      </w:r>
      <w:r>
        <w:t xml:space="preserve">    (b) increase or improve</w:t>
      </w:r>
      <w:r>
        <w:br/>
      </w:r>
      <w:r>
        <w:t xml:space="preserve">    (c) influence or effect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come to St Petersburg with the view of obtaining some position corresponding to his rank, if possible that of vice-governor of a province; but he was prepared to be content with that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bailiff</w:t>
      </w:r>
      <w:r>
        <w:rPr>
          <w:b/>
          <w:bCs/>
        </w:rPr>
        <w:t xml:space="preserve"> </w:t>
      </w:r>
      <w:r>
        <w:rPr>
          <w:b/>
          <w:bCs/>
        </w:rPr>
        <w:t xml:space="preserve">in some department or other.</w:t>
      </w:r>
      <w:r>
        <w:br/>
      </w:r>
      <w:r>
        <w:t xml:space="preserve">    (a) court officer responsible for keeping order in the court including custody of the jury, and custody of prisoners while in court</w:t>
      </w:r>
      <w:r>
        <w:br/>
      </w:r>
      <w:r>
        <w:t xml:space="preserve">    (b) a person who formally does not vote either "yes" or "no"; or who voluntarily doesn't do something -- such as not drinking alcohol</w:t>
      </w:r>
      <w:r>
        <w:br/>
      </w:r>
      <w:r>
        <w:t xml:space="preserve">    (c) math:  the order in which two numbers are added or multiplied does not change their sum or product (2+3=3+2) and (4×7=7×4)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hat,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adorned</w:t>
      </w:r>
      <w:r>
        <w:rPr>
          <w:b/>
          <w:bCs/>
        </w:rPr>
        <w:t xml:space="preserve"> </w:t>
      </w:r>
      <w:r>
        <w:rPr>
          <w:b/>
          <w:bCs/>
        </w:rPr>
        <w:t xml:space="preserve">with a plume, showed that it held the rank of a state-councillor.</w:t>
      </w:r>
      <w:r>
        <w:br/>
      </w:r>
      <w:r>
        <w:t xml:space="preserve">    (a) decorated</w:t>
      </w:r>
      <w:r>
        <w:br/>
      </w:r>
      <w:r>
        <w:t xml:space="preserve">    (b) postponed</w:t>
      </w:r>
      <w:r>
        <w:br/>
      </w:r>
      <w:r>
        <w:t xml:space="preserve">    (c) disagreed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Kovaloff was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 </w:t>
      </w:r>
      <w:r>
        <w:rPr>
          <w:b/>
          <w:bCs/>
        </w:rPr>
        <w:t xml:space="preserve">that he could decide on nothing, and looked for the nose everywhere.</w:t>
      </w:r>
      <w:r>
        <w:br/>
      </w:r>
      <w:r>
        <w:t xml:space="preserve">    (a) concentrated, look at, or paid attention to</w:t>
      </w:r>
      <w:r>
        <w:br/>
      </w:r>
      <w:r>
        <w:t xml:space="preserve">    (b) thought carefully and made a judgment about</w:t>
      </w:r>
      <w:r>
        <w:br/>
      </w:r>
      <w:r>
        <w:t xml:space="preserve">    (c) not calm; or stirred up (often emotionally)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old apple-woman on the Ascension Bridge may carry on her business without one, but since I am on the look out for a post; besides in many houses 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acquainted</w:t>
      </w:r>
      <w:r>
        <w:rPr>
          <w:b/>
          <w:bCs/>
        </w:rPr>
        <w:t xml:space="preserve"> </w:t>
      </w:r>
      <w:r>
        <w:rPr>
          <w:b/>
          <w:bCs/>
        </w:rPr>
        <w:t xml:space="preserve">with ladies of high position—Madame Tchektyriev, wife of a state-councillor, and many others.</w:t>
      </w:r>
      <w:r>
        <w:br/>
      </w:r>
      <w:r>
        <w:t xml:space="preserve">    (a) familiar with  OR  a friend or associate</w:t>
      </w:r>
      <w:r>
        <w:br/>
      </w:r>
      <w:r>
        <w:t xml:space="preserve">    (b) compensated for a loss; or paid a reward</w:t>
      </w:r>
      <w:r>
        <w:br/>
      </w:r>
      <w:r>
        <w:t xml:space="preserve">    (c) not having taken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he was, it would not be such a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</w:t>
      </w:r>
      <w:r>
        <w:rPr>
          <w:b/>
          <w:bCs/>
        </w:rPr>
        <w:t xml:space="preserve">!</w:t>
      </w:r>
      <w:r>
        <w:br/>
      </w:r>
      <w:r>
        <w:t xml:space="preserve">    (a) make one's home in; or live in; or stay (in a place)</w:t>
      </w:r>
      <w:r>
        <w:br/>
      </w:r>
      <w:r>
        <w:t xml:space="preserve">    (b) tricking or cheating someone -- usually to get money</w:t>
      </w:r>
      <w:r>
        <w:br/>
      </w:r>
      <w:r>
        <w:t xml:space="preserve">    (c) to concentrate, look at; or the act of concentration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if you lay so much stress on it, you should apply to someone who has a skilful pen, so that he may describe it as a curious, natural freak, and publish the article in the Northern Bee" (here he took another pinch) "for the benefit of youthful readers" (he wiped his nose), "or simply as a matter worthy of arousing public curiosity."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therefore (for that reason)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often he tried, all his efforts were in vain.</w:t>
      </w:r>
      <w:r>
        <w:br/>
      </w:r>
      <w:r>
        <w:t xml:space="preserve">    (a) people who are good at or spend much time studying, thinking, and reasoning</w:t>
      </w:r>
      <w:r>
        <w:br/>
      </w:r>
      <w:r>
        <w:t xml:space="preserve">    (b) regardless of how</w:t>
      </w:r>
      <w:r>
        <w:br/>
      </w:r>
      <w:r>
        <w:t xml:space="preserve">    (c) aka analysis -- psychiatric treatment; or a theory of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act, quite innocent in itself,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exasperated</w:t>
      </w:r>
      <w:r>
        <w:rPr>
          <w:b/>
          <w:bCs/>
        </w:rPr>
        <w:t xml:space="preserve"> </w:t>
      </w:r>
      <w:r>
        <w:rPr>
          <w:b/>
          <w:bCs/>
        </w:rPr>
        <w:t xml:space="preserve">Kovaloff.</w:t>
      </w:r>
      <w:r>
        <w:br/>
      </w:r>
      <w:r>
        <w:t xml:space="preserve">    (a) came or arrived</w:t>
      </w:r>
      <w:r>
        <w:br/>
      </w:r>
      <w:r>
        <w:t xml:space="preserve">    (b) said indirectly</w:t>
      </w:r>
      <w:r>
        <w:br/>
      </w:r>
      <w:r>
        <w:t xml:space="preserve">    (c) greatly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</w:t>
      </w:r>
      <w:r>
        <w:rPr>
          <w:b/>
          <w:bCs/>
        </w:rPr>
        <w:t xml:space="preserve"> </w:t>
      </w:r>
      <w:r>
        <w:rPr>
          <w:b/>
          <w:bCs/>
        </w:rPr>
        <w:t xml:space="preserve">was too direct.</w:t>
      </w:r>
      <w:r>
        <w:br/>
      </w:r>
      <w:r>
        <w:t xml:space="preserve">    (a) a nerve or brain cell</w:t>
      </w:r>
      <w:r>
        <w:br/>
      </w:r>
      <w:r>
        <w:t xml:space="preserve">    (b) long eventful journey</w:t>
      </w:r>
      <w:r>
        <w:br/>
      </w:r>
      <w:r>
        <w:t xml:space="preserve">    (c) an indirect reference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intend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</w:t>
      </w:r>
      <w:r>
        <w:rPr>
          <w:b/>
          <w:bCs/>
        </w:rPr>
        <w:t xml:space="preserve"> </w:t>
      </w:r>
      <w:r>
        <w:rPr>
          <w:b/>
          <w:bCs/>
        </w:rPr>
        <w:t xml:space="preserve">by that that I wished to snub you, i.e. to meet you with a refusal, I am very astonished because, as you well know, I was quite of the opposite mind.</w:t>
      </w:r>
      <w:r>
        <w:br/>
      </w:r>
      <w:r>
        <w:t xml:space="preserve">    (a) suggest (say indirectly)</w:t>
      </w:r>
      <w:r>
        <w:br/>
      </w:r>
      <w:r>
        <w:t xml:space="preserve">    (b) include consideration of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high-born lady wrote to the keeper of the gardens asking him to show her children this rare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phenomenon</w:t>
      </w:r>
      <w:r>
        <w:rPr>
          <w:b/>
          <w:bCs/>
        </w:rPr>
        <w:t xml:space="preserve">, and to give them some suitable instruction on the occasion.</w:t>
      </w:r>
      <w:r>
        <w:br/>
      </w:r>
      <w:r>
        <w:t xml:space="preserve">    (a) something important that is hard to see or sense</w:t>
      </w:r>
      <w:r>
        <w:br/>
      </w:r>
      <w:r>
        <w:t xml:space="preserve">    (b) something that exists or happened -- often of special interest</w:t>
      </w:r>
      <w:r>
        <w:br/>
      </w:r>
      <w:r>
        <w:t xml:space="preserve">    (c) something that was once small, but is getting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these incidents were eagerly collected by the town wits, who just then were very short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anecdotes</w:t>
      </w:r>
      <w:r>
        <w:rPr>
          <w:b/>
          <w:bCs/>
        </w:rPr>
        <w:t xml:space="preserve"> </w:t>
      </w:r>
      <w:r>
        <w:rPr>
          <w:b/>
          <w:bCs/>
        </w:rPr>
        <w:t xml:space="preserve">adapted to amuse ladies.</w:t>
      </w:r>
      <w:r>
        <w:br/>
      </w:r>
      <w:r>
        <w:t xml:space="preserve">    (a) outward appearances</w:t>
      </w:r>
      <w:r>
        <w:br/>
      </w:r>
      <w:r>
        <w:t xml:space="preserve">    (b) sizes or dimensions</w:t>
      </w:r>
      <w:r>
        <w:br/>
      </w:r>
      <w:r>
        <w:t xml:space="preserve">    (c) short, true stories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gentleman asserted with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indignation</w:t>
      </w:r>
      <w:r>
        <w:rPr>
          <w:b/>
          <w:bCs/>
        </w:rPr>
        <w:t xml:space="preserve"> </w:t>
      </w:r>
      <w:r>
        <w:rPr>
          <w:b/>
          <w:bCs/>
        </w:rPr>
        <w:t xml:space="preserve">that he could not understand how in our enlightened age such absurdities could spread abroad, and he was astonished that the Government did not direct their attention to the matter.</w:t>
      </w:r>
      <w:r>
        <w:br/>
      </w:r>
      <w:r>
        <w:t xml:space="preserve">    (a) acceptance of something undesired as unavoidable</w:t>
      </w:r>
      <w:r>
        <w:br/>
      </w:r>
      <w:r>
        <w:t xml:space="preserve">    (b) surprise as something unexpected</w:t>
      </w:r>
      <w:r>
        <w:br/>
      </w:r>
      <w:r>
        <w:t xml:space="preserve">    (c) anger or annoyance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Jakovlevitch tied a napkin under his chin, and in the twinkling of an eye covered his beard and part of his cheeks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creamy lather.</w:t>
      </w:r>
      <w:r>
        <w:br/>
      </w:r>
      <w:r>
        <w:t xml:space="preserve">    (a) able to be protected or kept unchanged</w:t>
      </w:r>
      <w:r>
        <w:br/>
      </w:r>
      <w:r>
        <w:t xml:space="preserve">    (b) abundant (large in quantity or number)</w:t>
      </w:r>
      <w:r>
        <w:br/>
      </w:r>
      <w:r>
        <w:t xml:space="preserve">    (c) able to accept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way he said to himself, "If the Major does not burst into laughter at the sight of me, that is a most certain sign that everything is in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accustomed</w:t>
      </w:r>
      <w:r>
        <w:rPr>
          <w:b/>
          <w:bCs/>
        </w:rPr>
        <w:t xml:space="preserve"> </w:t>
      </w:r>
      <w:r>
        <w:rPr>
          <w:b/>
          <w:bCs/>
        </w:rPr>
        <w:t xml:space="preserve">place."</w:t>
      </w:r>
      <w:r>
        <w:br/>
      </w:r>
      <w:r>
        <w:t xml:space="preserve">    (a) prepared food in a way that keeps it from spoiling</w:t>
      </w:r>
      <w:r>
        <w:br/>
      </w:r>
      <w:r>
        <w:t xml:space="preserve">    (b) supported by providing money or other economic aid</w:t>
      </w:r>
      <w:r>
        <w:br/>
      </w:r>
      <w:r>
        <w:t xml:space="preserve">    (c) used to (adapted to something, so it seems normal)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2026-07-31T19:10:21Z</dcterms:created>
  <dcterms:modified xsi:type="dcterms:W3CDTF">2026-07-31T19:10:21Z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