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86345a7b341687b95a9d9ad06202a959c835d69"/>
    <w:p>
      <w:pPr>
        <w:pStyle w:val="Heading1"/>
      </w:pPr>
      <w:r>
        <w:rPr>
          <w:b/>
          <w:bCs/>
        </w:rPr>
        <w:t xml:space="preserve">The Necklace</w:t>
      </w:r>
      <w:r>
        <w:br/>
      </w:r>
      <w:r>
        <w:rPr>
          <w:i/>
          <w:iCs/>
        </w:rPr>
        <w:t xml:space="preserve">Guy de Maupassant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kept me waiting an hour in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anteroom</w:t>
      </w:r>
      <w:r>
        <w:rPr>
          <w:b/>
          <w:bCs/>
        </w:rPr>
        <w:t xml:space="preserve"> </w:t>
      </w:r>
      <w:r>
        <w:rPr>
          <w:b/>
          <w:bCs/>
        </w:rPr>
        <w:t xml:space="preserve">for my long-scheduled ten-minute appointment.</w:t>
      </w:r>
      <w:r>
        <w:br/>
      </w:r>
      <w:r>
        <w:t xml:space="preserve">    (a) a house or shelter in which someone lives</w:t>
      </w:r>
      <w:r>
        <w:br/>
      </w:r>
      <w:r>
        <w:t xml:space="preserve">    (b) the residence of a religious community</w:t>
      </w:r>
      <w:r>
        <w:br/>
      </w:r>
      <w:r>
        <w:t xml:space="preserve">    (c) a room leading to a larger or more important room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hunter cleaned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breech</w:t>
      </w:r>
      <w:r>
        <w:rPr>
          <w:b/>
          <w:bCs/>
        </w:rPr>
        <w:t xml:space="preserve"> </w:t>
      </w:r>
      <w:r>
        <w:rPr>
          <w:b/>
          <w:bCs/>
        </w:rPr>
        <w:t xml:space="preserve">after firing several rounds at the target.</w:t>
      </w:r>
      <w:r>
        <w:br/>
      </w:r>
      <w:r>
        <w:t xml:space="preserve">    (a) tip of an arrow</w:t>
      </w:r>
      <w:r>
        <w:br/>
      </w:r>
      <w:r>
        <w:t xml:space="preserve">    (b) back of a firearm</w:t>
      </w:r>
      <w:r>
        <w:br/>
      </w:r>
      <w:r>
        <w:t xml:space="preserve">    (c) edge of a blade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approached the impressive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bronze</w:t>
      </w:r>
      <w:r>
        <w:rPr>
          <w:b/>
          <w:bCs/>
        </w:rPr>
        <w:t xml:space="preserve"> </w:t>
      </w:r>
      <w:r>
        <w:rPr>
          <w:b/>
          <w:bCs/>
        </w:rPr>
        <w:t xml:space="preserve">doors.</w:t>
      </w:r>
      <w:r>
        <w:br/>
      </w:r>
      <w:r>
        <w:t xml:space="preserve">    (a) made of a high-quality wood</w:t>
      </w:r>
      <w:r>
        <w:br/>
      </w:r>
      <w:r>
        <w:t xml:space="preserve">    (b) made of a type of high-quality metal</w:t>
      </w:r>
      <w:r>
        <w:br/>
      </w:r>
      <w:r>
        <w:t xml:space="preserve">    (c) notably large and appearing heavy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injunction requires that they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cease</w:t>
      </w:r>
      <w:r>
        <w:rPr>
          <w:b/>
          <w:bCs/>
        </w:rPr>
        <w:t xml:space="preserve"> </w:t>
      </w:r>
      <w:r>
        <w:rPr>
          <w:b/>
          <w:bCs/>
        </w:rPr>
        <w:t xml:space="preserve">all activity on the site.</w:t>
      </w:r>
      <w:r>
        <w:br/>
      </w:r>
      <w:r>
        <w:t xml:space="preserve">    (a) stop</w:t>
      </w:r>
      <w:r>
        <w:br/>
      </w:r>
      <w:r>
        <w:t xml:space="preserve">    (b) permit</w:t>
      </w:r>
      <w:r>
        <w:br/>
      </w:r>
      <w:r>
        <w:t xml:space="preserve">    (c) record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surgeon consulted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colleague</w:t>
      </w:r>
      <w:r>
        <w:rPr>
          <w:b/>
          <w:bCs/>
        </w:rPr>
        <w:t xml:space="preserve"> </w:t>
      </w:r>
      <w:r>
        <w:rPr>
          <w:b/>
          <w:bCs/>
        </w:rPr>
        <w:t xml:space="preserve">before the operation.</w:t>
      </w:r>
      <w:r>
        <w:br/>
      </w:r>
      <w:r>
        <w:t xml:space="preserve">    (a) former teacher</w:t>
      </w:r>
      <w:r>
        <w:br/>
      </w:r>
      <w:r>
        <w:t xml:space="preserve">    (b) private patient</w:t>
      </w:r>
      <w:r>
        <w:br/>
      </w:r>
      <w:r>
        <w:t xml:space="preserve">    (c) fellow worker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introduced Bette Midler (pronounced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bet</w:t>
      </w:r>
      <w:r>
        <w:rPr>
          <w:b/>
          <w:bCs/>
        </w:rPr>
        <w:t xml:space="preserve">) by saying,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Bette</w:t>
      </w:r>
      <w:r>
        <w:rPr>
          <w:b/>
          <w:bCs/>
        </w:rPr>
        <w:t xml:space="preserve"> </w:t>
      </w:r>
      <w:r>
        <w:rPr>
          <w:b/>
          <w:bCs/>
        </w:rPr>
        <w:t xml:space="preserve">rhymes with</w:t>
      </w:r>
      <w:r>
        <w:rPr>
          <w:b/>
          <w:bCs/>
        </w:rPr>
        <w:t xml:space="preserve"> </w:t>
      </w:r>
      <w:r>
        <w:rPr>
          <w:b/>
          <w:bCs/>
          <w:i/>
          <w:iCs/>
          <w:u w:val="single"/>
        </w:rPr>
        <w:t xml:space="preserve">coquette</w:t>
      </w:r>
      <w:r>
        <w:rPr>
          <w:b/>
          <w:bCs/>
        </w:rPr>
        <w:t xml:space="preserve">, but never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regret</w:t>
      </w:r>
      <w:r>
        <w:rPr>
          <w:b/>
          <w:bCs/>
        </w:rPr>
        <w:t xml:space="preserve">.</w:t>
      </w:r>
      <w:r>
        <w:br/>
      </w:r>
      <w:r>
        <w:t xml:space="preserve">    (a) a flirt</w:t>
      </w:r>
      <w:r>
        <w:br/>
      </w:r>
      <w:r>
        <w:t xml:space="preserve">    (b) a dancer</w:t>
      </w:r>
      <w:r>
        <w:br/>
      </w:r>
      <w:r>
        <w:t xml:space="preserve">    (c) a star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saw him as he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descending</w:t>
      </w:r>
      <w:r>
        <w:rPr>
          <w:b/>
          <w:bCs/>
        </w:rPr>
        <w:t xml:space="preserve"> </w:t>
      </w:r>
      <w:r>
        <w:rPr>
          <w:b/>
          <w:bCs/>
        </w:rPr>
        <w:t xml:space="preserve">the stairs.</w:t>
      </w:r>
      <w:r>
        <w:br/>
      </w:r>
      <w:r>
        <w:t xml:space="preserve">    (a) climbing</w:t>
      </w:r>
      <w:r>
        <w:br/>
      </w:r>
      <w:r>
        <w:t xml:space="preserve">    (b) going down</w:t>
      </w:r>
      <w:r>
        <w:br/>
      </w:r>
      <w:r>
        <w:t xml:space="preserve">    (c) looking at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director’s latest film is a quiet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homage</w:t>
      </w:r>
      <w:r>
        <w:rPr>
          <w:b/>
          <w:bCs/>
        </w:rPr>
        <w:t xml:space="preserve"> </w:t>
      </w:r>
      <w:r>
        <w:rPr>
          <w:b/>
          <w:bCs/>
        </w:rPr>
        <w:t xml:space="preserve">to classic black-and-white cinema.</w:t>
      </w:r>
      <w:r>
        <w:br/>
      </w:r>
      <w:r>
        <w:t xml:space="preserve">    (a) show of respect</w:t>
      </w:r>
      <w:r>
        <w:br/>
      </w:r>
      <w:r>
        <w:t xml:space="preserve">    (b) modern version</w:t>
      </w:r>
      <w:r>
        <w:br/>
      </w:r>
      <w:r>
        <w:t xml:space="preserve">    (c) light parody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She's convinced PE class was invented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humiliate</w:t>
      </w:r>
      <w:r>
        <w:rPr>
          <w:b/>
          <w:bCs/>
        </w:rPr>
        <w:t xml:space="preserve"> </w:t>
      </w:r>
      <w:r>
        <w:rPr>
          <w:b/>
          <w:bCs/>
        </w:rPr>
        <w:t xml:space="preserve">innocent kids.</w:t>
      </w:r>
      <w:r>
        <w:br/>
      </w:r>
      <w:r>
        <w:t xml:space="preserve">    (a) extremely embarrass</w:t>
      </w:r>
      <w:r>
        <w:br/>
      </w:r>
      <w:r>
        <w:t xml:space="preserve">    (b) teach hard lessons</w:t>
      </w:r>
      <w:r>
        <w:br/>
      </w:r>
      <w:r>
        <w:t xml:space="preserve">    (c) strengthen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child's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impertinent</w:t>
      </w:r>
      <w:r>
        <w:rPr>
          <w:b/>
          <w:bCs/>
        </w:rPr>
        <w:t xml:space="preserve"> </w:t>
      </w:r>
      <w:r>
        <w:rPr>
          <w:b/>
          <w:bCs/>
        </w:rPr>
        <w:t xml:space="preserve">question about the guest's bald head caused an awkward silence at the dinner table.</w:t>
      </w:r>
      <w:r>
        <w:br/>
      </w:r>
      <w:r>
        <w:t xml:space="preserve">    (a) foolish</w:t>
      </w:r>
      <w:r>
        <w:br/>
      </w:r>
      <w:r>
        <w:t xml:space="preserve">    (b) loud</w:t>
      </w:r>
      <w:r>
        <w:br/>
      </w:r>
      <w:r>
        <w:t xml:space="preserve">    (c) rude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Although ruthless, they did not want to create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martyr</w:t>
      </w:r>
      <w:r>
        <w:rPr>
          <w:b/>
          <w:bCs/>
        </w:rPr>
        <w:t xml:space="preserve">, so rather than execute her, they imprisoned her.</w:t>
      </w:r>
      <w:r>
        <w:br/>
      </w:r>
      <w:r>
        <w:t xml:space="preserve">    (a) bad example</w:t>
      </w:r>
      <w:r>
        <w:br/>
      </w:r>
      <w:r>
        <w:t xml:space="preserve">    (b) deceased hero</w:t>
      </w:r>
      <w:r>
        <w:br/>
      </w:r>
      <w:r>
        <w:t xml:space="preserve">    (c) news story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grew up in a world of stillbirths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privation</w:t>
      </w:r>
      <w:r>
        <w:rPr>
          <w:b/>
          <w:bCs/>
        </w:rPr>
        <w:t xml:space="preserve">.</w:t>
      </w:r>
      <w:r>
        <w:br/>
      </w:r>
      <w:r>
        <w:t xml:space="preserve">    (a) rules of conduct said to be universally desired by all peoples</w:t>
      </w:r>
      <w:r>
        <w:br/>
      </w:r>
      <w:r>
        <w:t xml:space="preserve">    (b) a stone coffin (usually bearing sculpture or inscriptions)</w:t>
      </w:r>
      <w:r>
        <w:br/>
      </w:r>
      <w:r>
        <w:t xml:space="preserve">    (c) lack of basic things needed to live in a satisfactory manner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decided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resume</w:t>
      </w:r>
      <w:r>
        <w:rPr>
          <w:b/>
          <w:bCs/>
        </w:rPr>
        <w:t xml:space="preserve"> </w:t>
      </w:r>
      <w:r>
        <w:rPr>
          <w:b/>
          <w:bCs/>
        </w:rPr>
        <w:t xml:space="preserve">her studies after taking a year off to travel.</w:t>
      </w:r>
      <w:r>
        <w:br/>
      </w:r>
      <w:r>
        <w:t xml:space="preserve">    (a) begin again</w:t>
      </w:r>
      <w:r>
        <w:br/>
      </w:r>
      <w:r>
        <w:t xml:space="preserve">    (b) finish</w:t>
      </w:r>
      <w:r>
        <w:br/>
      </w:r>
      <w:r>
        <w:t xml:space="preserve">    (c) begin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reduced locations where mosquito eggs can mature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therefore</w:t>
      </w:r>
      <w:r>
        <w:rPr>
          <w:b/>
          <w:bCs/>
        </w:rPr>
        <w:t xml:space="preserve"> </w:t>
      </w:r>
      <w:r>
        <w:rPr>
          <w:b/>
          <w:bCs/>
        </w:rPr>
        <w:t xml:space="preserve">reduced the number of mosquitoes.</w:t>
      </w:r>
      <w:r>
        <w:br/>
      </w:r>
      <w:r>
        <w:t xml:space="preserve">    (a) for that reason</w:t>
      </w:r>
      <w:r>
        <w:br/>
      </w:r>
      <w:r>
        <w:t xml:space="preserve">    (b) in spite of that</w:t>
      </w:r>
      <w:r>
        <w:br/>
      </w:r>
      <w:r>
        <w:t xml:space="preserve">    (c) in addition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2026-07-31T18:38:04Z</dcterms:created>
  <dcterms:modified xsi:type="dcterms:W3CDTF">2026-07-31T18:38:04Z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