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d55d7d379829d03c9c238e8b3021ded211184"/>
    <w:p>
      <w:pPr>
        <w:pStyle w:val="Heading1"/>
      </w:pPr>
      <w:r>
        <w:rPr>
          <w:b/>
          <w:bCs/>
        </w:rPr>
        <w:t xml:space="preserve">The Narrative of the Life of Frederick Douglass</w:t>
      </w:r>
      <w:r>
        <w:br/>
      </w:r>
      <w:r>
        <w:rPr>
          <w:i/>
          <w:iCs/>
        </w:rPr>
        <w:t xml:space="preserve">Frederick Douglass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bushels</w:t>
      </w:r>
      <w:r>
        <w:rPr>
          <w:b/>
          <w:bCs/>
        </w:rPr>
        <w:t xml:space="preserve"> </w:t>
      </w:r>
      <w:r>
        <w:rPr>
          <w:b/>
          <w:bCs/>
        </w:rPr>
        <w:t xml:space="preserve">of fun.</w:t>
      </w:r>
      <w:r>
        <w:br/>
      </w:r>
      <w:r>
        <w:t xml:space="preserve">    (a) shared by everyone</w:t>
      </w:r>
      <w:r>
        <w:br/>
      </w:r>
      <w:r>
        <w:t xml:space="preserve">    (b) a large amount</w:t>
      </w:r>
      <w:r>
        <w:br/>
      </w:r>
      <w:r>
        <w:t xml:space="preserve">    (c) measured in hours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disinterest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distinguish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</w:t>
      </w:r>
      <w:r>
        <w:rPr>
          <w:b/>
          <w:bCs/>
        </w:rPr>
        <w:t xml:space="preserve"> </w:t>
      </w:r>
      <w:r>
        <w:rPr>
          <w:b/>
          <w:bCs/>
        </w:rPr>
        <w:t xml:space="preserve">and fact.</w:t>
      </w:r>
      <w:r>
        <w:br/>
      </w:r>
      <w:r>
        <w:t xml:space="preserve">    (a) popularity</w:t>
      </w:r>
      <w:r>
        <w:br/>
      </w:r>
      <w:r>
        <w:t xml:space="preserve">    (b) theory</w:t>
      </w:r>
      <w:r>
        <w:br/>
      </w:r>
      <w:r>
        <w:t xml:space="preserve">    (c) fantasy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 your better nature--not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 </w:t>
      </w:r>
      <w:r>
        <w:rPr>
          <w:b/>
          <w:bCs/>
        </w:rPr>
        <w:t xml:space="preserve">within you.</w:t>
      </w:r>
      <w:r>
        <w:br/>
      </w:r>
      <w:r>
        <w:t xml:space="preserve">    (a) evilness</w:t>
      </w:r>
      <w:r>
        <w:br/>
      </w:r>
      <w:r>
        <w:t xml:space="preserve">    (b) weakness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lacks</w:t>
      </w:r>
      <w:r>
        <w:br/>
      </w:r>
      <w:r>
        <w:t xml:space="preserve">    (b) shows</w:t>
      </w:r>
      <w:r>
        <w:br/>
      </w:r>
      <w:r>
        <w:t xml:space="preserve">    (c) craves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resolution calls upon the country to "cease hostilities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forthwith</w:t>
      </w:r>
      <w:r>
        <w:rPr>
          <w:b/>
          <w:bCs/>
        </w:rPr>
        <w:t xml:space="preserve">."</w:t>
      </w:r>
      <w:r>
        <w:br/>
      </w:r>
      <w:r>
        <w:t xml:space="preserve">    (a) publicly</w:t>
      </w:r>
      <w:r>
        <w:br/>
      </w:r>
      <w:r>
        <w:t xml:space="preserve">    (b) immediately</w:t>
      </w:r>
      <w:r>
        <w:br/>
      </w:r>
      <w:r>
        <w:t xml:space="preserve">    (c)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helping or assisting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imbibing</w:t>
      </w:r>
      <w:r>
        <w:rPr>
          <w:b/>
          <w:bCs/>
        </w:rPr>
        <w:t xml:space="preserve"> </w:t>
      </w:r>
      <w:r>
        <w:rPr>
          <w:b/>
          <w:bCs/>
        </w:rPr>
        <w:t xml:space="preserve">that much in hard liquor showed faster memory decline than those drinking the same amount of beer or wine.</w:t>
      </w:r>
      <w:r>
        <w:br/>
      </w:r>
      <w:r>
        <w:t xml:space="preserve">    (a) drinking</w:t>
      </w:r>
      <w:r>
        <w:br/>
      </w:r>
      <w:r>
        <w:t xml:space="preserve">    (b) colliding</w:t>
      </w:r>
      <w:r>
        <w:br/>
      </w:r>
      <w:r>
        <w:t xml:space="preserve">    (c) differing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thoughtfully kind</w:t>
      </w:r>
      <w:r>
        <w:br/>
      </w:r>
      <w:r>
        <w:t xml:space="preserve">    (b) extremely quiet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success</w:t>
      </w:r>
      <w:r>
        <w:br/>
      </w:r>
      <w:r>
        <w:t xml:space="preserve">    (b) lack of ability</w:t>
      </w:r>
      <w:r>
        <w:br/>
      </w:r>
      <w:r>
        <w:t xml:space="preserve">    (c) lack of gratefulness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inserted</w:t>
      </w:r>
      <w:r>
        <w:br/>
      </w:r>
      <w:r>
        <w:t xml:space="preserve">    (b) been seen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subtle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intimation</w:t>
      </w:r>
      <w:r>
        <w:rPr>
          <w:b/>
          <w:bCs/>
        </w:rPr>
        <w:t xml:space="preserve"> </w:t>
      </w:r>
      <w:r>
        <w:rPr>
          <w:b/>
          <w:bCs/>
        </w:rPr>
        <w:t xml:space="preserve">in her tone that suggested she knew more about the situation than she was letting on.</w:t>
      </w:r>
      <w:r>
        <w:br/>
      </w:r>
      <w:r>
        <w:t xml:space="preserve">    (a) warning</w:t>
      </w:r>
      <w:r>
        <w:br/>
      </w:r>
      <w:r>
        <w:t xml:space="preserve">    (b) hint or indication</w:t>
      </w:r>
      <w:r>
        <w:br/>
      </w:r>
      <w:r>
        <w:t xml:space="preserve">    (c) fear or panic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actions conflict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maxim</w:t>
      </w:r>
      <w:r>
        <w:rPr>
          <w:b/>
          <w:bCs/>
        </w:rPr>
        <w:t xml:space="preserve"> </w:t>
      </w:r>
      <w:r>
        <w:rPr>
          <w:b/>
          <w:bCs/>
        </w:rPr>
        <w:t xml:space="preserve">that we don't negotiate with terrorists.</w:t>
      </w:r>
      <w:r>
        <w:br/>
      </w:r>
      <w:r>
        <w:t xml:space="preserve">    (a) goal</w:t>
      </w:r>
      <w:r>
        <w:br/>
      </w:r>
      <w:r>
        <w:t xml:space="preserve">    (b) observation</w:t>
      </w:r>
      <w:r>
        <w:br/>
      </w:r>
      <w:r>
        <w:t xml:space="preserve">    (c)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charged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misdemeanor</w:t>
      </w:r>
      <w:r>
        <w:rPr>
          <w:b/>
          <w:bCs/>
        </w:rPr>
        <w:t xml:space="preserve"> </w:t>
      </w:r>
      <w:r>
        <w:rPr>
          <w:b/>
          <w:bCs/>
        </w:rPr>
        <w:t xml:space="preserve">for throwing an egg at her neighbor's door.</w:t>
      </w:r>
      <w:r>
        <w:br/>
      </w:r>
      <w:r>
        <w:t xml:space="preserve">    (a) a court complaint filing</w:t>
      </w:r>
      <w:r>
        <w:br/>
      </w:r>
      <w:r>
        <w:t xml:space="preserve">    (b) a binding legal contract</w:t>
      </w:r>
      <w:r>
        <w:br/>
      </w:r>
      <w:r>
        <w:t xml:space="preserve">    (c) a minor criminal offense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avoided eye contact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story of how she ended up in prison.</w:t>
      </w:r>
      <w:r>
        <w:br/>
      </w:r>
      <w:r>
        <w:t xml:space="preserve">    (a) told (a story)</w:t>
      </w:r>
      <w:r>
        <w:br/>
      </w:r>
      <w:r>
        <w:t xml:space="preserve">    (b) urged strongly</w:t>
      </w:r>
      <w:r>
        <w:br/>
      </w:r>
      <w:r>
        <w:t xml:space="preserve">    (c)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addition to</w:t>
      </w:r>
      <w:r>
        <w:br/>
      </w:r>
      <w:r>
        <w:t xml:space="preserve">    (b) in spite of</w:t>
      </w:r>
      <w:r>
        <w:br/>
      </w:r>
      <w:r>
        <w:t xml:space="preserve">    (c) as a result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more notable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perseverance</w:t>
      </w:r>
      <w:r>
        <w:rPr>
          <w:b/>
          <w:bCs/>
        </w:rPr>
        <w:t xml:space="preserve"> </w:t>
      </w:r>
      <w:r>
        <w:rPr>
          <w:b/>
          <w:bCs/>
        </w:rPr>
        <w:t xml:space="preserve">than for her natural talent.</w:t>
      </w:r>
      <w:r>
        <w:br/>
      </w:r>
      <w:r>
        <w:t xml:space="preserve">    (a) education</w:t>
      </w:r>
      <w:r>
        <w:br/>
      </w:r>
      <w:r>
        <w:t xml:space="preserve">    (b) network</w:t>
      </w:r>
      <w:r>
        <w:br/>
      </w:r>
      <w:r>
        <w:t xml:space="preserve">    (c) staying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push on through hardship</w:t>
      </w:r>
      <w:r>
        <w:br/>
      </w:r>
      <w:r>
        <w:t xml:space="preserve">    (b) give up at first try</w:t>
      </w:r>
      <w:r>
        <w:br/>
      </w:r>
      <w:r>
        <w:t xml:space="preserve">    (c) rest before any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submissive</w:t>
      </w:r>
      <w:r>
        <w:br/>
      </w:r>
      <w:r>
        <w:t xml:space="preserve">    (b) aggressive</w:t>
      </w:r>
      <w:r>
        <w:br/>
      </w:r>
      <w:r>
        <w:t xml:space="preserve">    (c) irresponsible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in the world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subsist</w:t>
      </w:r>
      <w:r>
        <w:rPr>
          <w:b/>
          <w:bCs/>
        </w:rPr>
        <w:t xml:space="preserve"> </w:t>
      </w:r>
      <w:r>
        <w:rPr>
          <w:b/>
          <w:bCs/>
        </w:rPr>
        <w:t xml:space="preserve">on $1 a day.</w:t>
      </w:r>
      <w:r>
        <w:br/>
      </w:r>
      <w:r>
        <w:t xml:space="preserve">    (a) grow</w:t>
      </w:r>
      <w:r>
        <w:br/>
      </w:r>
      <w:r>
        <w:t xml:space="preserve">    (b) survive</w:t>
      </w:r>
      <w:r>
        <w:br/>
      </w:r>
      <w:r>
        <w:t xml:space="preserve">    (c) thrive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2026-07-31T15:45:14Z</dcterms:created>
  <dcterms:modified xsi:type="dcterms:W3CDTF">2026-07-31T15:45:14Z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