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34abbe53d9ef2d49bcff3242870a4e117d88ca"/>
    <w:p>
      <w:pPr>
        <w:pStyle w:val="Heading1"/>
      </w:pPr>
      <w:r>
        <w:rPr>
          <w:b/>
          <w:bCs/>
        </w:rPr>
        <w:t xml:space="preserve">The Name of the Wind</w:t>
      </w:r>
      <w:r>
        <w:br/>
      </w:r>
      <w:r>
        <w:rPr>
          <w:i/>
          <w:iCs/>
        </w:rPr>
        <w:t xml:space="preserve">Patrick Rothfuss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alloy</w:t>
      </w:r>
      <w:r>
        <w:rPr>
          <w:b/>
          <w:bCs/>
        </w:rPr>
        <w:t xml:space="preserve"> </w:t>
      </w:r>
      <w:r>
        <w:rPr>
          <w:b/>
          <w:bCs/>
        </w:rPr>
        <w:t xml:space="preserve">of sorts, a counterpoint.</w:t>
      </w:r>
      <w:r>
        <w:br/>
      </w:r>
      <w:r>
        <w:t xml:space="preserve">    (a) a metal that consists of more than one element</w:t>
      </w:r>
      <w:r>
        <w:br/>
      </w:r>
      <w:r>
        <w:t xml:space="preserve">    (b) a slight amount; or to contain a slight amount</w:t>
      </w:r>
      <w:r>
        <w:br/>
      </w:r>
      <w:r>
        <w:t xml:space="preserve">    (c) something that is necessary for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locked the door and shuttered the wide windows of the inn, as if to distance himself from the stars and all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names.</w:t>
      </w:r>
      <w:r>
        <w:br/>
      </w:r>
      <w:r>
        <w:t xml:space="preserve">    (a) began fighting again</w:t>
      </w:r>
      <w:r>
        <w:br/>
      </w:r>
      <w:r>
        <w:t xml:space="preserve">    (b) took on as one's own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sound of it tugged one corner of his mouth into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wry</w:t>
      </w:r>
      <w:r>
        <w:rPr>
          <w:b/>
          <w:bCs/>
        </w:rPr>
        <w:t xml:space="preserve"> </w:t>
      </w:r>
      <w:r>
        <w:rPr>
          <w:b/>
          <w:bCs/>
        </w:rPr>
        <w:t xml:space="preserve">smile as he sank into the deep chair in front of the fire.</w:t>
      </w:r>
      <w:r>
        <w:br/>
      </w:r>
      <w:r>
        <w:t xml:space="preserve">    (a) humor -- often understated, sarcastic, or ironic -- often expressed by twisting the face</w:t>
      </w:r>
      <w:r>
        <w:br/>
      </w:r>
      <w:r>
        <w:t xml:space="preserve">    (b) the quality of not being clear, easily noticed, or identifiable as different or separate</w:t>
      </w:r>
      <w:r>
        <w:br/>
      </w:r>
      <w:r>
        <w:t xml:space="preserve">    (c) the quality of being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"Oh come now," Bast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reproached</w:t>
      </w:r>
      <w:r>
        <w:rPr>
          <w:b/>
          <w:bCs/>
        </w:rPr>
        <w:t xml:space="preserve">, his smile falling away.</w:t>
      </w:r>
      <w:r>
        <w:br/>
      </w:r>
      <w:r>
        <w:t xml:space="preserve">    (a) translated</w:t>
      </w:r>
      <w:r>
        <w:br/>
      </w:r>
      <w:r>
        <w:t xml:space="preserve">    (b) subtracted</w:t>
      </w:r>
      <w:r>
        <w:br/>
      </w:r>
      <w:r>
        <w:t xml:space="preserve">    (c) criticized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"She's not much of a horse, sir,"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Chronicler</w:t>
      </w:r>
      <w:r>
        <w:rPr>
          <w:b/>
          <w:bCs/>
        </w:rPr>
        <w:t xml:space="preserve"> </w:t>
      </w:r>
      <w:r>
        <w:rPr>
          <w:b/>
          <w:bCs/>
        </w:rPr>
        <w:t xml:space="preserve">said.</w:t>
      </w:r>
      <w:r>
        <w:br/>
      </w:r>
      <w:r>
        <w:t xml:space="preserve">    (a) a record of events; or the act of creating such a record or telling others of the events</w:t>
      </w:r>
      <w:r>
        <w:br/>
      </w:r>
      <w:r>
        <w:t xml:space="preserve">    (b) someone who avoids or tries to avoid either a responsibility or telling the whole truth</w:t>
      </w:r>
      <w:r>
        <w:br/>
      </w:r>
      <w:r>
        <w:t xml:space="preserve">    (c) someone who calls to another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Kote shrugged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nonchalantly</w:t>
      </w:r>
      <w:r>
        <w:rPr>
          <w:b/>
          <w:bCs/>
        </w:rPr>
        <w:t xml:space="preserve">, his smile fading an imperceptible amount.</w:t>
      </w:r>
      <w:r>
        <w:br/>
      </w:r>
      <w:r>
        <w:t xml:space="preserve">    (a) calmly (appearing unconcerned)</w:t>
      </w:r>
      <w:r>
        <w:br/>
      </w:r>
      <w:r>
        <w:t xml:space="preserve">    (b) in a good or beneficial manner</w:t>
      </w:r>
      <w:r>
        <w:br/>
      </w:r>
      <w:r>
        <w:t xml:space="preserve">    (c) in a manner that does not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 gives you the slightest impression that I would be here when you came back?" he asked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incredulously</w:t>
      </w:r>
      <w:r>
        <w:rPr>
          <w:b/>
          <w:bCs/>
        </w:rPr>
        <w:t xml:space="preserve">.</w:t>
      </w:r>
      <w:r>
        <w:br/>
      </w:r>
      <w:r>
        <w:t xml:space="preserve">    (a) in a manner that intentionally angers, challenges, or upsets someone</w:t>
      </w:r>
      <w:r>
        <w:br/>
      </w:r>
      <w:r>
        <w:t xml:space="preserve">    (b) with disbelief; or with difficulty accepting something so unexpected</w:t>
      </w:r>
      <w:r>
        <w:br/>
      </w:r>
      <w:r>
        <w:t xml:space="preserve">    (c) in a manner that influences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doing this, let us pass over innumerable boring stories: the rise and fall of empires, sagas of heroism,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ballads</w:t>
      </w:r>
      <w:r>
        <w:rPr>
          <w:b/>
          <w:bCs/>
        </w:rPr>
        <w:t xml:space="preserve"> </w:t>
      </w:r>
      <w:r>
        <w:rPr>
          <w:b/>
          <w:bCs/>
        </w:rPr>
        <w:t xml:space="preserve">of tragic love.</w:t>
      </w:r>
      <w:r>
        <w:br/>
      </w:r>
      <w:r>
        <w:t xml:space="preserve">    (a) formulas (mathematical expressions--each of which describe a relationship between variables)</w:t>
      </w:r>
      <w:r>
        <w:br/>
      </w:r>
      <w:r>
        <w:t xml:space="preserve">    (b) a song (or poem) that tells a story or expresses strong feelings -- typically slow in tempo</w:t>
      </w:r>
      <w:r>
        <w:br/>
      </w:r>
      <w:r>
        <w:t xml:space="preserve">    (c) people who believe that knowledge is acquired primarily by reason rather than by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expelled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University at a younger age than most people are allowed in.</w:t>
      </w:r>
      <w:r>
        <w:br/>
      </w:r>
      <w:r>
        <w:t xml:space="preserve">    (a) translated</w:t>
      </w:r>
      <w:r>
        <w:br/>
      </w:r>
      <w:r>
        <w:t xml:space="preserve">    (b) subtracted</w:t>
      </w:r>
      <w:r>
        <w:br/>
      </w:r>
      <w:r>
        <w:t xml:space="preserve">    (c) forced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started gathering old faerie stories too, legends about bogies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shamble</w:t>
      </w:r>
      <w:r>
        <w:rPr>
          <w:b/>
          <w:bCs/>
        </w:rPr>
        <w:t xml:space="preserve">-men.</w:t>
      </w:r>
      <w:r>
        <w:br/>
      </w:r>
      <w:r>
        <w:t xml:space="preserve">    (a) make someone want to do something</w:t>
      </w:r>
      <w:r>
        <w:br/>
      </w:r>
      <w:r>
        <w:t xml:space="preserve">    (b) sadness, disappointment, or worry</w:t>
      </w:r>
      <w:r>
        <w:br/>
      </w:r>
      <w:r>
        <w:t xml:space="preserve">    (c) walk in an awkward, shuffling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Rhetoric</w:t>
      </w:r>
      <w:r>
        <w:rPr>
          <w:b/>
          <w:bCs/>
        </w:rPr>
        <w:t xml:space="preserve"> </w:t>
      </w:r>
      <w:r>
        <w:rPr>
          <w:b/>
          <w:bCs/>
        </w:rPr>
        <w:t xml:space="preserve">and Logic, the book Ben had used to teach me argument.</w:t>
      </w:r>
      <w:r>
        <w:br/>
      </w:r>
      <w:r>
        <w:t xml:space="preserve">    (a) the state or degree of being optimistic or agreeable</w:t>
      </w:r>
      <w:r>
        <w:br/>
      </w:r>
      <w:r>
        <w:t xml:space="preserve">    (b) the use of (or study of using) words to make a point</w:t>
      </w:r>
      <w:r>
        <w:br/>
      </w:r>
      <w:r>
        <w:t xml:space="preserve">    (c) the quality of being very bad (deserving no respect)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Denna looked down at her hands,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fidgeting</w:t>
      </w:r>
      <w:r>
        <w:rPr>
          <w:b/>
          <w:bCs/>
        </w:rPr>
        <w:t xml:space="preserve"> </w:t>
      </w:r>
      <w:r>
        <w:rPr>
          <w:b/>
          <w:bCs/>
        </w:rPr>
        <w:t xml:space="preserve">with a ring on her finger, twisting it.</w:t>
      </w:r>
      <w:r>
        <w:br/>
      </w:r>
      <w:r>
        <w:t xml:space="preserve">    (a) commending or praising publicly</w:t>
      </w:r>
      <w:r>
        <w:br/>
      </w:r>
      <w:r>
        <w:t xml:space="preserve">    (b) telling someone about something</w:t>
      </w:r>
      <w:r>
        <w:br/>
      </w:r>
      <w:r>
        <w:t xml:space="preserve">    (c) making small restless movements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moved my hands again and the lute made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chords</w:t>
      </w:r>
      <w:r>
        <w:rPr>
          <w:b/>
          <w:bCs/>
        </w:rPr>
        <w:t xml:space="preserve"> </w:t>
      </w:r>
      <w:r>
        <w:rPr>
          <w:b/>
          <w:bCs/>
        </w:rPr>
        <w:t xml:space="preserve">whispering against each other.</w:t>
      </w:r>
      <w:r>
        <w:br/>
      </w:r>
      <w:r>
        <w:t xml:space="preserve">    (a) items characterized by narrower parallel folds when closed and wider when open -- such as a door or musical instrument with that characteristic</w:t>
      </w:r>
      <w:r>
        <w:br/>
      </w:r>
      <w:r>
        <w:t xml:space="preserve">    (b) (verb) intentionally angers, challenges, or upsets someone  OR  (noun) insults or other actions intended to anger, challenge, or upset someone</w:t>
      </w:r>
      <w:r>
        <w:br/>
      </w:r>
      <w:r>
        <w:t xml:space="preserve">    (c) a combination of three or more notes that blend harmoniously when sounded together; or figuratively to express harmonious blending or clashing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grievances</w:t>
      </w:r>
      <w:r>
        <w:rPr>
          <w:b/>
          <w:bCs/>
        </w:rPr>
        <w:t xml:space="preserve"> </w:t>
      </w:r>
      <w:r>
        <w:rPr>
          <w:b/>
          <w:bCs/>
        </w:rPr>
        <w:t xml:space="preserve">are recorded against Kvothe by Master Hemme," The Chancellor said sternly, not taking his eyes away from me.</w:t>
      </w:r>
      <w:r>
        <w:br/>
      </w:r>
      <w:r>
        <w:t xml:space="preserve">    (a) sympathies</w:t>
      </w:r>
      <w:r>
        <w:br/>
      </w:r>
      <w:r>
        <w:t xml:space="preserve">    (b) main roads</w:t>
      </w:r>
      <w:r>
        <w:br/>
      </w:r>
      <w:r>
        <w:t xml:space="preserve">    (c) complaints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 was deep into the Heart of Stone, all I felt was a slight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curiosity about what it would be like to be publicly whipped.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the state or degree of being pessimistic or disagreeable</w:t>
      </w:r>
      <w:r>
        <w:br/>
      </w:r>
      <w:r>
        <w:t xml:space="preserve">    (c) related to the natural world (life, air, water, land...)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Hemme maintained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composure</w:t>
      </w:r>
      <w:r>
        <w:rPr>
          <w:b/>
          <w:bCs/>
        </w:rPr>
        <w:t xml:space="preserve"> </w:t>
      </w:r>
      <w:r>
        <w:rPr>
          <w:b/>
          <w:bCs/>
        </w:rPr>
        <w:t xml:space="preserve">than I would have if I had been faced with twenty stone of furious, bellowing artificer.</w:t>
      </w:r>
      <w:r>
        <w:br/>
      </w:r>
      <w:r>
        <w:t xml:space="preserve">    (a) calm state of mind</w:t>
      </w:r>
      <w:r>
        <w:br/>
      </w:r>
      <w:r>
        <w:t xml:space="preserve">    (b) restarted (a fire)</w:t>
      </w:r>
      <w:r>
        <w:br/>
      </w:r>
      <w:r>
        <w:t xml:space="preserve">    (c) wrongly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you can use it to make a different type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emitter</w:t>
      </w:r>
      <w:r>
        <w:rPr>
          <w:b/>
          <w:bCs/>
        </w:rPr>
        <w:t xml:space="preserve"> </w:t>
      </w:r>
      <w:r>
        <w:rPr>
          <w:b/>
          <w:bCs/>
        </w:rPr>
        <w:t xml:space="preserve">for sympathy lamps.</w:t>
      </w:r>
      <w:r>
        <w:br/>
      </w:r>
      <w:r>
        <w:t xml:space="preserve">    (a) someone who does without something</w:t>
      </w:r>
      <w:r>
        <w:br/>
      </w:r>
      <w:r>
        <w:t xml:space="preserve">    (b) something that sends something out</w:t>
      </w:r>
      <w:r>
        <w:br/>
      </w:r>
      <w:r>
        <w:t xml:space="preserve">    (c) someone who criticizes or condemns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flippant</w:t>
      </w:r>
      <w:r>
        <w:rPr>
          <w:b/>
          <w:bCs/>
        </w:rPr>
        <w:t xml:space="preserve"> </w:t>
      </w:r>
      <w:r>
        <w:rPr>
          <w:b/>
          <w:bCs/>
        </w:rPr>
        <w:t xml:space="preserve">gesture.</w:t>
      </w:r>
      <w:r>
        <w:br/>
      </w:r>
      <w:r>
        <w:t xml:space="preserve">    (a) designed to be useful; or capable of working</w:t>
      </w:r>
      <w:r>
        <w:br/>
      </w:r>
      <w:r>
        <w:t xml:space="preserve">    (b) the state or degree of agreeing or approving</w:t>
      </w:r>
      <w:r>
        <w:br/>
      </w:r>
      <w:r>
        <w:t xml:space="preserve">    (c) showing an inappropriate lack of seriousness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sighed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disparagingly</w:t>
      </w:r>
      <w:r>
        <w:rPr>
          <w:b/>
          <w:bCs/>
        </w:rPr>
        <w:t xml:space="preserve">.</w:t>
      </w:r>
      <w:r>
        <w:br/>
      </w:r>
      <w:r>
        <w:t xml:space="preserve">    (a) in a manner that impacts the natural world (life, air, water, land...)</w:t>
      </w:r>
      <w:r>
        <w:br/>
      </w:r>
      <w:r>
        <w:t xml:space="preserve">    (b) aka analytically -- in a manner that relates to a theory of psychiatry</w:t>
      </w:r>
      <w:r>
        <w:br/>
      </w:r>
      <w:r>
        <w:t xml:space="preserve">    (c) with criticism or in a manner that makes something seem less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thinking someone's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</w:t>
      </w:r>
      <w:r>
        <w:rPr>
          <w:b/>
          <w:bCs/>
        </w:rPr>
        <w:t xml:space="preserve"> </w:t>
      </w:r>
      <w:r>
        <w:rPr>
          <w:b/>
          <w:bCs/>
        </w:rPr>
        <w:t xml:space="preserve">might have been roughing it last night with a cheery little campfire....</w:t>
      </w:r>
      <w:r>
        <w:br/>
      </w:r>
      <w:r>
        <w:t xml:space="preserve">    (a) someone who speaks in an ambiguous manner that does not clearly express an opinion or decision</w:t>
      </w:r>
      <w:r>
        <w:br/>
      </w:r>
      <w:r>
        <w:t xml:space="preserve">    (b) someone with delusions of grandeur (the belief that they are much more important than they are)</w:t>
      </w:r>
      <w:r>
        <w:br/>
      </w:r>
      <w:r>
        <w:t xml:space="preserve">    (c) a regular customer; or someone who gives money or support to an organization, cause, or person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2026-07-31T19:52:29Z</dcterms:created>
  <dcterms:modified xsi:type="dcterms:W3CDTF">2026-07-31T19:52:29Z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