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3141ea34110442837e95c198edd8c56c1a2945"/>
    <w:p>
      <w:pPr>
        <w:pStyle w:val="Heading1"/>
      </w:pPr>
      <w:r>
        <w:rPr>
          <w:b/>
          <w:bCs/>
        </w:rPr>
        <w:t xml:space="preserve">The Murders in the Rue Morgue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state cut education funding, much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chagrin</w:t>
      </w:r>
      <w:r>
        <w:rPr>
          <w:b/>
          <w:bCs/>
        </w:rPr>
        <w:t xml:space="preserve"> </w:t>
      </w:r>
      <w:r>
        <w:rPr>
          <w:b/>
          <w:bCs/>
        </w:rPr>
        <w:t xml:space="preserve">of our school board.</w:t>
      </w:r>
      <w:r>
        <w:br/>
      </w:r>
      <w:r>
        <w:t xml:space="preserve">    (a) ignorance</w:t>
      </w:r>
      <w:r>
        <w:br/>
      </w:r>
      <w:r>
        <w:t xml:space="preserve">    (b) surprise</w:t>
      </w:r>
      <w:r>
        <w:br/>
      </w:r>
      <w:r>
        <w:t xml:space="preserve">    (c) disappointment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cursory</w:t>
      </w:r>
      <w:r>
        <w:rPr>
          <w:b/>
          <w:bCs/>
        </w:rPr>
        <w:t xml:space="preserve"> </w:t>
      </w:r>
      <w:r>
        <w:rPr>
          <w:b/>
          <w:bCs/>
        </w:rPr>
        <w:t xml:space="preserve">inspection failed to reveal the house's structural flaws.</w:t>
      </w:r>
      <w:r>
        <w:br/>
      </w:r>
      <w:r>
        <w:t xml:space="preserve">    (a) quick</w:t>
      </w:r>
      <w:r>
        <w:br/>
      </w:r>
      <w:r>
        <w:t xml:space="preserve">    (b) in-depth</w:t>
      </w:r>
      <w:r>
        <w:br/>
      </w:r>
      <w:r>
        <w:t xml:space="preserve">    (c) expert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Good students rarely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deviate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their study schedule.</w:t>
      </w:r>
      <w:r>
        <w:br/>
      </w:r>
      <w:r>
        <w:t xml:space="preserve">    (a) depart from norms</w:t>
      </w:r>
      <w:r>
        <w:br/>
      </w:r>
      <w:r>
        <w:t xml:space="preserve">    (b) stick to plans</w:t>
      </w:r>
      <w:r>
        <w:br/>
      </w:r>
      <w:r>
        <w:t xml:space="preserve">    (c) yell at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is your plan for emergency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egress</w:t>
      </w:r>
      <w:r>
        <w:rPr>
          <w:b/>
          <w:bCs/>
        </w:rPr>
        <w:t xml:space="preserve">.</w:t>
      </w:r>
      <w:r>
        <w:br/>
      </w:r>
      <w:r>
        <w:t xml:space="preserve">    (a) vehicles</w:t>
      </w:r>
      <w:r>
        <w:br/>
      </w:r>
      <w:r>
        <w:t xml:space="preserve">    (b) exit</w:t>
      </w:r>
      <w:r>
        <w:br/>
      </w:r>
      <w:r>
        <w:t xml:space="preserve">    (c) fires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sincere apology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engendered</w:t>
      </w:r>
      <w:r>
        <w:rPr>
          <w:b/>
          <w:bCs/>
        </w:rPr>
        <w:t xml:space="preserve"> </w:t>
      </w:r>
      <w:r>
        <w:rPr>
          <w:b/>
          <w:bCs/>
        </w:rPr>
        <w:t xml:space="preserve">forgiveness from the people she had hurt.</w:t>
      </w:r>
      <w:r>
        <w:br/>
      </w:r>
      <w:r>
        <w:t xml:space="preserve">    (a) caused to develop</w:t>
      </w:r>
      <w:r>
        <w:br/>
      </w:r>
      <w:r>
        <w:t xml:space="preserve">    (b) tried to hide</w:t>
      </w:r>
      <w:r>
        <w:br/>
      </w:r>
      <w:r>
        <w:t xml:space="preserve">    (c) refused to accept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politician’s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equivocal</w:t>
      </w:r>
      <w:r>
        <w:rPr>
          <w:b/>
          <w:bCs/>
        </w:rPr>
        <w:t xml:space="preserve"> </w:t>
      </w:r>
      <w:r>
        <w:rPr>
          <w:b/>
          <w:bCs/>
        </w:rPr>
        <w:t xml:space="preserve">statement could be taken two completely different ways.</w:t>
      </w:r>
      <w:r>
        <w:br/>
      </w:r>
      <w:r>
        <w:t xml:space="preserve">    (a) firmly decided</w:t>
      </w:r>
      <w:r>
        <w:br/>
      </w:r>
      <w:r>
        <w:t xml:space="preserve">    (b) unclear in meaning</w:t>
      </w:r>
      <w:r>
        <w:br/>
      </w:r>
      <w:r>
        <w:t xml:space="preserve">    (c) openly honest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realized that she had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erroneous</w:t>
      </w:r>
      <w:r>
        <w:rPr>
          <w:b/>
          <w:bCs/>
        </w:rPr>
        <w:t xml:space="preserve"> </w:t>
      </w:r>
      <w:r>
        <w:rPr>
          <w:b/>
          <w:bCs/>
        </w:rPr>
        <w:t xml:space="preserve">conclusion after re-examining the data.</w:t>
      </w:r>
      <w:r>
        <w:br/>
      </w:r>
      <w:r>
        <w:t xml:space="preserve">    (a) incomplete</w:t>
      </w:r>
      <w:r>
        <w:br/>
      </w:r>
      <w:r>
        <w:t xml:space="preserve">    (b) uncertain</w:t>
      </w:r>
      <w:r>
        <w:br/>
      </w:r>
      <w:r>
        <w:t xml:space="preserve">    (c)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family concerns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couldn't hear what they were saying or see their faces, but by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gesticulations</w:t>
      </w:r>
      <w:r>
        <w:rPr>
          <w:b/>
          <w:bCs/>
        </w:rPr>
        <w:t xml:space="preserve">, I'm sure they were angry at each other.</w:t>
      </w:r>
      <w:r>
        <w:br/>
      </w:r>
      <w:r>
        <w:t xml:space="preserve">    (a) gestures</w:t>
      </w:r>
      <w:r>
        <w:br/>
      </w:r>
      <w:r>
        <w:t xml:space="preserve">    (b) tones of voice</w:t>
      </w:r>
      <w:r>
        <w:br/>
      </w:r>
      <w:r>
        <w:t xml:space="preserve">    (c) facial expressions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spent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time choosing a font.</w:t>
      </w:r>
      <w:r>
        <w:br/>
      </w:r>
      <w:r>
        <w:t xml:space="preserve">    (a) excessive</w:t>
      </w:r>
      <w:r>
        <w:br/>
      </w:r>
      <w:r>
        <w:t xml:space="preserve">    (b) careful</w:t>
      </w:r>
      <w:r>
        <w:br/>
      </w:r>
      <w:r>
        <w:t xml:space="preserve">    (c)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budget was approved,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notwithstanding</w:t>
      </w:r>
      <w:r>
        <w:rPr>
          <w:b/>
          <w:bCs/>
        </w:rPr>
        <w:t xml:space="preserve"> </w:t>
      </w:r>
      <w:r>
        <w:rPr>
          <w:b/>
          <w:bCs/>
        </w:rPr>
        <w:t xml:space="preserve">the loud protests from the opposition.</w:t>
      </w:r>
      <w:r>
        <w:br/>
      </w:r>
      <w:r>
        <w:t xml:space="preserve">    (a) as a result of</w:t>
      </w:r>
      <w:r>
        <w:br/>
      </w:r>
      <w:r>
        <w:t xml:space="preserve">    (b) in spite of</w:t>
      </w:r>
      <w:r>
        <w:br/>
      </w:r>
      <w:r>
        <w:t xml:space="preserve">    (c) in addition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arrived in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ostentatious</w:t>
      </w:r>
      <w:r>
        <w:rPr>
          <w:b/>
          <w:bCs/>
        </w:rPr>
        <w:t xml:space="preserve"> </w:t>
      </w:r>
      <w:r>
        <w:rPr>
          <w:b/>
          <w:bCs/>
        </w:rPr>
        <w:t xml:space="preserve">stretch limo.</w:t>
      </w:r>
      <w:r>
        <w:br/>
      </w:r>
      <w:r>
        <w:t xml:space="preserve">    (a) long</w:t>
      </w:r>
      <w:r>
        <w:br/>
      </w:r>
      <w:r>
        <w:t xml:space="preserve">    (b) expensive</w:t>
      </w:r>
      <w:r>
        <w:br/>
      </w:r>
      <w:r>
        <w:t xml:space="preserve">    (c) showy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Top athletes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persevere</w:t>
      </w:r>
      <w:r>
        <w:rPr>
          <w:b/>
          <w:bCs/>
        </w:rPr>
        <w:t xml:space="preserve"> </w:t>
      </w:r>
      <w:r>
        <w:rPr>
          <w:b/>
          <w:bCs/>
        </w:rPr>
        <w:t xml:space="preserve">through pain to reach their goals.</w:t>
      </w:r>
      <w:r>
        <w:br/>
      </w:r>
      <w:r>
        <w:t xml:space="preserve">    (a) give up at first try</w:t>
      </w:r>
      <w:r>
        <w:br/>
      </w:r>
      <w:r>
        <w:t xml:space="preserve">    (b) push on through hardship</w:t>
      </w:r>
      <w:r>
        <w:br/>
      </w:r>
      <w:r>
        <w:t xml:space="preserve">    (c) rest before any effort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avoidance</w:t>
      </w:r>
      <w:r>
        <w:br/>
      </w:r>
      <w:r>
        <w:t xml:space="preserve">    (b) fear</w:t>
      </w:r>
      <w:r>
        <w:br/>
      </w:r>
      <w:r>
        <w:t xml:space="preserve">    (c) tendency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sitting upright</w:t>
      </w:r>
      <w:r>
        <w:br/>
      </w:r>
      <w:r>
        <w:t xml:space="preserve">    (b) lying face-down</w:t>
      </w:r>
      <w:r>
        <w:br/>
      </w:r>
      <w:r>
        <w:t xml:space="preserve">    (c) curled up tightly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Good note-taking and regular review improves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retention</w:t>
      </w:r>
      <w:r>
        <w:rPr>
          <w:b/>
          <w:bCs/>
        </w:rPr>
        <w:t xml:space="preserve"> </w:t>
      </w:r>
      <w:r>
        <w:rPr>
          <w:b/>
          <w:bCs/>
        </w:rPr>
        <w:t xml:space="preserve">of information for exams.</w:t>
      </w:r>
      <w:r>
        <w:br/>
      </w:r>
      <w:r>
        <w:t xml:space="preserve">    (a) keeping in memory</w:t>
      </w:r>
      <w:r>
        <w:br/>
      </w:r>
      <w:r>
        <w:t xml:space="preserve">    (b) not creating disagreement or struggle</w:t>
      </w:r>
      <w:r>
        <w:br/>
      </w:r>
      <w:r>
        <w:t xml:space="preserve">    (c) not bouncing back light/heat/sound...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him as humble, polite,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solicitous</w:t>
      </w:r>
      <w:r>
        <w:rPr>
          <w:b/>
          <w:bCs/>
        </w:rPr>
        <w:t xml:space="preserve">.</w:t>
      </w:r>
      <w:r>
        <w:br/>
      </w:r>
      <w:r>
        <w:t xml:space="preserve">    (a) perceptive</w:t>
      </w:r>
      <w:r>
        <w:br/>
      </w:r>
      <w:r>
        <w:t xml:space="preserve">    (b) smart</w:t>
      </w:r>
      <w:r>
        <w:br/>
      </w:r>
      <w:r>
        <w:t xml:space="preserve">    (c) caring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the city's main east-west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thoroughfare</w:t>
      </w:r>
      <w:r>
        <w:rPr>
          <w:b/>
          <w:bCs/>
        </w:rPr>
        <w:t xml:space="preserve">.</w:t>
      </w:r>
      <w:r>
        <w:br/>
      </w:r>
      <w:r>
        <w:t xml:space="preserve">    (a) dividing line</w:t>
      </w:r>
      <w:r>
        <w:br/>
      </w:r>
      <w:r>
        <w:t xml:space="preserve">    (b) landmark</w:t>
      </w:r>
      <w:r>
        <w:br/>
      </w:r>
      <w:r>
        <w:t xml:space="preserve">    (c) main road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growing tired of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tirades</w:t>
      </w:r>
      <w:r>
        <w:rPr>
          <w:b/>
          <w:bCs/>
        </w:rPr>
        <w:t xml:space="preserve">.</w:t>
      </w:r>
      <w:r>
        <w:br/>
      </w:r>
      <w:r>
        <w:t xml:space="preserve">    (a) displays of paralyzing worry</w:t>
      </w:r>
      <w:r>
        <w:br/>
      </w:r>
      <w:r>
        <w:t xml:space="preserve">    (b) displays of angry criticism</w:t>
      </w:r>
      <w:r>
        <w:br/>
      </w:r>
      <w:r>
        <w:t xml:space="preserve">    (c) displays of useless guilt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determined and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vacillate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least.</w:t>
      </w:r>
      <w:r>
        <w:br/>
      </w:r>
      <w:r>
        <w:t xml:space="preserve">    (a) waver</w:t>
      </w:r>
      <w:r>
        <w:br/>
      </w:r>
      <w:r>
        <w:t xml:space="preserve">    (b) celebrate</w:t>
      </w:r>
      <w:r>
        <w:br/>
      </w:r>
      <w:r>
        <w:t xml:space="preserve">    (c) forget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2026-07-31T17:12:36Z</dcterms:created>
  <dcterms:modified xsi:type="dcterms:W3CDTF">2026-07-31T17:12:36Z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