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e1dcd8258abb6c2a015e87bba7e3350691a899"/>
    <w:p>
      <w:pPr>
        <w:pStyle w:val="Heading1"/>
      </w:pPr>
      <w:r>
        <w:rPr>
          <w:b/>
          <w:bCs/>
        </w:rPr>
        <w:t xml:space="preserve">The Murders in the Rue Morgue</w:t>
      </w:r>
      <w:r>
        <w:br/>
      </w:r>
      <w:r>
        <w:rPr>
          <w:i/>
          <w:iCs/>
        </w:rPr>
        <w:t xml:space="preserve">Edgar Allan Poe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mental features discoursed of as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analytical</w:t>
      </w:r>
      <w:r>
        <w:rPr>
          <w:b/>
          <w:bCs/>
        </w:rPr>
        <w:t xml:space="preserve">, are, in themselves, but little susceptible of analysis.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the state or degree of being pessimistic or disagreeable</w:t>
      </w:r>
      <w:r>
        <w:br/>
      </w:r>
      <w:r>
        <w:t xml:space="preserve">    (c) related to the natural world (life, air, water, land...)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...what is only complex is mistaken (a not unusual error) for what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.</w:t>
      </w:r>
      <w:r>
        <w:br/>
      </w:r>
      <w:r>
        <w:t xml:space="preserve">    (a) deep or far-reaching in intellect or insight</w:t>
      </w:r>
      <w:r>
        <w:br/>
      </w:r>
      <w:r>
        <w:t xml:space="preserve">    (b) foolish or showing ignorance of important circumstances</w:t>
      </w:r>
      <w:r>
        <w:br/>
      </w:r>
      <w:r>
        <w:t xml:space="preserve">    (c) quick or efficient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...my astonishment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.</w:t>
      </w:r>
      <w:r>
        <w:br/>
      </w:r>
      <w:r>
        <w:t xml:space="preserve">    (a) of greatest intensity or emotional depth</w:t>
      </w:r>
      <w:r>
        <w:br/>
      </w:r>
      <w:r>
        <w:t xml:space="preserve">    (b) lacking a tendency to be full of thought</w:t>
      </w:r>
      <w:r>
        <w:br/>
      </w:r>
      <w:r>
        <w:t xml:space="preserve">    (c) without a tendency to be full of thought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be 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abstract</w:t>
      </w:r>
      <w:r>
        <w:rPr>
          <w:b/>
          <w:bCs/>
        </w:rPr>
        <w:t xml:space="preserve">—Let us suppose...</w:t>
      </w:r>
      <w:r>
        <w:br/>
      </w:r>
      <w:r>
        <w:t xml:space="preserve">    (a) conceptual (dealing in concepts or ideas that are not associated with any specific instance)</w:t>
      </w:r>
      <w:r>
        <w:br/>
      </w:r>
      <w:r>
        <w:t xml:space="preserve">    (b) having been granted the right to keep a job as long as desired</w:t>
      </w:r>
      <w:r>
        <w:br/>
      </w:r>
      <w:r>
        <w:t xml:space="preserve">    (c) the characteristic of being excessively unhappy and unsociable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best chess-player in Christendom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may</w:t>
      </w:r>
      <w:r>
        <w:rPr>
          <w:b/>
          <w:bCs/>
        </w:rPr>
        <w:t xml:space="preserve"> </w:t>
      </w:r>
      <w:r>
        <w:rPr>
          <w:b/>
          <w:bCs/>
        </w:rPr>
        <w:t xml:space="preserve">be little more than the best player of chess; but proficiency in whist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implies</w:t>
      </w:r>
      <w:r>
        <w:rPr>
          <w:b/>
          <w:bCs/>
        </w:rPr>
        <w:t xml:space="preserve"> </w:t>
      </w:r>
      <w:r>
        <w:rPr>
          <w:b/>
          <w:bCs/>
        </w:rPr>
        <w:t xml:space="preserve">capacity for success in all those more important undertakings where mind struggles with mind.</w:t>
      </w:r>
      <w:r>
        <w:br/>
      </w:r>
      <w:r>
        <w:t xml:space="preserve">    (a) struggles or disagreements</w:t>
      </w:r>
      <w:r>
        <w:br/>
      </w:r>
      <w:r>
        <w:t xml:space="preserve">    (b) is attractive or desirable</w:t>
      </w:r>
      <w:r>
        <w:br/>
      </w:r>
      <w:r>
        <w:t xml:space="preserve">    (c) suggests (says indirectly)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 say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proficiency</w:t>
      </w:r>
      <w:r>
        <w:rPr>
          <w:b/>
          <w:bCs/>
        </w:rPr>
        <w:t xml:space="preserve">, I mean that perfection in the game which includes a comprehension of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all</w:t>
      </w:r>
      <w:r>
        <w:rPr>
          <w:b/>
          <w:bCs/>
        </w:rPr>
        <w:t xml:space="preserve"> </w:t>
      </w:r>
      <w:r>
        <w:rPr>
          <w:b/>
          <w:bCs/>
        </w:rPr>
        <w:t xml:space="preserve">the sources whence legitimate advantage may be derived.</w:t>
      </w:r>
      <w:r>
        <w:br/>
      </w:r>
      <w:r>
        <w:t xml:space="preserve">    (a) snake</w:t>
      </w:r>
      <w:r>
        <w:br/>
      </w:r>
      <w:r>
        <w:t xml:space="preserve">    (b) story</w:t>
      </w:r>
      <w:r>
        <w:br/>
      </w:r>
      <w:r>
        <w:t xml:space="preserve">    (c) skill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makes, in silence, a host of observations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inferences</w:t>
      </w:r>
      <w:r>
        <w:rPr>
          <w:b/>
          <w:bCs/>
        </w:rPr>
        <w:t xml:space="preserve">.</w:t>
      </w:r>
      <w:r>
        <w:br/>
      </w:r>
      <w:r>
        <w:t xml:space="preserve">    (a) animals between one and two years of age</w:t>
      </w:r>
      <w:r>
        <w:br/>
      </w:r>
      <w:r>
        <w:t xml:space="preserve">    (b) acts of taking something on as one's own</w:t>
      </w:r>
      <w:r>
        <w:br/>
      </w:r>
      <w:r>
        <w:t xml:space="preserve">    (c) things concluded or guessed by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analytical power should not be confounded with ample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ingenuity</w:t>
      </w:r>
      <w:r>
        <w:rPr>
          <w:b/>
          <w:bCs/>
        </w:rPr>
        <w:t xml:space="preserve">; for while the analyst is necessarily ingenious, the ingenious man is often remarkably incapable of analysis.</w:t>
      </w:r>
      <w:r>
        <w:br/>
      </w:r>
      <w:r>
        <w:t xml:space="preserve">    (a) the act, process, or instance of telling a story</w:t>
      </w:r>
      <w:r>
        <w:br/>
      </w:r>
      <w:r>
        <w:t xml:space="preserve">    (b) a general feeling of not being as good as others</w:t>
      </w:r>
      <w:r>
        <w:br/>
      </w:r>
      <w:r>
        <w:t xml:space="preserve">    (c) ability to solve problems in smart creative ways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of the character of his remarks at the periods in question an example will best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the idea.</w:t>
      </w:r>
      <w:r>
        <w:br/>
      </w:r>
      <w:r>
        <w:t xml:space="preserve">    (a) mirror back (an image)</w:t>
      </w:r>
      <w:r>
        <w:br/>
      </w:r>
      <w:r>
        <w:t xml:space="preserve">    (b) communicate or express</w:t>
      </w:r>
      <w:r>
        <w:br/>
      </w:r>
      <w:r>
        <w:t xml:space="preserve">    (c) create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 are few persons who have not, at some period of their lives, amused themselves in retracing the steps by which particular conclusions of their own minds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attained</w:t>
      </w:r>
      <w:r>
        <w:rPr>
          <w:b/>
          <w:bCs/>
        </w:rPr>
        <w:t xml:space="preserve">.</w:t>
      </w:r>
      <w:r>
        <w:br/>
      </w:r>
      <w:r>
        <w:t xml:space="preserve">    (a) tension from opposing ideas or feelings</w:t>
      </w:r>
      <w:r>
        <w:br/>
      </w:r>
      <w:r>
        <w:t xml:space="preserve">    (b) examined in detail to better understand</w:t>
      </w:r>
      <w:r>
        <w:br/>
      </w:r>
      <w:r>
        <w:t xml:space="preserve">    (c) gained or reached something with effort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glancing,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petulant</w:t>
      </w:r>
      <w:r>
        <w:rPr>
          <w:b/>
          <w:bCs/>
        </w:rPr>
        <w:t xml:space="preserve"> </w:t>
      </w:r>
      <w:r>
        <w:rPr>
          <w:b/>
          <w:bCs/>
        </w:rPr>
        <w:t xml:space="preserve">expression</w:t>
      </w:r>
      <w:r>
        <w:br/>
      </w:r>
      <w:r>
        <w:t xml:space="preserve">    (a) the degree to which something is able to change or is different</w:t>
      </w:r>
      <w:r>
        <w:br/>
      </w:r>
      <w:r>
        <w:t xml:space="preserve">    (b) not trustworthy, or improper, or attracting unwelcome attention</w:t>
      </w:r>
      <w:r>
        <w:br/>
      </w:r>
      <w:r>
        <w:t xml:space="preserve">    (c) unreasonably annoyed or upset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Upon reaching the first landing, heard two voices in loud and angry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contention</w:t>
      </w:r>
      <w:r>
        <w:rPr>
          <w:b/>
          <w:bCs/>
        </w:rPr>
        <w:t xml:space="preserve">--the one a gruff voice, the other much shriller--a very strange voice.</w:t>
      </w:r>
      <w:r>
        <w:br/>
      </w:r>
      <w:r>
        <w:t xml:space="preserve">    (a) argument</w:t>
      </w:r>
      <w:r>
        <w:br/>
      </w:r>
      <w:r>
        <w:t xml:space="preserve">    (b) bends down</w:t>
      </w:r>
      <w:r>
        <w:br/>
      </w:r>
      <w:r>
        <w:t xml:space="preserve">    (c) translates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nervous, and was apprehensive of the consequences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agitation</w:t>
      </w:r>
      <w:r>
        <w:rPr>
          <w:b/>
          <w:bCs/>
        </w:rPr>
        <w:t xml:space="preserve">.</w:t>
      </w:r>
      <w:r>
        <w:br/>
      </w:r>
      <w:r>
        <w:t xml:space="preserve">    (a) formula (a mathematical expression that describe a relationship between variables)</w:t>
      </w:r>
      <w:r>
        <w:br/>
      </w:r>
      <w:r>
        <w:t xml:space="preserve">    (b) officially telling someone about something; or something that contains the message</w:t>
      </w:r>
      <w:r>
        <w:br/>
      </w:r>
      <w:r>
        <w:t xml:space="preserve">    (c) the act of stirring up (emotionally or physically); or a state of emotional unrest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are confounded by the seeming absence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—not for the murder itself—but for the atrocity of the murder.</w:t>
      </w:r>
      <w:r>
        <w:br/>
      </w:r>
      <w:r>
        <w:t xml:space="preserve">    (a) reason (for doing something)</w:t>
      </w:r>
      <w:r>
        <w:br/>
      </w:r>
      <w:r>
        <w:t xml:space="preserve">    (b) small quantity or indication</w:t>
      </w:r>
      <w:r>
        <w:br/>
      </w:r>
      <w:r>
        <w:t xml:space="preserve">    (c) the sacred writings of Islam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 me now advert ... to what was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peculiar</w:t>
      </w:r>
      <w:r>
        <w:rPr>
          <w:b/>
          <w:bCs/>
        </w:rPr>
        <w:t xml:space="preserve"> </w:t>
      </w:r>
      <w:r>
        <w:rPr>
          <w:b/>
          <w:bCs/>
        </w:rPr>
        <w:t xml:space="preserve">in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testimony</w:t>
      </w:r>
      <w:r>
        <w:rPr>
          <w:b/>
          <w:bCs/>
        </w:rPr>
        <w:t xml:space="preserve">.</w:t>
      </w:r>
      <w:r>
        <w:br/>
      </w:r>
      <w:r>
        <w:t xml:space="preserve">    (a) a statement at a trial or hearing</w:t>
      </w:r>
      <w:r>
        <w:br/>
      </w:r>
      <w:r>
        <w:t xml:space="preserve">    (b) an organ attached to the wall of the uterus to nourish the fetus during pregnancy</w:t>
      </w:r>
      <w:r>
        <w:br/>
      </w:r>
      <w:r>
        <w:t xml:space="preserve">    (c) an atom that has acquired an electrical charge by the loss or gain of an electron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Getting upon the sacking of the bedstead, I looked over the head-board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minutely</w:t>
      </w:r>
      <w:r>
        <w:rPr>
          <w:b/>
          <w:bCs/>
        </w:rPr>
        <w:t xml:space="preserve"> </w:t>
      </w:r>
      <w:r>
        <w:rPr>
          <w:b/>
          <w:bCs/>
        </w:rPr>
        <w:t xml:space="preserve">at the second casement.</w:t>
      </w:r>
      <w:r>
        <w:br/>
      </w:r>
      <w:r>
        <w:t xml:space="preserve">    (a) in a manner that does not change</w:t>
      </w:r>
      <w:r>
        <w:br/>
      </w:r>
      <w:r>
        <w:t xml:space="preserve">    (b) in a manner that deserves praise</w:t>
      </w:r>
      <w:r>
        <w:br/>
      </w:r>
      <w:r>
        <w:t xml:space="preserve">    (c)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would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corroborative</w:t>
      </w:r>
      <w:r>
        <w:rPr>
          <w:b/>
          <w:bCs/>
        </w:rPr>
        <w:t xml:space="preserve"> </w:t>
      </w:r>
      <w:r>
        <w:rPr>
          <w:b/>
          <w:bCs/>
        </w:rPr>
        <w:t xml:space="preserve">of this idea of motive.</w:t>
      </w:r>
      <w:r>
        <w:br/>
      </w:r>
      <w:r>
        <w:t xml:space="preserve">    (a) lacking a reason for doing something</w:t>
      </w:r>
      <w:r>
        <w:br/>
      </w:r>
      <w:r>
        <w:t xml:space="preserve">    (b) inconspicuousness or trustworthiness</w:t>
      </w:r>
      <w:r>
        <w:br/>
      </w:r>
      <w:r>
        <w:t xml:space="preserve">    (c) supporting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incoherent</w:t>
      </w:r>
      <w:r>
        <w:rPr>
          <w:b/>
          <w:bCs/>
        </w:rPr>
        <w:t xml:space="preserve"> </w:t>
      </w:r>
      <w:r>
        <w:rPr>
          <w:b/>
          <w:bCs/>
        </w:rPr>
        <w:t xml:space="preserve">in its words</w:t>
      </w:r>
      <w:r>
        <w:br/>
      </w:r>
      <w:r>
        <w:t xml:space="preserve">    (a) related to a scale where each step is a multiple of the prior step rather than a fixed addition to it</w:t>
      </w:r>
      <w:r>
        <w:br/>
      </w:r>
      <w:r>
        <w:t xml:space="preserve">    (b) related to the change of a light wave (or other wave) when it passes an opaque edge or narrow opening</w:t>
      </w:r>
      <w:r>
        <w:br/>
      </w:r>
      <w:r>
        <w:t xml:space="preserve">    (c) not logically consistent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been accustomed,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to quiet the creature, even in its fiercest moods, by the use of a whip, and to this he now resorted.</w:t>
      </w:r>
      <w:r>
        <w:br/>
      </w:r>
      <w:r>
        <w:t xml:space="preserve">    (a)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  <w:r>
        <w:br/>
      </w:r>
      <w:r>
        <w:t xml:space="preserve">    (b) therefore (for that reason)</w:t>
      </w:r>
      <w:r>
        <w:br/>
      </w:r>
      <w:r>
        <w:t xml:space="preserve">    (c) in keeping with or in agreement with what was just stated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functionary,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well disposed to my friend, could not altogether conceal his chagrin at the turn which affairs had taken, and was fain to indulge in a sarcasm or two, about the propriety of every person minding his own business.</w:t>
      </w:r>
      <w:r>
        <w:br/>
      </w:r>
      <w:r>
        <w:t xml:space="preserve">    (a) regardless of how</w:t>
      </w:r>
      <w:r>
        <w:br/>
      </w:r>
      <w:r>
        <w:t xml:space="preserve">    (b) people who are good at or spend much time studying, thinking, and reasoning</w:t>
      </w:r>
      <w:r>
        <w:br/>
      </w:r>
      <w:r>
        <w:t xml:space="preserve">    (c) aka analysis -- psychiatric treatment; or a theory of psychiatric treatment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2026-07-31T17:12:36Z</dcterms:created>
  <dcterms:modified xsi:type="dcterms:W3CDTF">2026-07-31T17:12:36Z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