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7556174d1c7bc2d6593761471814303f176e19"/>
    <w:p>
      <w:pPr>
        <w:pStyle w:val="Heading1"/>
      </w:pPr>
      <w:r>
        <w:rPr>
          <w:b/>
          <w:bCs/>
        </w:rPr>
        <w:t xml:space="preserve">The Moon is a Harsh Mistress</w:t>
      </w:r>
      <w:r>
        <w:br/>
      </w:r>
      <w:r>
        <w:rPr>
          <w:i/>
          <w:iCs/>
        </w:rPr>
        <w:t xml:space="preserve">Robert A. Heinlein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what we don't have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free market</w:t>
      </w:r>
      <w:r>
        <w:rPr>
          <w:b/>
          <w:bCs/>
        </w:rPr>
        <w:t xml:space="preserve">.</w:t>
      </w:r>
      <w:r>
        <w:br/>
      </w:r>
      <w:r>
        <w:t xml:space="preserve">    (a) an economic system primarily controlled by voluntary exchange</w:t>
      </w:r>
      <w:r>
        <w:br/>
      </w:r>
      <w:r>
        <w:t xml:space="preserve">    (b) a reproductive cell with half the usual number of chromosomes</w:t>
      </w:r>
      <w:r>
        <w:br/>
      </w:r>
      <w:r>
        <w:t xml:space="preserve">    (c) a gap in a rule, allowing avoidance of the rule's core intent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the painful duty of disagreeing with your eloquent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manifesto</w:t>
      </w:r>
      <w:r>
        <w:rPr>
          <w:b/>
          <w:bCs/>
        </w:rPr>
        <w:t xml:space="preserve">.</w:t>
      </w:r>
      <w:r>
        <w:br/>
      </w:r>
      <w:r>
        <w:t xml:space="preserve">    (a) portray or create in a particular way  OR  interpret, translate, or extract from</w:t>
      </w:r>
      <w:r>
        <w:br/>
      </w:r>
      <w:r>
        <w:t xml:space="preserve">    (b) to release from slavery or servitude; or (metaphorically) from social restraints</w:t>
      </w:r>
      <w:r>
        <w:br/>
      </w:r>
      <w:r>
        <w:t xml:space="preserve">    (c) a public declaration of principles or policies -- typically of a political nature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voice sounded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diffident</w:t>
      </w:r>
      <w:r>
        <w:br/>
      </w:r>
      <w:r>
        <w:t xml:space="preserve">    (a) belligerent (argumentative or aggressive)</w:t>
      </w:r>
      <w:r>
        <w:br/>
      </w:r>
      <w:r>
        <w:t xml:space="preserve">    (b) lacking self-confidence</w:t>
      </w:r>
      <w:r>
        <w:br/>
      </w:r>
      <w:r>
        <w:t xml:space="preserve">    (c) young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problem has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indeterminately</w:t>
      </w:r>
      <w:r>
        <w:rPr>
          <w:b/>
          <w:bCs/>
        </w:rPr>
        <w:t xml:space="preserve"> </w:t>
      </w:r>
      <w:r>
        <w:rPr>
          <w:b/>
          <w:bCs/>
        </w:rPr>
        <w:t xml:space="preserve">large number of variables.</w:t>
      </w:r>
      <w:r>
        <w:br/>
      </w:r>
      <w:r>
        <w:t xml:space="preserve">    (a) in a wasteful manner</w:t>
      </w:r>
      <w:r>
        <w:br/>
      </w:r>
      <w:r>
        <w:t xml:space="preserve">    (b) unknown or uncertain</w:t>
      </w:r>
      <w:r>
        <w:br/>
      </w:r>
      <w:r>
        <w:t xml:space="preserve">    (c) with great annoyance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Out came Prof, cackled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senilely</w:t>
      </w:r>
      <w:r>
        <w:rPr>
          <w:b/>
          <w:bCs/>
        </w:rPr>
        <w:t xml:space="preserve"> </w:t>
      </w:r>
      <w:r>
        <w:rPr>
          <w:b/>
          <w:bCs/>
        </w:rPr>
        <w:t xml:space="preserve">(looked even worse than earlier!)</w:t>
      </w:r>
      <w:r>
        <w:br/>
      </w:r>
      <w:r>
        <w:t xml:space="preserve">    (a) weakness from old age (especially mental weakness); or describing a medical condition as caused by old age</w:t>
      </w:r>
      <w:r>
        <w:br/>
      </w:r>
      <w:r>
        <w:t xml:space="preserve">    (b) in a manner that violates a rule, promise, or social norm; or in a manner that exceeds a limit or boundary</w:t>
      </w:r>
      <w:r>
        <w:br/>
      </w:r>
      <w:r>
        <w:t xml:space="preserve">    (c) based on something that is temporarily treated as true to advance a discussion or to further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drugs and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unsavory</w:t>
      </w:r>
      <w:r>
        <w:rPr>
          <w:b/>
          <w:bCs/>
        </w:rPr>
        <w:t xml:space="preserve"> </w:t>
      </w:r>
      <w:r>
        <w:rPr>
          <w:b/>
          <w:bCs/>
        </w:rPr>
        <w:t xml:space="preserve">methods any man can be broken.</w:t>
      </w:r>
      <w:r>
        <w:br/>
      </w:r>
      <w:r>
        <w:t xml:space="preserve">    (a) secretive</w:t>
      </w:r>
      <w:r>
        <w:br/>
      </w:r>
      <w:r>
        <w:t xml:space="preserve">    (b) unpleasant or distasteful -- as from offensive morality or bad taste</w:t>
      </w:r>
      <w:r>
        <w:br/>
      </w:r>
      <w:r>
        <w:t xml:space="preserve">    (c) well-known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add-on admitted what earlier report failed to mention,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i.e.</w:t>
      </w:r>
      <w:r>
        <w:rPr>
          <w:b/>
          <w:bCs/>
        </w:rPr>
        <w:t xml:space="preserve">, bodies were missing and exact number of dead was not known.</w:t>
      </w:r>
      <w:r>
        <w:br/>
      </w:r>
      <w:r>
        <w:t xml:space="preserve">    (a) an expression used to intensify denial of an idea</w:t>
      </w:r>
      <w:r>
        <w:br/>
      </w:r>
      <w:r>
        <w:t xml:space="preserve">    (b)</w:t>
      </w:r>
      <w:r>
        <w:t xml:space="preserve"> </w:t>
      </w:r>
      <w:r>
        <w:rPr>
          <w:i/>
          <w:iCs/>
        </w:rPr>
        <w:t xml:space="preserve">that is to say</w:t>
      </w:r>
      <w:r>
        <w:t xml:space="preserve">; or</w:t>
      </w:r>
      <w:r>
        <w:t xml:space="preserve"> </w:t>
      </w:r>
      <w:r>
        <w:rPr>
          <w:i/>
          <w:iCs/>
        </w:rPr>
        <w:t xml:space="preserve">in other words</w:t>
      </w:r>
      <w:r>
        <w:br/>
      </w:r>
      <w:r>
        <w:t xml:space="preserve">    (c) for example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 pipsqueak compared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swindles</w:t>
      </w:r>
      <w:r>
        <w:rPr>
          <w:b/>
          <w:bCs/>
        </w:rPr>
        <w:t xml:space="preserve"> </w:t>
      </w:r>
      <w:r>
        <w:rPr>
          <w:b/>
          <w:bCs/>
        </w:rPr>
        <w:t xml:space="preserve">by every government throughout history in financing every war—and is not revolution a war?</w:t>
      </w:r>
      <w:r>
        <w:br/>
      </w:r>
      <w:r>
        <w:t xml:space="preserve">    (a) tricks or cheats someone -- usually to get money</w:t>
      </w:r>
      <w:r>
        <w:br/>
      </w:r>
      <w:r>
        <w:t xml:space="preserve">    (b) gives an opinion of what is wrong with something</w:t>
      </w:r>
      <w:r>
        <w:br/>
      </w:r>
      <w:r>
        <w:t xml:space="preserve">    (c) interferes in other people's affairs or business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Also, three days after initial appearance of a very rough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limerick</w:t>
      </w:r>
      <w:r>
        <w:rPr>
          <w:b/>
          <w:bCs/>
        </w:rPr>
        <w:t xml:space="preserve">, one that implied that Warden's fatness derived from unsavory habits,</w:t>
      </w:r>
      <w:r>
        <w:br/>
      </w:r>
      <w:r>
        <w:t xml:space="preserve">    (a) a humorous 5-line poem with a rhyme scheme of aabba</w:t>
      </w:r>
      <w:r>
        <w:br/>
      </w:r>
      <w:r>
        <w:t xml:space="preserve">    (b) a measure of north/south (relative to the equator) on the earth</w:t>
      </w:r>
      <w:r>
        <w:br/>
      </w:r>
      <w:r>
        <w:t xml:space="preserve">    (c) a period of time or a stage during the development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you could demand commodities: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non-potable</w:t>
      </w:r>
      <w:r>
        <w:rPr>
          <w:b/>
          <w:bCs/>
        </w:rPr>
        <w:t xml:space="preserve"> </w:t>
      </w:r>
      <w:r>
        <w:rPr>
          <w:b/>
          <w:bCs/>
        </w:rPr>
        <w:t xml:space="preserve">water, steel of defined grade, heavy water of power plant specs, other things.</w:t>
      </w:r>
      <w:r>
        <w:br/>
      </w:r>
      <w:r>
        <w:t xml:space="preserve">    (a) aroused or inspired again</w:t>
      </w:r>
      <w:r>
        <w:br/>
      </w:r>
      <w:r>
        <w:t xml:space="preserve">    (b) expressing intense hatred</w:t>
      </w:r>
      <w:r>
        <w:br/>
      </w:r>
      <w:r>
        <w:t xml:space="preserve">    (c) not suitable for drinking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Could say our customs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natural laws</w:t>
      </w:r>
      <w:r>
        <w:rPr>
          <w:b/>
          <w:bCs/>
        </w:rPr>
        <w:t xml:space="preserve"> </w:t>
      </w:r>
      <w:r>
        <w:rPr>
          <w:b/>
          <w:bCs/>
        </w:rPr>
        <w:t xml:space="preserve">because are way people have to behave to stay alive.</w:t>
      </w:r>
      <w:r>
        <w:br/>
      </w:r>
      <w:r>
        <w:t xml:space="preserve">    (a) rules of conduct said to be universally desired by all peoples</w:t>
      </w:r>
      <w:r>
        <w:br/>
      </w:r>
      <w:r>
        <w:t xml:space="preserve">    (b) results or the processes of learning, discovering, or deciding</w:t>
      </w:r>
      <w:r>
        <w:br/>
      </w:r>
      <w:r>
        <w:t xml:space="preserve">    (c) chemicals that trigger behaviors in others of the same species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Chair understand from witness's last remark that this alleged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de-facto</w:t>
      </w:r>
      <w:r>
        <w:rPr>
          <w:b/>
          <w:bCs/>
        </w:rPr>
        <w:t xml:space="preserve"> </w:t>
      </w:r>
      <w:r>
        <w:rPr>
          <w:b/>
          <w:bCs/>
        </w:rPr>
        <w:t xml:space="preserve">regime intended to interfere with consignee system?</w:t>
      </w:r>
      <w:r>
        <w:br/>
      </w:r>
      <w:r>
        <w:t xml:space="preserve">    (a) the process of excessive encouragement or excitement</w:t>
      </w:r>
      <w:r>
        <w:br/>
      </w:r>
      <w:r>
        <w:t xml:space="preserve">    (b) the ability to take or adopt power or responsibility</w:t>
      </w:r>
      <w:r>
        <w:br/>
      </w:r>
      <w:r>
        <w:t xml:space="preserve">    (c) existing in fact even though not officially declared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Lunar Authority cannot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abdicate</w:t>
      </w:r>
      <w:r>
        <w:rPr>
          <w:b/>
          <w:bCs/>
        </w:rPr>
        <w:t xml:space="preserve"> </w:t>
      </w:r>
      <w:r>
        <w:rPr>
          <w:b/>
          <w:bCs/>
        </w:rPr>
        <w:t xml:space="preserve">its sacred responsibility.</w:t>
      </w:r>
      <w:r>
        <w:br/>
      </w:r>
      <w:r>
        <w:t xml:space="preserve">    (a) stop (something from happening)</w:t>
      </w:r>
      <w:r>
        <w:br/>
      </w:r>
      <w:r>
        <w:t xml:space="preserve">    (b) ignore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elected, I shall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abdicate</w:t>
      </w:r>
      <w:r>
        <w:rPr>
          <w:b/>
          <w:bCs/>
        </w:rPr>
        <w:t xml:space="preserve">.</w:t>
      </w:r>
      <w:r>
        <w:br/>
      </w:r>
      <w:r>
        <w:t xml:space="preserve">    (a) formally give up power</w:t>
      </w:r>
      <w:r>
        <w:br/>
      </w:r>
      <w:r>
        <w:t xml:space="preserve">    (b) a beam, bracket, or other structure supported only on one side; or to support something in that manner</w:t>
      </w:r>
      <w:r>
        <w:br/>
      </w:r>
      <w:r>
        <w:t xml:space="preserve">    (c) change in a light (or other wave) when it passes an obstacle such as an opaque edge or a narrow opening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polygamy</w:t>
      </w:r>
      <w:r>
        <w:rPr>
          <w:b/>
          <w:bCs/>
        </w:rPr>
        <w:t xml:space="preserve">.</w:t>
      </w:r>
      <w:r>
        <w:br/>
      </w:r>
      <w:r>
        <w:t xml:space="preserve">    (a) the tendency or degree to which a substance wears down another surface</w:t>
      </w:r>
      <w:r>
        <w:br/>
      </w:r>
      <w:r>
        <w:t xml:space="preserve">    (b) the practice of being married to more than one person at the same time</w:t>
      </w:r>
      <w:r>
        <w:br/>
      </w:r>
      <w:r>
        <w:t xml:space="preserve">    (c) relating to tiny or microscopic plants and animals that float in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ship at J-City is the only one I can see; the other landings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conclusively</w:t>
      </w:r>
      <w:r>
        <w:rPr>
          <w:b/>
          <w:bCs/>
        </w:rPr>
        <w:t xml:space="preserve"> </w:t>
      </w:r>
      <w:r>
        <w:rPr>
          <w:b/>
          <w:bCs/>
        </w:rPr>
        <w:t xml:space="preserve">infer from the ballistics shown by blip tracks.</w:t>
      </w:r>
      <w:r>
        <w:br/>
      </w:r>
      <w:r>
        <w:t xml:space="preserve">    (a) in a well-known or important manner</w:t>
      </w:r>
      <w:r>
        <w:br/>
      </w:r>
      <w:r>
        <w:t xml:space="preserve">    (b) in a manner that is excessively dry</w:t>
      </w:r>
      <w:r>
        <w:br/>
      </w:r>
      <w:r>
        <w:t xml:space="preserve">    (c) putting an end to doubt or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outlying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discontinuities</w:t>
      </w:r>
      <w:r>
        <w:rPr>
          <w:b/>
          <w:bCs/>
        </w:rPr>
        <w:t xml:space="preserve">.</w:t>
      </w:r>
      <w:r>
        <w:br/>
      </w:r>
      <w:r>
        <w:t xml:space="preserve">    (a) instances of a lack of consistency</w:t>
      </w:r>
      <w:r>
        <w:br/>
      </w:r>
      <w:r>
        <w:t xml:space="preserve">    (b) things that are made up (not true)</w:t>
      </w:r>
      <w:r>
        <w:br/>
      </w:r>
      <w:r>
        <w:t xml:space="preserve">    (c) acts of stopping a battle or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stayed in radar room and watched, at extreme magnification, while he placed one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estuary</w:t>
      </w:r>
      <w:r>
        <w:rPr>
          <w:b/>
          <w:bCs/>
        </w:rPr>
        <w:t xml:space="preserve"> </w:t>
      </w:r>
      <w:r>
        <w:rPr>
          <w:b/>
          <w:bCs/>
        </w:rPr>
        <w:t xml:space="preserve">between Montevideo and Buenos Aires; Mike could not have been more accurate.</w:t>
      </w:r>
      <w:r>
        <w:br/>
      </w:r>
      <w:r>
        <w:t xml:space="preserve">    (a) cash or an asset (something of value) that is easily converted into cash</w:t>
      </w:r>
      <w:r>
        <w:br/>
      </w:r>
      <w:r>
        <w:t xml:space="preserve">    (b) ruling on a point of Islamic law that is given by a recognized authority</w:t>
      </w:r>
      <w:r>
        <w:br/>
      </w:r>
      <w:r>
        <w:t xml:space="preserve">    (c) a wide part of a river where it nears the sea and fresh &amp; salt water mix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we can go on looking strong—when F.N. says we're licked—then eventually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veto</w:t>
      </w:r>
      <w:r>
        <w:rPr>
          <w:b/>
          <w:bCs/>
        </w:rPr>
        <w:t xml:space="preserve"> </w:t>
      </w:r>
      <w:r>
        <w:rPr>
          <w:b/>
          <w:bCs/>
        </w:rPr>
        <w:t xml:space="preserve">power is going to crack.</w:t>
      </w:r>
      <w:r>
        <w:br/>
      </w:r>
      <w:r>
        <w:t xml:space="preserve">    (a) block (prevent) an action</w:t>
      </w:r>
      <w:r>
        <w:br/>
      </w:r>
      <w:r>
        <w:t xml:space="preserve">    (b) being a boundary or limit</w:t>
      </w:r>
      <w:r>
        <w:br/>
      </w:r>
      <w:r>
        <w:t xml:space="preserve">    (c) find, search, 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Since Boom started quite a few young cobbers have gone out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Asteroids</w:t>
      </w:r>
      <w:r>
        <w:rPr>
          <w:b/>
          <w:bCs/>
        </w:rPr>
        <w:t xml:space="preserve">.</w:t>
      </w:r>
      <w:r>
        <w:br/>
      </w:r>
      <w:r>
        <w:t xml:space="preserve">    (a) instances of pledging something as collateral (something that has to be given to the lender if the loan isn't paid as agreed)</w:t>
      </w:r>
      <w:r>
        <w:br/>
      </w:r>
      <w:r>
        <w:t xml:space="preserve">    (b) people who emphasize a person's capacity for self-realization through reason rather than through religion and the supernatural</w:t>
      </w:r>
      <w:r>
        <w:br/>
      </w:r>
      <w:r>
        <w:t xml:space="preserve">    (c) some or all of the millions of rocks that move around the sun, are smaller than a planet, and larger than a meter in diameter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2026-05-20T03:04:38Z</dcterms:created>
  <dcterms:modified xsi:type="dcterms:W3CDTF">2026-05-20T03:04:38Z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