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a84767320fff927d7341eda0e66695a7f51676"/>
    <w:p>
      <w:pPr>
        <w:pStyle w:val="Heading1"/>
      </w:pPr>
      <w:r>
        <w:rPr>
          <w:b/>
          <w:bCs/>
        </w:rPr>
        <w:t xml:space="preserve">The Monkey's Paw</w:t>
      </w:r>
      <w:r>
        <w:br/>
      </w:r>
      <w:r>
        <w:rPr>
          <w:i/>
          <w:iCs/>
        </w:rPr>
        <w:t xml:space="preserve">W. W. Jacobs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Father and son were at chess, the former, who possessed ideas about the game involving radical changes, putting his king into such sharp and unnecessary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perils</w:t>
      </w:r>
      <w:r>
        <w:rPr>
          <w:b/>
          <w:bCs/>
        </w:rPr>
        <w:t xml:space="preserve"> </w:t>
      </w:r>
      <w:r>
        <w:rPr>
          <w:b/>
          <w:bCs/>
        </w:rPr>
        <w:t xml:space="preserve">that it even provoked comment from the white-haired old lady knitting placidly by the fire.</w:t>
      </w:r>
      <w:r>
        <w:br/>
      </w:r>
      <w:r>
        <w:t xml:space="preserve">    (a) allowed</w:t>
      </w:r>
      <w:r>
        <w:br/>
      </w:r>
      <w:r>
        <w:t xml:space="preserve">    (b) attacks</w:t>
      </w:r>
      <w:r>
        <w:br/>
      </w:r>
      <w:r>
        <w:t xml:space="preserve">    (c) dangers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Father and son were at chess, the former, who possessed ideas about the game involving radical changes, putting his king into such sharp and unnecessary perils that it even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provoked</w:t>
      </w:r>
      <w:r>
        <w:rPr>
          <w:b/>
          <w:bCs/>
        </w:rPr>
        <w:t xml:space="preserve"> </w:t>
      </w:r>
      <w:r>
        <w:rPr>
          <w:b/>
          <w:bCs/>
        </w:rPr>
        <w:t xml:space="preserve">comment from the white-haired old lady knitting placidly by the fire.</w:t>
      </w:r>
      <w:r>
        <w:br/>
      </w:r>
      <w:r>
        <w:t xml:space="preserve">    (a) nervous or confused</w:t>
      </w:r>
      <w:r>
        <w:br/>
      </w:r>
      <w:r>
        <w:t xml:space="preserve">    (b) caused (a reaction)</w:t>
      </w:r>
      <w:r>
        <w:br/>
      </w:r>
      <w:r>
        <w:t xml:space="preserve">    (c) excessively excited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"Hark at the wind," said Mr. White, who, having seen a fatal mistake after it was too late,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amiably</w:t>
      </w:r>
      <w:r>
        <w:rPr>
          <w:b/>
          <w:bCs/>
        </w:rPr>
        <w:t xml:space="preserve"> </w:t>
      </w:r>
      <w:r>
        <w:rPr>
          <w:b/>
          <w:bCs/>
        </w:rPr>
        <w:t xml:space="preserve">desirous of preventing his son from seeing it.</w:t>
      </w:r>
      <w:r>
        <w:br/>
      </w:r>
      <w:r>
        <w:t xml:space="preserve">    (a) in a skillful way</w:t>
      </w:r>
      <w:r>
        <w:br/>
      </w:r>
      <w:r>
        <w:t xml:space="preserve">    (b) in a friendly way</w:t>
      </w:r>
      <w:r>
        <w:br/>
      </w:r>
      <w:r>
        <w:t xml:space="preserve">    (c) in a pleasing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Pathway's a bog, and the road's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torrent</w:t>
      </w:r>
      <w:r>
        <w:rPr>
          <w:b/>
          <w:bCs/>
        </w:rPr>
        <w:t xml:space="preserve">.</w:t>
      </w:r>
      <w:r>
        <w:br/>
      </w:r>
      <w:r>
        <w:t xml:space="preserve">    (a) flooded by rapidly moving water</w:t>
      </w:r>
      <w:r>
        <w:br/>
      </w:r>
      <w:r>
        <w:t xml:space="preserve">    (b) tile designed to affect noise -- typically to decrease noise</w:t>
      </w:r>
      <w:r>
        <w:br/>
      </w:r>
      <w:r>
        <w:t xml:space="preserve">    (c) the state of not being in danger of suffering from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old man rose with hospitable haste, and opening the door, was heard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condoling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new arrival.</w:t>
      </w:r>
      <w:r>
        <w:br/>
      </w:r>
      <w:r>
        <w:t xml:space="preserve">    (a) an expression of sympathy to another who is in sorrow -- typically in grief over a death in the family</w:t>
      </w:r>
      <w:r>
        <w:br/>
      </w:r>
      <w:r>
        <w:t xml:space="preserve">    (b) pledging as collateral (something that has to be given to the lender if the loan isn't paid as agreed)</w:t>
      </w:r>
      <w:r>
        <w:br/>
      </w:r>
      <w:r>
        <w:t xml:space="preserve">    (c) expressing personal artistic ideas or feelings while performing (or performing to) someone else's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new arrival also condoled with himself, so that Mrs. White said, "Tut, tut!" and coughed gently as her husband entered the room, followed by a tall, burly man, beady of eye and rubicund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visage</w:t>
      </w:r>
      <w:r>
        <w:rPr>
          <w:b/>
          <w:bCs/>
        </w:rPr>
        <w:t xml:space="preserve">.</w:t>
      </w:r>
      <w:r>
        <w:br/>
      </w:r>
      <w:r>
        <w:t xml:space="preserve">    (a) someone's face or facial expression</w:t>
      </w:r>
      <w:r>
        <w:br/>
      </w:r>
      <w:r>
        <w:t xml:space="preserve">    (b) a basic building block for proteins</w:t>
      </w:r>
      <w:r>
        <w:br/>
      </w:r>
      <w:r>
        <w:t xml:space="preserve">    (c) someone who believe in a single God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"And what is there special about it?"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inquired</w:t>
      </w:r>
      <w:r>
        <w:rPr>
          <w:b/>
          <w:bCs/>
        </w:rPr>
        <w:t xml:space="preserve"> </w:t>
      </w:r>
      <w:r>
        <w:rPr>
          <w:b/>
          <w:bCs/>
        </w:rPr>
        <w:t xml:space="preserve">Mr. White as he took it from his son, and having examined it, placed it upon the table.</w:t>
      </w:r>
      <w:r>
        <w:br/>
      </w:r>
      <w:r>
        <w:t xml:space="preserve">    (a) limited or with boundaries</w:t>
      </w:r>
      <w:r>
        <w:br/>
      </w:r>
      <w:r>
        <w:t xml:space="preserve">    (b) gradually added or removed</w:t>
      </w:r>
      <w:r>
        <w:br/>
      </w:r>
      <w:r>
        <w:t xml:space="preserve">    (c) asked about or looked into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"And has anybody else wished?"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persisted</w:t>
      </w:r>
      <w:r>
        <w:rPr>
          <w:b/>
          <w:bCs/>
        </w:rPr>
        <w:t xml:space="preserve"> </w:t>
      </w:r>
      <w:r>
        <w:rPr>
          <w:b/>
          <w:bCs/>
        </w:rPr>
        <w:t xml:space="preserve">the old lady.</w:t>
      </w:r>
      <w:r>
        <w:br/>
      </w:r>
      <w:r>
        <w:t xml:space="preserve">    (a) disagreed</w:t>
      </w:r>
      <w:r>
        <w:br/>
      </w:r>
      <w:r>
        <w:t xml:space="preserve">    (b) stuck out</w:t>
      </w:r>
      <w:r>
        <w:br/>
      </w:r>
      <w:r>
        <w:t xml:space="preserve">    (c) continued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"Better let it burn," said the soldier,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solemnly</w:t>
      </w:r>
      <w:r>
        <w:rPr>
          <w:b/>
          <w:bCs/>
        </w:rPr>
        <w:t xml:space="preserve">.</w:t>
      </w:r>
      <w:r>
        <w:br/>
      </w:r>
      <w:r>
        <w:t xml:space="preserve">    (a) in a manner that finds fault</w:t>
      </w:r>
      <w:r>
        <w:br/>
      </w:r>
      <w:r>
        <w:t xml:space="preserve">    (b) with seriousness and dignity</w:t>
      </w:r>
      <w:r>
        <w:br/>
      </w:r>
      <w:r>
        <w:t xml:space="preserve">    (c) in a manner that is not good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husband drew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talisman</w:t>
      </w:r>
      <w:r>
        <w:rPr>
          <w:b/>
          <w:bCs/>
        </w:rPr>
        <w:t xml:space="preserve"> </w:t>
      </w:r>
      <w:r>
        <w:rPr>
          <w:b/>
          <w:bCs/>
        </w:rPr>
        <w:t xml:space="preserve">from pocket, and then all three burst into laughter as the sergeant-major, with a look of alarm on his face, caught him by the arm.</w:t>
      </w:r>
      <w:r>
        <w:br/>
      </w:r>
      <w:r>
        <w:t xml:space="preserve">    (a) a small object or piece of jewelry thought to have magical power -- especially to protect against evil</w:t>
      </w:r>
      <w:r>
        <w:br/>
      </w:r>
      <w:r>
        <w:t xml:space="preserve">    (b) a collection of things on public display  OR  a detailed explanation or background of a specific topic</w:t>
      </w:r>
      <w:r>
        <w:br/>
      </w:r>
      <w:r>
        <w:t xml:space="preserve">    (c) the process of assigning a value on or judging the worth of something; or the result of such a process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Mr. White took the paw from his pocket and eyed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dubiously</w:t>
      </w:r>
      <w:r>
        <w:rPr>
          <w:b/>
          <w:bCs/>
        </w:rPr>
        <w:t xml:space="preserve">.</w:t>
      </w:r>
      <w:r>
        <w:br/>
      </w:r>
      <w:r>
        <w:t xml:space="preserve">    (a) not in a self-aware manner</w:t>
      </w:r>
      <w:r>
        <w:br/>
      </w:r>
      <w:r>
        <w:t xml:space="preserve">    (b) doubtfully or suspiciously</w:t>
      </w:r>
      <w:r>
        <w:br/>
      </w:r>
      <w:r>
        <w:t xml:space="preserve">    (c) not capable of being found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"Morris said the things happened so naturally," said his father, "that you might if you so wished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</w:t>
      </w:r>
      <w:r>
        <w:rPr>
          <w:b/>
          <w:bCs/>
        </w:rPr>
        <w:t xml:space="preserve"> </w:t>
      </w:r>
      <w:r>
        <w:rPr>
          <w:b/>
          <w:bCs/>
        </w:rPr>
        <w:t xml:space="preserve">it to coincidence."</w:t>
      </w:r>
      <w:r>
        <w:br/>
      </w:r>
      <w:r>
        <w:t xml:space="preserve">    (a) say something or make a sound with the voice</w:t>
      </w:r>
      <w:r>
        <w:br/>
      </w:r>
      <w:r>
        <w:t xml:space="preserve">    (b) move out of an interacting position; or stop</w:t>
      </w:r>
      <w:r>
        <w:br/>
      </w:r>
      <w:r>
        <w:t xml:space="preserve">    (c) credit (point to as the source of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"Morris said the things happened so naturally," said his father, "that you might if you so wished attribute it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coincidence</w:t>
      </w:r>
      <w:r>
        <w:rPr>
          <w:b/>
          <w:bCs/>
        </w:rPr>
        <w:t xml:space="preserve">."</w:t>
      </w:r>
      <w:r>
        <w:br/>
      </w:r>
      <w:r>
        <w:t xml:space="preserve">    (a) a person who studies DNA sequences or units of heredity that influence biological traits</w:t>
      </w:r>
      <w:r>
        <w:br/>
      </w:r>
      <w:r>
        <w:t xml:space="preserve">    (b) a situation where things happened at the same time by chance even though it was unlikely</w:t>
      </w:r>
      <w:r>
        <w:br/>
      </w:r>
      <w:r>
        <w:t xml:space="preserve">    (c) baseball:  a pitch thrown with little spin (so that it moves in an unpredictable manner)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mother laughed, and following him to the door, watched him down the road; and returning to the breakfast table, was very happy at the expense of her husband's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credulity</w:t>
      </w:r>
      <w:r>
        <w:rPr>
          <w:b/>
          <w:bCs/>
        </w:rPr>
        <w:t xml:space="preserve">.</w:t>
      </w:r>
      <w:r>
        <w:br/>
      </w:r>
      <w:r>
        <w:t xml:space="preserve">    (a) something accepted as true (without proof)</w:t>
      </w:r>
      <w:r>
        <w:br/>
      </w:r>
      <w:r>
        <w:t xml:space="preserve">    (b) relating to properties of sound or hearing</w:t>
      </w:r>
      <w:r>
        <w:br/>
      </w:r>
      <w:r>
        <w:t xml:space="preserve">    (c) gullibility (being too willing to believe)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gazed at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furtively</w:t>
      </w:r>
      <w:r>
        <w:rPr>
          <w:b/>
          <w:bCs/>
        </w:rPr>
        <w:t xml:space="preserve">, and listened in a preoccupied fashion as the old lady apologized for the appearance of the room, and her husband's coat, a garment which he usually reserved for the garden.</w:t>
      </w:r>
      <w:r>
        <w:br/>
      </w:r>
      <w:r>
        <w:t xml:space="preserve">    (a) in a straightforward manner (uncomplicated or simple -- perhaps also indicating openness and honesty)</w:t>
      </w:r>
      <w:r>
        <w:br/>
      </w:r>
      <w:r>
        <w:t xml:space="preserve">    (b) in a manner that provokes, excites, or stimulates -- especially controversy, sexual desire, or anger</w:t>
      </w:r>
      <w:r>
        <w:br/>
      </w:r>
      <w:r>
        <w:t xml:space="preserve">    (c) while taking pains to avoid being observed; or in a nervous manner (as though hoping not to be seen)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visitor bowed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assent</w:t>
      </w:r>
      <w:r>
        <w:rPr>
          <w:b/>
          <w:bCs/>
        </w:rPr>
        <w:t xml:space="preserve">.</w:t>
      </w:r>
      <w:r>
        <w:br/>
      </w:r>
      <w:r>
        <w:t xml:space="preserve">    (a) removing the favoring any side in a contest, war, disagreement, or other dispute</w:t>
      </w:r>
      <w:r>
        <w:br/>
      </w:r>
      <w:r>
        <w:t xml:space="preserve">    (b) to express agreement -- especially with a statement or proposal to do something</w:t>
      </w:r>
      <w:r>
        <w:br/>
      </w:r>
      <w:r>
        <w:t xml:space="preserve">    (c) to release from slavery or servitude; or (metaphorically) from social restraints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broke off suddenly 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sinister</w:t>
      </w:r>
      <w:r>
        <w:rPr>
          <w:b/>
          <w:bCs/>
        </w:rPr>
        <w:t xml:space="preserve"> </w:t>
      </w:r>
      <w:r>
        <w:rPr>
          <w:b/>
          <w:bCs/>
        </w:rPr>
        <w:t xml:space="preserve">meaning of the assurance dawned upon her and she saw the awful confirmation of her fears in the other's averted face.</w:t>
      </w:r>
      <w:r>
        <w:br/>
      </w:r>
      <w:r>
        <w:t xml:space="preserve">    (a) evil, harmful, or frightening</w:t>
      </w:r>
      <w:r>
        <w:br/>
      </w:r>
      <w:r>
        <w:t xml:space="preserve">    (b) not able to be disagreed with</w:t>
      </w:r>
      <w:r>
        <w:br/>
      </w:r>
      <w:r>
        <w:t xml:space="preserve">    (c) not thoughtful about the past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no reply; the old woman's face was white, her eyes staring, and her breath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inaudible</w:t>
      </w:r>
      <w:r>
        <w:rPr>
          <w:b/>
          <w:bCs/>
        </w:rPr>
        <w:t xml:space="preserve">; on the husband's face was a look such as his friend the sergeant might have carried into his first action.</w:t>
      </w:r>
      <w:r>
        <w:br/>
      </w:r>
      <w:r>
        <w:t xml:space="preserve">    (a) coming closer</w:t>
      </w:r>
      <w:r>
        <w:br/>
      </w:r>
      <w:r>
        <w:t xml:space="preserve">    (b) loud, but getting softer</w:t>
      </w:r>
      <w:r>
        <w:br/>
      </w:r>
      <w:r>
        <w:t xml:space="preserve">    (c) not capable of being heard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"Good God, you are mad!" he cried,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aghast</w:t>
      </w:r>
      <w:r>
        <w:rPr>
          <w:b/>
          <w:bCs/>
        </w:rPr>
        <w:t xml:space="preserve">.</w:t>
      </w:r>
      <w:r>
        <w:br/>
      </w:r>
      <w:r>
        <w:t xml:space="preserve">    (a) shocked with feelings of surprise and dismay</w:t>
      </w:r>
      <w:r>
        <w:br/>
      </w:r>
      <w:r>
        <w:t xml:space="preserve">    (b) the quality of lacking exactness or accuracy</w:t>
      </w:r>
      <w:r>
        <w:br/>
      </w:r>
      <w:r>
        <w:t xml:space="preserve">    (c) holds together (connects or unites) or wraps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knocking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ceased</w:t>
      </w:r>
      <w:r>
        <w:rPr>
          <w:b/>
          <w:bCs/>
        </w:rPr>
        <w:t xml:space="preserve"> </w:t>
      </w:r>
      <w:r>
        <w:rPr>
          <w:b/>
          <w:bCs/>
        </w:rPr>
        <w:t xml:space="preserve">suddenly, although the echoes of it were still in the house.</w:t>
      </w:r>
      <w:r>
        <w:br/>
      </w:r>
      <w:r>
        <w:t xml:space="preserve">    (a) did in a particular way</w:t>
      </w:r>
      <w:r>
        <w:br/>
      </w:r>
      <w:r>
        <w:t xml:space="preserve">    (b) stopped or discontinued</w:t>
      </w:r>
      <w:r>
        <w:br/>
      </w:r>
      <w:r>
        <w:t xml:space="preserve">    (c) not taken on or adopted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2026-07-31T19:10:19Z</dcterms:created>
  <dcterms:modified xsi:type="dcterms:W3CDTF">2026-07-31T19:10:19Z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