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ae47c3c1dd342e84daadf4b2f6402d204670d5"/>
    <w:p>
      <w:pPr>
        <w:pStyle w:val="Heading1"/>
      </w:pPr>
      <w:r>
        <w:rPr>
          <w:b/>
          <w:bCs/>
        </w:rPr>
        <w:t xml:space="preserve">The Minister's Black Veil</w:t>
      </w:r>
      <w:r>
        <w:br/>
      </w:r>
      <w:r>
        <w:rPr>
          <w:i/>
          <w:iCs/>
        </w:rPr>
        <w:t xml:space="preserve">Nathanial Hawthorne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Maria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affirmed</w:t>
      </w:r>
      <w:r>
        <w:rPr>
          <w:b/>
          <w:bCs/>
        </w:rPr>
        <w:t xml:space="preserve"> </w:t>
      </w:r>
      <w:r>
        <w:rPr>
          <w:b/>
          <w:bCs/>
        </w:rPr>
        <w:t xml:space="preserve">that she has complete faith in the other members of the team.</w:t>
      </w:r>
      <w:r>
        <w:br/>
      </w:r>
      <w:r>
        <w:t xml:space="preserve">    (a) denied</w:t>
      </w:r>
      <w:r>
        <w:br/>
      </w:r>
      <w:r>
        <w:t xml:space="preserve">    (b) confirmed</w:t>
      </w:r>
      <w:r>
        <w:br/>
      </w:r>
      <w:r>
        <w:t xml:space="preserve">    (c) pretended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am trying to understand her, but I 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.</w:t>
      </w:r>
      <w:r>
        <w:br/>
      </w:r>
      <w:r>
        <w:t xml:space="preserve">    (a) confused</w:t>
      </w:r>
      <w:r>
        <w:br/>
      </w:r>
      <w:r>
        <w:t xml:space="preserve">    (b) bored</w:t>
      </w:r>
      <w:r>
        <w:br/>
      </w:r>
      <w:r>
        <w:t xml:space="preserve">    (c) distracted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anger</w:t>
      </w:r>
      <w:r>
        <w:br/>
      </w:r>
      <w:r>
        <w:t xml:space="preserve">    (b) disinterest</w:t>
      </w:r>
      <w:r>
        <w:br/>
      </w:r>
      <w:r>
        <w:t xml:space="preserve">    (c)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congregation</w:t>
      </w:r>
      <w:r>
        <w:rPr>
          <w:b/>
          <w:bCs/>
        </w:rPr>
        <w:t xml:space="preserve"> </w:t>
      </w:r>
      <w:r>
        <w:rPr>
          <w:b/>
          <w:bCs/>
        </w:rPr>
        <w:t xml:space="preserve">voted to approve appointment of the new minister.</w:t>
      </w:r>
      <w:r>
        <w:br/>
      </w:r>
      <w:r>
        <w:t xml:space="preserve">    (a) people who worship together</w:t>
      </w:r>
      <w:r>
        <w:br/>
      </w:r>
      <w:r>
        <w:t xml:space="preserve">    (b) people who agree</w:t>
      </w:r>
      <w:r>
        <w:br/>
      </w:r>
      <w:r>
        <w:t xml:space="preserve">    (c) people who meet periodically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grew stern.</w:t>
      </w:r>
      <w:r>
        <w:br/>
      </w:r>
      <w:r>
        <w:t xml:space="preserve">    (a) a method of counting</w:t>
      </w:r>
      <w:r>
        <w:br/>
      </w:r>
      <w:r>
        <w:t xml:space="preserve">    (b) voice</w:t>
      </w:r>
      <w:r>
        <w:br/>
      </w:r>
      <w:r>
        <w:t xml:space="preserve">    (c) facial expression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judge expected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decorum</w:t>
      </w:r>
      <w:r>
        <w:rPr>
          <w:b/>
          <w:bCs/>
        </w:rPr>
        <w:t xml:space="preserve"> </w:t>
      </w:r>
      <w:r>
        <w:rPr>
          <w:b/>
          <w:bCs/>
        </w:rPr>
        <w:t xml:space="preserve">in the courtroom.</w:t>
      </w:r>
      <w:r>
        <w:br/>
      </w:r>
      <w:r>
        <w:t xml:space="preserve">    (a) careless disorder</w:t>
      </w:r>
      <w:r>
        <w:br/>
      </w:r>
      <w:r>
        <w:t xml:space="preserve">    (b) proper behavior</w:t>
      </w:r>
      <w:r>
        <w:br/>
      </w:r>
      <w:r>
        <w:t xml:space="preserve">    (c) loud celebration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easy to work with. 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in her communications and expectations.</w:t>
      </w:r>
      <w:r>
        <w:br/>
      </w:r>
      <w:r>
        <w:t xml:space="preserve">    (a) humble</w:t>
      </w:r>
      <w:r>
        <w:br/>
      </w:r>
      <w:r>
        <w:t xml:space="preserve">    (b) straightforward</w:t>
      </w:r>
      <w:r>
        <w:br/>
      </w:r>
      <w:r>
        <w:t xml:space="preserve">    (c) considerate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she graduated from college the job market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dismal</w:t>
      </w:r>
      <w:r>
        <w:rPr>
          <w:b/>
          <w:bCs/>
        </w:rPr>
        <w:t xml:space="preserve">.</w:t>
      </w:r>
      <w:r>
        <w:br/>
      </w:r>
      <w:r>
        <w:t xml:space="preserve">    (a) promising but unusual</w:t>
      </w:r>
      <w:r>
        <w:br/>
      </w:r>
      <w:r>
        <w:t xml:space="preserve">    (b) terrible or depressing</w:t>
      </w:r>
      <w:r>
        <w:br/>
      </w:r>
      <w:r>
        <w:t xml:space="preserve">    (c) especially good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known for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eccentric</w:t>
      </w:r>
      <w:r>
        <w:rPr>
          <w:b/>
          <w:bCs/>
        </w:rPr>
        <w:t xml:space="preserve"> </w:t>
      </w:r>
      <w:r>
        <w:rPr>
          <w:b/>
          <w:bCs/>
        </w:rPr>
        <w:t xml:space="preserve">behavior, like talking to plants and wearing mismatched shoes.</w:t>
      </w:r>
      <w:r>
        <w:br/>
      </w:r>
      <w:r>
        <w:t xml:space="preserve">    (a) harmful</w:t>
      </w:r>
      <w:r>
        <w:br/>
      </w:r>
      <w:r>
        <w:t xml:space="preserve">    (b) unusual</w:t>
      </w:r>
      <w:r>
        <w:br/>
      </w:r>
      <w:r>
        <w:t xml:space="preserve">    (c) traditional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subtle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intimation</w:t>
      </w:r>
      <w:r>
        <w:rPr>
          <w:b/>
          <w:bCs/>
        </w:rPr>
        <w:t xml:space="preserve"> </w:t>
      </w:r>
      <w:r>
        <w:rPr>
          <w:b/>
          <w:bCs/>
        </w:rPr>
        <w:t xml:space="preserve">in her tone that suggested she knew more about the situation than she was letting on.</w:t>
      </w:r>
      <w:r>
        <w:br/>
      </w:r>
      <w:r>
        <w:t xml:space="preserve">    (a) fear or panic</w:t>
      </w:r>
      <w:r>
        <w:br/>
      </w:r>
      <w:r>
        <w:t xml:space="preserve">    (b) hint or indication</w:t>
      </w:r>
      <w:r>
        <w:br/>
      </w:r>
      <w:r>
        <w:t xml:space="preserve">    (c) warning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weather makes 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. I can't wait for spring,</w:t>
      </w:r>
      <w:r>
        <w:br/>
      </w:r>
      <w:r>
        <w:t xml:space="preserve">    (a) sad</w:t>
      </w:r>
      <w:r>
        <w:br/>
      </w:r>
      <w:r>
        <w:t xml:space="preserve">    (b) happy</w:t>
      </w:r>
      <w:r>
        <w:br/>
      </w:r>
      <w:r>
        <w:t xml:space="preserve">    (c) feel like singing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factory is building privacy walls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mitigate</w:t>
      </w:r>
      <w:r>
        <w:rPr>
          <w:b/>
          <w:bCs/>
        </w:rPr>
        <w:t xml:space="preserve"> </w:t>
      </w:r>
      <w:r>
        <w:rPr>
          <w:b/>
          <w:bCs/>
        </w:rPr>
        <w:t xml:space="preserve">its impact on neighbors.</w:t>
      </w:r>
      <w:r>
        <w:br/>
      </w:r>
      <w:r>
        <w:t xml:space="preserve">    (a) change the subject from</w:t>
      </w:r>
      <w:r>
        <w:br/>
      </w:r>
      <w:r>
        <w:t xml:space="preserve">    (b) make a bad situation worse</w:t>
      </w:r>
      <w:r>
        <w:br/>
      </w:r>
      <w:r>
        <w:t xml:space="preserve">    (c) make less harmful or unpleasant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story, she was neither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mortal</w:t>
      </w:r>
      <w:r>
        <w:rPr>
          <w:b/>
          <w:bCs/>
        </w:rPr>
        <w:t xml:space="preserve"> </w:t>
      </w:r>
      <w:r>
        <w:rPr>
          <w:b/>
          <w:bCs/>
        </w:rPr>
        <w:t xml:space="preserve">nor a god. She was a demi-god.</w:t>
      </w:r>
      <w:r>
        <w:br/>
      </w:r>
      <w:r>
        <w:t xml:space="preserve">    (a) human</w:t>
      </w:r>
      <w:r>
        <w:br/>
      </w:r>
      <w:r>
        <w:t xml:space="preserve">    (b) type of bird</w:t>
      </w:r>
      <w:r>
        <w:br/>
      </w:r>
      <w:r>
        <w:t xml:space="preserve">    (c) lucky survivor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phenomenon</w:t>
      </w:r>
      <w:r>
        <w:rPr>
          <w:b/>
          <w:bCs/>
        </w:rPr>
        <w:t xml:space="preserve"> </w:t>
      </w:r>
      <w:r>
        <w:rPr>
          <w:b/>
          <w:bCs/>
        </w:rPr>
        <w:t xml:space="preserve">was first noticed by Marie Curie.</w:t>
      </w:r>
      <w:r>
        <w:br/>
      </w:r>
      <w:r>
        <w:t xml:space="preserve">    (a) thing of interest</w:t>
      </w:r>
      <w:r>
        <w:br/>
      </w:r>
      <w:r>
        <w:t xml:space="preserve">    (b) thing that is hidden</w:t>
      </w:r>
      <w:r>
        <w:br/>
      </w:r>
      <w:r>
        <w:t xml:space="preserve">    (c) thing that is growing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Benjamin Franklin's parents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pious</w:t>
      </w:r>
      <w:r>
        <w:rPr>
          <w:b/>
          <w:bCs/>
        </w:rPr>
        <w:t xml:space="preserve"> </w:t>
      </w:r>
      <w:r>
        <w:rPr>
          <w:b/>
          <w:bCs/>
        </w:rPr>
        <w:t xml:space="preserve">Puritans.</w:t>
      </w:r>
      <w:r>
        <w:br/>
      </w:r>
      <w:r>
        <w:t xml:space="preserve">    (a) highly religious</w:t>
      </w:r>
      <w:r>
        <w:br/>
      </w:r>
      <w:r>
        <w:t xml:space="preserve">    (b) non-traditional</w:t>
      </w:r>
      <w:r>
        <w:br/>
      </w:r>
      <w:r>
        <w:t xml:space="preserve">    (c) traditional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eyes were clear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placid</w:t>
      </w:r>
      <w:r>
        <w:rPr>
          <w:b/>
          <w:bCs/>
        </w:rPr>
        <w:t xml:space="preserve">.</w:t>
      </w:r>
      <w:r>
        <w:br/>
      </w:r>
      <w:r>
        <w:t xml:space="preserve">    (a) calm</w:t>
      </w:r>
      <w:r>
        <w:br/>
      </w:r>
      <w:r>
        <w:t xml:space="preserve">    (b) anxious</w:t>
      </w:r>
      <w:r>
        <w:br/>
      </w:r>
      <w:r>
        <w:t xml:space="preserve">    (c) teary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English, most adjectives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</w:t>
      </w:r>
      <w:r>
        <w:rPr>
          <w:b/>
          <w:bCs/>
        </w:rPr>
        <w:t xml:space="preserve"> </w:t>
      </w:r>
      <w:r>
        <w:rPr>
          <w:b/>
          <w:bCs/>
        </w:rPr>
        <w:t xml:space="preserve">the noun they modify.</w:t>
      </w:r>
      <w:r>
        <w:br/>
      </w:r>
      <w:r>
        <w:t xml:space="preserve">    (a) follow</w:t>
      </w:r>
      <w:r>
        <w:br/>
      </w:r>
      <w:r>
        <w:t xml:space="preserve">    (b) describe</w:t>
      </w:r>
      <w:r>
        <w:br/>
      </w:r>
      <w:r>
        <w:t xml:space="preserve">    (c) go before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power outage, the principal restored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semblance</w:t>
      </w:r>
      <w:r>
        <w:rPr>
          <w:b/>
          <w:bCs/>
        </w:rPr>
        <w:t xml:space="preserve"> </w:t>
      </w:r>
      <w:r>
        <w:rPr>
          <w:b/>
          <w:bCs/>
        </w:rPr>
        <w:t xml:space="preserve">of order.</w:t>
      </w:r>
      <w:r>
        <w:br/>
      </w:r>
      <w:r>
        <w:t xml:space="preserve">    (a) appearance or impression</w:t>
      </w:r>
      <w:r>
        <w:br/>
      </w:r>
      <w:r>
        <w:t xml:space="preserve">    (b) careful record</w:t>
      </w:r>
      <w:r>
        <w:br/>
      </w:r>
      <w:r>
        <w:t xml:space="preserve">    (c) sudden interruption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were surprised that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institution like Bear Stearns could so rapidly go out of business.</w:t>
      </w:r>
      <w:r>
        <w:br/>
      </w:r>
      <w:r>
        <w:t xml:space="preserve">    (a) long respected</w:t>
      </w:r>
      <w:r>
        <w:br/>
      </w:r>
      <w:r>
        <w:t xml:space="preserve">    (b) popular</w:t>
      </w:r>
      <w:r>
        <w:br/>
      </w:r>
      <w:r>
        <w:t xml:space="preserve">    (c) large and successful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gazed at her reflection in the mirror, studying her own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visage</w:t>
      </w:r>
      <w:r>
        <w:rPr>
          <w:b/>
          <w:bCs/>
        </w:rPr>
        <w:t xml:space="preserve"> </w:t>
      </w:r>
      <w:r>
        <w:rPr>
          <w:b/>
          <w:bCs/>
        </w:rPr>
        <w:t xml:space="preserve">with a critical eye.</w:t>
      </w:r>
      <w:r>
        <w:br/>
      </w:r>
      <w:r>
        <w:t xml:space="preserve">    (a) clothing</w:t>
      </w:r>
      <w:r>
        <w:br/>
      </w:r>
      <w:r>
        <w:t xml:space="preserve">    (b) body</w:t>
      </w:r>
      <w:r>
        <w:br/>
      </w:r>
      <w:r>
        <w:t xml:space="preserve">    (c) face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2026-07-31T17:35:44Z</dcterms:created>
  <dcterms:modified xsi:type="dcterms:W3CDTF">2026-07-31T17:35:44Z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