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8b0cdd9fad923f704da02d5091f8d745a9092e"/>
    <w:p>
      <w:pPr>
        <w:pStyle w:val="Heading1"/>
      </w:pPr>
      <w:r>
        <w:rPr>
          <w:b/>
          <w:bCs/>
        </w:rPr>
        <w:t xml:space="preserve">The Minister's Black Veil</w:t>
      </w:r>
      <w:r>
        <w:br/>
      </w:r>
      <w:r>
        <w:rPr>
          <w:i/>
          <w:iCs/>
        </w:rPr>
        <w:t xml:space="preserve">Nathanial Hawthorne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within hearing immediately turned about, and beheld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semblance</w:t>
      </w:r>
      <w:r>
        <w:rPr>
          <w:b/>
          <w:bCs/>
        </w:rPr>
        <w:t xml:space="preserve"> </w:t>
      </w:r>
      <w:r>
        <w:rPr>
          <w:b/>
          <w:bCs/>
        </w:rPr>
        <w:t xml:space="preserve">of Mr. Hooper, pacing slowly his meditative way towards the meetinghouse.</w:t>
      </w:r>
      <w:r>
        <w:br/>
      </w:r>
      <w:r>
        <w:t xml:space="preserve">    (a) the outward appearance of something -- especially when the reality is different or incomplete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a response to an offer that proposes a different agreement while rejecting the previous offer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rumor of some unaccountable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 </w:t>
      </w:r>
      <w:r>
        <w:rPr>
          <w:b/>
          <w:bCs/>
        </w:rPr>
        <w:t xml:space="preserve">had preceded Mr. Hooper into the meeting-house, and set all the congregation astir.</w:t>
      </w:r>
      <w:r>
        <w:br/>
      </w:r>
      <w:r>
        <w:t xml:space="preserve">    (a) something that exists or happened -- often of special interest</w:t>
      </w:r>
      <w:r>
        <w:br/>
      </w:r>
      <w:r>
        <w:t xml:space="preserve">    (b) something important that is hard to see or sense</w:t>
      </w:r>
      <w:r>
        <w:br/>
      </w:r>
      <w:r>
        <w:t xml:space="preserve">    (c) something that was once small, but is getting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rumor of some unaccountable phenomenon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preceded</w:t>
      </w:r>
      <w:r>
        <w:rPr>
          <w:b/>
          <w:bCs/>
        </w:rPr>
        <w:t xml:space="preserve"> </w:t>
      </w:r>
      <w:r>
        <w:rPr>
          <w:b/>
          <w:bCs/>
        </w:rPr>
        <w:t xml:space="preserve">Mr. Hooper into the meeting-house, and set all the congregation astir.</w:t>
      </w:r>
      <w:r>
        <w:br/>
      </w:r>
      <w:r>
        <w:t xml:space="preserve">    (a) wrongly understood</w:t>
      </w:r>
      <w:r>
        <w:br/>
      </w:r>
      <w:r>
        <w:t xml:space="preserve">    (b) went or was before</w:t>
      </w:r>
      <w:r>
        <w:br/>
      </w:r>
      <w:r>
        <w:t xml:space="preserve">    (c) influenced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veil lay heavily on his uplifted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.</w:t>
      </w:r>
      <w:r>
        <w:br/>
      </w:r>
      <w:r>
        <w:t xml:space="preserve">    (a) a secret agreement or plot</w:t>
      </w:r>
      <w:r>
        <w:br/>
      </w:r>
      <w:r>
        <w:t xml:space="preserve">    (b) face</w:t>
      </w:r>
      <w:r>
        <w:br/>
      </w:r>
      <w:r>
        <w:t xml:space="preserve">    (c) the best or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member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...</w:t>
      </w:r>
      <w:r>
        <w:br/>
      </w:r>
      <w:r>
        <w:t xml:space="preserve">    (a) people who worship together in the same building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sensible were the audience of some unwonted attribute in their minister, that they longed for a breath of wind to blow aside the veil, almost believing that a stranger's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rPr>
          <w:b/>
          <w:bCs/>
        </w:rPr>
        <w:t xml:space="preserve"> </w:t>
      </w:r>
      <w:r>
        <w:rPr>
          <w:b/>
          <w:bCs/>
        </w:rPr>
        <w:t xml:space="preserve">would be discovered, though the form, gesture, and voice were those of Mr. Hooper.</w:t>
      </w:r>
      <w:r>
        <w:br/>
      </w:r>
      <w:r>
        <w:t xml:space="preserve">    (a) someone who believe in a single God</w:t>
      </w:r>
      <w:r>
        <w:br/>
      </w:r>
      <w:r>
        <w:t xml:space="preserve">    (b) someone's face or facial expression</w:t>
      </w:r>
      <w:r>
        <w:br/>
      </w:r>
      <w:r>
        <w:t xml:space="preserve">    (c) a basic building block for proteins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 shook their sagacious heads,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intimating</w:t>
      </w:r>
      <w:r>
        <w:rPr>
          <w:b/>
          <w:bCs/>
        </w:rPr>
        <w:t xml:space="preserve"> </w:t>
      </w:r>
      <w:r>
        <w:rPr>
          <w:b/>
          <w:bCs/>
        </w:rPr>
        <w:t xml:space="preserve">that they could penetrate the mystery; while one or two affirmed that there was no mystery at all, but only that Mr. Hooper's eyes were so weakened by the midnight lamp, as to require a shade.</w:t>
      </w:r>
      <w:r>
        <w:br/>
      </w:r>
      <w:r>
        <w:t xml:space="preserve">    (a) hinting or suggesting</w:t>
      </w:r>
      <w:r>
        <w:br/>
      </w:r>
      <w:r>
        <w:t xml:space="preserve">    (b) arousing or inspiring</w:t>
      </w:r>
      <w:r>
        <w:br/>
      </w:r>
      <w:r>
        <w:t xml:space="preserve">    (c)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...one or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affirmed</w:t>
      </w:r>
      <w:r>
        <w:rPr>
          <w:b/>
          <w:bCs/>
        </w:rPr>
        <w:t xml:space="preserve"> </w:t>
      </w:r>
      <w:r>
        <w:rPr>
          <w:b/>
          <w:bCs/>
        </w:rPr>
        <w:t xml:space="preserve">that there was no mystery at all,</w:t>
      </w:r>
      <w:r>
        <w:br/>
      </w:r>
      <w:r>
        <w:t xml:space="preserve">    (a) stated that something is not true</w:t>
      </w:r>
      <w:r>
        <w:br/>
      </w:r>
      <w:r>
        <w:t xml:space="preserve">    (b) stated that it is not known if something is true</w:t>
      </w:r>
      <w:r>
        <w:br/>
      </w:r>
      <w:r>
        <w:t xml:space="preserve">    (c) agreed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Strange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bewildered</w:t>
      </w:r>
      <w:r>
        <w:rPr>
          <w:b/>
          <w:bCs/>
        </w:rPr>
        <w:t xml:space="preserve"> </w:t>
      </w:r>
      <w:r>
        <w:rPr>
          <w:b/>
          <w:bCs/>
        </w:rPr>
        <w:t xml:space="preserve">looks repaid him for his courtesy.</w:t>
      </w:r>
      <w:r>
        <w:br/>
      </w:r>
      <w:r>
        <w:t xml:space="preserve">    (a) confused</w:t>
      </w:r>
      <w:r>
        <w:br/>
      </w:r>
      <w:r>
        <w:t xml:space="preserve">    (b) restored</w:t>
      </w:r>
      <w:r>
        <w:br/>
      </w:r>
      <w:r>
        <w:t xml:space="preserve">    (c) collided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reckoned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 </w:t>
      </w:r>
      <w:r>
        <w:rPr>
          <w:b/>
          <w:bCs/>
        </w:rPr>
        <w:t xml:space="preserve">man, Mr. Hooper had a placid cheerfulness for such occasions,</w:t>
      </w:r>
      <w:r>
        <w:br/>
      </w:r>
      <w:r>
        <w:t xml:space="preserve">    (a) about (but not exactly)</w:t>
      </w:r>
      <w:r>
        <w:br/>
      </w:r>
      <w:r>
        <w:t xml:space="preserve">    (b) sad</w:t>
      </w:r>
      <w:r>
        <w:br/>
      </w:r>
      <w:r>
        <w:t xml:space="preserve">    (c) relating to the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reckoned a melancholy man, Mr. Hooper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placid</w:t>
      </w:r>
      <w:r>
        <w:rPr>
          <w:b/>
          <w:bCs/>
        </w:rPr>
        <w:t xml:space="preserve"> </w:t>
      </w:r>
      <w:r>
        <w:rPr>
          <w:b/>
          <w:bCs/>
        </w:rPr>
        <w:t xml:space="preserve">cheerfulness for such occasions, which often excited a sympathetic smile where livelier merriment would have been thrown away.</w:t>
      </w:r>
      <w:r>
        <w:br/>
      </w:r>
      <w:r>
        <w:t xml:space="preserve">    (a) calm and not easily excited</w:t>
      </w:r>
      <w:r>
        <w:br/>
      </w:r>
      <w:r>
        <w:t xml:space="preserve">    (b) related to being antisocial</w:t>
      </w:r>
      <w:r>
        <w:br/>
      </w:r>
      <w:r>
        <w:t xml:space="preserve">    (c) not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the mildest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would lead him to...</w:t>
      </w:r>
      <w:r>
        <w:br/>
      </w:r>
      <w:r>
        <w:t xml:space="preserve">    (a) find, search, or research</w:t>
      </w:r>
      <w:r>
        <w:br/>
      </w:r>
      <w:r>
        <w:t xml:space="preserve">    (b) criticism</w:t>
      </w:r>
      <w:r>
        <w:br/>
      </w:r>
      <w:r>
        <w:t xml:space="preserve">    (c) being a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dismal</w:t>
      </w:r>
      <w:r>
        <w:rPr>
          <w:b/>
          <w:bCs/>
        </w:rPr>
        <w:t xml:space="preserve"> </w:t>
      </w:r>
      <w:r>
        <w:rPr>
          <w:b/>
          <w:bCs/>
        </w:rPr>
        <w:t xml:space="preserve">shade must separate me from the world:</w:t>
      </w:r>
      <w:r>
        <w:br/>
      </w:r>
      <w:r>
        <w:t xml:space="preserve">    (a) depressing</w:t>
      </w:r>
      <w:r>
        <w:br/>
      </w:r>
      <w:r>
        <w:t xml:space="preserve">    (b) important or significant</w:t>
      </w:r>
      <w:r>
        <w:br/>
      </w:r>
      <w:r>
        <w:t xml:space="preserve">    (c) irrelevant or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I, perhaps, like most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mortals</w:t>
      </w:r>
      <w:r>
        <w:rPr>
          <w:b/>
          <w:bCs/>
        </w:rPr>
        <w:t xml:space="preserve">, have sorrows dark enough to be typified by a black veil.</w:t>
      </w:r>
      <w:r>
        <w:br/>
      </w:r>
      <w:r>
        <w:t xml:space="preserve">    (a) acts of being in a working position; or the acts of starting</w:t>
      </w:r>
      <w:r>
        <w:br/>
      </w:r>
      <w:r>
        <w:t xml:space="preserve">    (b) humans (especially merely humans)</w:t>
      </w:r>
      <w:r>
        <w:br/>
      </w:r>
      <w:r>
        <w:t xml:space="preserve">    (c) things or characteristics that express agreement or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that time no attempts were made to remove Mr. Hooper's black veil, or, by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appeal, to discover the secret which it was supposed to hide.</w:t>
      </w:r>
      <w:r>
        <w:br/>
      </w:r>
      <w:r>
        <w:t xml:space="preserve">    (a) the state or degree of being very large</w:t>
      </w:r>
      <w:r>
        <w:br/>
      </w:r>
      <w:r>
        <w:t xml:space="preserve">    (b) clear</w:t>
      </w:r>
      <w:r>
        <w:br/>
      </w:r>
      <w:r>
        <w:t xml:space="preserve">    (c) meticulousness (care for small details)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...it was reckoned merely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eccentric</w:t>
      </w:r>
      <w:r>
        <w:rPr>
          <w:b/>
          <w:bCs/>
        </w:rPr>
        <w:t xml:space="preserve"> </w:t>
      </w:r>
      <w:r>
        <w:rPr>
          <w:b/>
          <w:bCs/>
        </w:rPr>
        <w:t xml:space="preserve">whim,</w:t>
      </w:r>
      <w:r>
        <w:br/>
      </w:r>
      <w:r>
        <w:t xml:space="preserve">    (a) characterized by withdrawal, an inability to form close relationships, and taking pleasure in few activities</w:t>
      </w:r>
      <w:r>
        <w:br/>
      </w:r>
      <w:r>
        <w:t xml:space="preserve">    (b) unconventional or strange</w:t>
      </w:r>
      <w:r>
        <w:br/>
      </w:r>
      <w:r>
        <w:t xml:space="preserve">    (c) person responsible for seeing that special conditions are met by a person who was released from prison 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there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decorously</w:t>
      </w:r>
      <w:r>
        <w:rPr>
          <w:b/>
          <w:bCs/>
        </w:rPr>
        <w:t xml:space="preserve"> </w:t>
      </w:r>
      <w:r>
        <w:rPr>
          <w:b/>
          <w:bCs/>
        </w:rPr>
        <w:t xml:space="preserve">grave, though unmoved physician, seeking only to...</w:t>
      </w:r>
      <w:r>
        <w:br/>
      </w:r>
      <w:r>
        <w:t xml:space="preserve">    (a) in a manner that is made by humans rather than occurring in nature</w:t>
      </w:r>
      <w:r>
        <w:br/>
      </w:r>
      <w:r>
        <w:t xml:space="preserve">    (b) with manners and conduct considered to be proper and in good taste</w:t>
      </w:r>
      <w:r>
        <w:br/>
      </w:r>
      <w:r>
        <w:t xml:space="preserve">    (c) in a manner where contact with reality is lost or highly distorted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there was the decorously grave, though unmoved physician, seeking only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mitigate</w:t>
      </w:r>
      <w:r>
        <w:rPr>
          <w:b/>
          <w:bCs/>
        </w:rPr>
        <w:t xml:space="preserve"> </w:t>
      </w:r>
      <w:r>
        <w:rPr>
          <w:b/>
          <w:bCs/>
        </w:rPr>
        <w:t xml:space="preserve">the last pangs of the patient whom he could not save.</w:t>
      </w:r>
      <w:r>
        <w:br/>
      </w:r>
      <w:r>
        <w:t xml:space="preserve">    (a) make less harmful or unpleasant</w:t>
      </w:r>
      <w:r>
        <w:br/>
      </w:r>
      <w:r>
        <w:t xml:space="preserve">    (b) stop (something from happening)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the deacons, and other eminently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members of his church.</w:t>
      </w:r>
      <w:r>
        <w:br/>
      </w:r>
      <w:r>
        <w:t xml:space="preserve">    (a) able to be disagreed with</w:t>
      </w:r>
      <w:r>
        <w:br/>
      </w:r>
      <w:r>
        <w:t xml:space="preserve">    (b) not able to be translated</w:t>
      </w:r>
      <w:r>
        <w:br/>
      </w:r>
      <w:r>
        <w:t xml:space="preserve">    (c) highly religious and moral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pray you,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brother, let not this thing be!</w:t>
      </w:r>
      <w:r>
        <w:br/>
      </w:r>
      <w:r>
        <w:t xml:space="preserve">    (a) relating to understanding or explaining something in a particular way</w:t>
      </w:r>
      <w:r>
        <w:br/>
      </w:r>
      <w:r>
        <w:t xml:space="preserve">    (b) respected</w:t>
      </w:r>
      <w:r>
        <w:br/>
      </w:r>
      <w:r>
        <w:t xml:space="preserve">    (c) [of food] able to be prepared in a manner that keeps it from spoiling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2026-07-31T17:35:44Z</dcterms:created>
  <dcterms:modified xsi:type="dcterms:W3CDTF">2026-07-31T17:35:44Z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