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9fed1ecf71008b7c164eb265966993b1f6a271"/>
    <w:p>
      <w:pPr>
        <w:pStyle w:val="Heading1"/>
      </w:pPr>
      <w:r>
        <w:rPr>
          <w:b/>
          <w:bCs/>
        </w:rPr>
        <w:t xml:space="preserve">The Mill on the Floss</w:t>
      </w:r>
      <w:r>
        <w:br/>
      </w:r>
      <w:r>
        <w:rPr>
          <w:i/>
          <w:iCs/>
        </w:rPr>
        <w:t xml:space="preserve">George Eliot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quickness</w:t>
      </w:r>
      <w:r>
        <w:br/>
      </w:r>
      <w:r>
        <w:t xml:space="preserve">    (b) embarrassment</w:t>
      </w:r>
      <w:r>
        <w:br/>
      </w:r>
      <w:r>
        <w:t xml:space="preserve">    (c)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we disagree, I think we can reach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amicable</w:t>
      </w:r>
      <w:r>
        <w:rPr>
          <w:b/>
          <w:bCs/>
        </w:rPr>
        <w:t xml:space="preserve"> </w:t>
      </w:r>
      <w:r>
        <w:rPr>
          <w:b/>
          <w:bCs/>
        </w:rPr>
        <w:t xml:space="preserve">compromise.</w:t>
      </w:r>
      <w:r>
        <w:br/>
      </w:r>
      <w:r>
        <w:t xml:space="preserve">    (a) friendly</w:t>
      </w:r>
      <w:r>
        <w:br/>
      </w:r>
      <w:r>
        <w:t xml:space="preserve">    (b) quick</w:t>
      </w:r>
      <w:r>
        <w:br/>
      </w:r>
      <w:r>
        <w:t xml:space="preserve">    (c) temporary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mutual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antipathy</w:t>
      </w:r>
      <w:r>
        <w:rPr>
          <w:b/>
          <w:bCs/>
        </w:rPr>
        <w:t xml:space="preserve"> </w:t>
      </w:r>
      <w:r>
        <w:rPr>
          <w:b/>
          <w:bCs/>
        </w:rPr>
        <w:t xml:space="preserve">prevented them from working well together.</w:t>
      </w:r>
      <w:r>
        <w:br/>
      </w:r>
      <w:r>
        <w:t xml:space="preserve">    (a) attraction</w:t>
      </w:r>
      <w:r>
        <w:br/>
      </w:r>
      <w:r>
        <w:t xml:space="preserve">    (b) sympathy</w:t>
      </w:r>
      <w:r>
        <w:br/>
      </w:r>
      <w:r>
        <w:t xml:space="preserve">    (c) strong dislike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approval</w:t>
      </w:r>
      <w:r>
        <w:br/>
      </w:r>
      <w:r>
        <w:t xml:space="preserve">    (b) distrust</w:t>
      </w:r>
      <w:r>
        <w:br/>
      </w:r>
      <w:r>
        <w:t xml:space="preserve">    (c) sympathy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Arbitration</w:t>
      </w:r>
      <w:r>
        <w:rPr>
          <w:b/>
          <w:bCs/>
        </w:rPr>
        <w:t xml:space="preserve"> </w:t>
      </w:r>
      <w:r>
        <w:rPr>
          <w:b/>
          <w:bCs/>
        </w:rPr>
        <w:t xml:space="preserve">is used to settle many differences out of court.</w:t>
      </w:r>
      <w:r>
        <w:br/>
      </w:r>
      <w:r>
        <w:t xml:space="preserve">    (a) the process of settling a disagreement with a majority vote</w:t>
      </w:r>
      <w:r>
        <w:br/>
      </w:r>
      <w:r>
        <w:t xml:space="preserve">    (b) the process of solving an argument with the help of an impartial referee</w:t>
      </w:r>
      <w:r>
        <w:br/>
      </w:r>
      <w:r>
        <w:t xml:space="preserve">    (c) settling a disagreement by flipping a coin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star</w:t>
      </w:r>
      <w:r>
        <w:br/>
      </w:r>
      <w:r>
        <w:t xml:space="preserve">    (b) a flirt</w:t>
      </w:r>
      <w:r>
        <w:br/>
      </w:r>
      <w:r>
        <w:t xml:space="preserve">    (c) a dancer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young</w:t>
      </w:r>
      <w:r>
        <w:br/>
      </w:r>
      <w:r>
        <w:t xml:space="preserve">    (b) argumentative</w:t>
      </w:r>
      <w:r>
        <w:br/>
      </w:r>
      <w:r>
        <w:t xml:space="preserve">    (c) unassertive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conflict</w:t>
      </w:r>
      <w:r>
        <w:br/>
      </w:r>
      <w:r>
        <w:t xml:space="preserve">    (b) uncritical agreement</w:t>
      </w:r>
      <w:r>
        <w:br/>
      </w:r>
      <w:r>
        <w:t xml:space="preserve">    (c) loud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attractive sound</w:t>
      </w:r>
      <w:r>
        <w:br/>
      </w:r>
      <w:r>
        <w:t xml:space="preserve">    (b) loud sound</w:t>
      </w:r>
      <w:r>
        <w:br/>
      </w:r>
      <w:r>
        <w:t xml:space="preserve">    (c) unpleasant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quickly eliminated</w:t>
      </w:r>
      <w:r>
        <w:br/>
      </w:r>
      <w:r>
        <w:t xml:space="preserve">    (b) including even small considerations</w:t>
      </w:r>
      <w:r>
        <w:br/>
      </w:r>
      <w:r>
        <w:t xml:space="preserve">    (c) available from prior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dislikable</w:t>
      </w:r>
      <w:r>
        <w:br/>
      </w:r>
      <w:r>
        <w:t xml:space="preserve">    (b) extremely devious</w:t>
      </w:r>
      <w:r>
        <w:br/>
      </w:r>
      <w:r>
        <w:t xml:space="preserve">    (c) harmful and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concern raised by the recent tragedy, this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opportune</w:t>
      </w:r>
      <w:r>
        <w:rPr>
          <w:b/>
          <w:bCs/>
        </w:rPr>
        <w:t xml:space="preserve"> </w:t>
      </w:r>
      <w:r>
        <w:rPr>
          <w:b/>
          <w:bCs/>
        </w:rPr>
        <w:t xml:space="preserve">time to introduce the legislation.</w:t>
      </w:r>
      <w:r>
        <w:br/>
      </w:r>
      <w:r>
        <w:t xml:space="preserve">    (a) unfavorable</w:t>
      </w:r>
      <w:r>
        <w:br/>
      </w:r>
      <w:r>
        <w:t xml:space="preserve">    (b) difficult</w:t>
      </w:r>
      <w:r>
        <w:br/>
      </w:r>
      <w:r>
        <w:t xml:space="preserve">    (c) favorable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 a world of stillbirths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privation</w:t>
      </w:r>
      <w:r>
        <w:rPr>
          <w:b/>
          <w:bCs/>
        </w:rPr>
        <w:t xml:space="preserve">.</w:t>
      </w:r>
      <w:r>
        <w:br/>
      </w:r>
      <w:r>
        <w:t xml:space="preserve">    (a) a stone coffin (usually bearing sculpture or inscriptions)</w:t>
      </w:r>
      <w:r>
        <w:br/>
      </w:r>
      <w:r>
        <w:t xml:space="preserve">    (b) rules of conduct said to be universally desired by all peoples</w:t>
      </w:r>
      <w:r>
        <w:br/>
      </w:r>
      <w:r>
        <w:t xml:space="preserve">    (c) lack of basic things needed to live in a satisfactory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hearing all the rumors, the real explanation turned out to be surprisingly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.</w:t>
      </w:r>
      <w:r>
        <w:br/>
      </w:r>
      <w:r>
        <w:t xml:space="preserve">    (a) able to make clear with example, diagram, photo, etc.</w:t>
      </w:r>
      <w:r>
        <w:br/>
      </w:r>
      <w:r>
        <w:t xml:space="preserve">    (b) not concerned with what others might think of oneself</w:t>
      </w:r>
      <w:r>
        <w:br/>
      </w:r>
      <w:r>
        <w:t xml:space="preserve">    (c) ordinary and uninteresting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compliment</w:t>
      </w:r>
      <w:r>
        <w:br/>
      </w:r>
      <w:r>
        <w:t xml:space="preserve">    (b) instruct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deeply offensive</w:t>
      </w:r>
      <w:r>
        <w:br/>
      </w:r>
      <w:r>
        <w:t xml:space="preserve">    (b) warmly welcomed</w:t>
      </w:r>
      <w:r>
        <w:br/>
      </w:r>
      <w:r>
        <w:t xml:space="preserve">    (c) highly amusing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wise</w:t>
      </w:r>
      <w:r>
        <w:br/>
      </w:r>
      <w:r>
        <w:t xml:space="preserve">    (b) careless</w:t>
      </w:r>
      <w:r>
        <w:br/>
      </w:r>
      <w:r>
        <w:t xml:space="preserve">    (c)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drink because members of my family have an increased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susceptibility</w:t>
      </w:r>
      <w:r>
        <w:rPr>
          <w:b/>
          <w:bCs/>
        </w:rPr>
        <w:t xml:space="preserve"> </w:t>
      </w:r>
      <w:r>
        <w:rPr>
          <w:b/>
          <w:bCs/>
        </w:rPr>
        <w:t xml:space="preserve">to alcoholism.</w:t>
      </w:r>
      <w:r>
        <w:br/>
      </w:r>
      <w:r>
        <w:t xml:space="preserve">    (a) the trait of being easily harmed</w:t>
      </w:r>
      <w:r>
        <w:br/>
      </w:r>
      <w:r>
        <w:t xml:space="preserve">    (b) two successive lines of poetry; usually rhymed</w:t>
      </w:r>
      <w:r>
        <w:br/>
      </w:r>
      <w:r>
        <w:t xml:space="preserve">    (c) the main building (or buildings) of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implied</w:t>
      </w:r>
      <w:r>
        <w:br/>
      </w:r>
      <w:r>
        <w:t xml:space="preserve">    (b) clear</w:t>
      </w:r>
      <w:r>
        <w:br/>
      </w:r>
      <w:r>
        <w:t xml:space="preserve">    (c) reasonable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negotiated with</w:t>
      </w:r>
      <w:r>
        <w:br/>
      </w:r>
      <w:r>
        <w:t xml:space="preserve">    (b) treated without respect</w:t>
      </w:r>
      <w:r>
        <w:br/>
      </w:r>
      <w:r>
        <w:t xml:space="preserve">    (c) argued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2026-07-31T14:55:34Z</dcterms:created>
  <dcterms:modified xsi:type="dcterms:W3CDTF">2026-07-31T14:55:34Z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