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9e1dc0742ae2763fde8f457bf40506e19f8c39"/>
    <w:p>
      <w:pPr>
        <w:pStyle w:val="Heading1"/>
      </w:pPr>
      <w:r>
        <w:rPr>
          <w:b/>
          <w:bCs/>
        </w:rPr>
        <w:t xml:space="preserve">The Merry Wives of Windsor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embarrassment</w:t>
      </w:r>
      <w:r>
        <w:br/>
      </w:r>
      <w:r>
        <w:t xml:space="preserve">    (b) quickness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aunt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me her pearl necklace.</w:t>
      </w:r>
      <w:r>
        <w:br/>
      </w:r>
      <w:r>
        <w:t xml:space="preserve">    (a) loaned</w:t>
      </w:r>
      <w:r>
        <w:br/>
      </w:r>
      <w:r>
        <w:t xml:space="preserve">    (b) gave</w:t>
      </w:r>
      <w:r>
        <w:br/>
      </w:r>
      <w:r>
        <w:t xml:space="preserve">    (c) took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destroy</w:t>
      </w:r>
      <w:r>
        <w:br/>
      </w:r>
      <w:r>
        <w:t xml:space="preserve">    (b) record</w:t>
      </w:r>
      <w:r>
        <w:br/>
      </w:r>
      <w:r>
        <w:t xml:space="preserve">    (c) interpret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confuse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re-think beliefs</w:t>
      </w:r>
      <w:r>
        <w:br/>
      </w:r>
      <w:r>
        <w:t xml:space="preserve">    (b) disguise the truth</w:t>
      </w:r>
      <w:r>
        <w:br/>
      </w:r>
      <w:r>
        <w:t xml:space="preserve">    (c) change reality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public celebration</w:t>
      </w:r>
      <w:r>
        <w:br/>
      </w:r>
      <w:r>
        <w:t xml:space="preserve">    (b) new beginning</w:t>
      </w:r>
      <w:r>
        <w:br/>
      </w:r>
      <w:r>
        <w:t xml:space="preserve">    (c) formal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neighborhood</w:t>
      </w:r>
      <w:r>
        <w:br/>
      </w:r>
      <w:r>
        <w:t xml:space="preserve">    (b) color</w:t>
      </w:r>
      <w:r>
        <w:br/>
      </w:r>
      <w:r>
        <w:t xml:space="preserve">    (c)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 plan for emergency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.</w:t>
      </w:r>
      <w:r>
        <w:br/>
      </w:r>
      <w:r>
        <w:t xml:space="preserve">    (a) fires</w:t>
      </w:r>
      <w:r>
        <w:br/>
      </w:r>
      <w:r>
        <w:t xml:space="preserve">    (b) exit</w:t>
      </w:r>
      <w:r>
        <w:br/>
      </w:r>
      <w:r>
        <w:t xml:space="preserve">    (c) vehicles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of the old traditions are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 </w:t>
      </w:r>
      <w:r>
        <w:rPr>
          <w:b/>
          <w:bCs/>
        </w:rPr>
        <w:t xml:space="preserve">in rural areas.</w:t>
      </w:r>
      <w:r>
        <w:br/>
      </w:r>
      <w:r>
        <w:t xml:space="preserve">    (a) restarted (a fire)</w:t>
      </w:r>
      <w:r>
        <w:br/>
      </w:r>
      <w:r>
        <w:t xml:space="preserve">    (b) still in existence</w:t>
      </w:r>
      <w:r>
        <w:br/>
      </w:r>
      <w:r>
        <w:t xml:space="preserve">    (c) wrongly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make public</w:t>
      </w:r>
      <w:r>
        <w:br/>
      </w:r>
      <w:r>
        <w:t xml:space="preserve">    (b) take advantage of</w:t>
      </w:r>
      <w:r>
        <w:br/>
      </w:r>
      <w:r>
        <w:t xml:space="preserve">    (c) stop (taking)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help them.</w:t>
      </w:r>
      <w:r>
        <w:br/>
      </w:r>
      <w:r>
        <w:t xml:space="preserve">    (a) make different; or show difference</w:t>
      </w:r>
      <w:r>
        <w:br/>
      </w:r>
      <w:r>
        <w:t xml:space="preserve">    (b) to cause something to move forward</w:t>
      </w:r>
      <w:r>
        <w:br/>
      </w:r>
      <w:r>
        <w:t xml:space="preserve">    (c) beg or urge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 not think the current leadership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instigate</w:t>
      </w:r>
      <w:r>
        <w:rPr>
          <w:b/>
          <w:bCs/>
        </w:rPr>
        <w:t xml:space="preserve"> </w:t>
      </w:r>
      <w:r>
        <w:rPr>
          <w:b/>
          <w:bCs/>
        </w:rPr>
        <w:t xml:space="preserve">significant social reform.</w:t>
      </w:r>
      <w:r>
        <w:br/>
      </w:r>
      <w:r>
        <w:t xml:space="preserve">    (a) to interpret something as having a specific meaning</w:t>
      </w:r>
      <w:r>
        <w:br/>
      </w:r>
      <w:r>
        <w:t xml:space="preserve">    (b) take actions that create</w:t>
      </w:r>
      <w:r>
        <w:br/>
      </w:r>
      <w:r>
        <w:t xml:space="preserve">    (c) to annoy or make angry -- often over a long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comments were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lascivious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reported them to HR.</w:t>
      </w:r>
      <w:r>
        <w:br/>
      </w:r>
      <w:r>
        <w:t xml:space="preserve">    (a) an argument attributed to one's opponent that is weaker than their actual argument</w:t>
      </w:r>
      <w:r>
        <w:br/>
      </w:r>
      <w:r>
        <w:t xml:space="preserve">    (b) sexually inappropriate</w:t>
      </w:r>
      <w:r>
        <w:br/>
      </w:r>
      <w:r>
        <w:t xml:space="preserve">    (c) the quality of feeling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too eager to please</w:t>
      </w:r>
      <w:r>
        <w:br/>
      </w:r>
      <w:r>
        <w:t xml:space="preserve">    (b) quick to complain</w:t>
      </w:r>
      <w:r>
        <w:br/>
      </w:r>
      <w:r>
        <w:t xml:space="preserve">    (c) hard to recognize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harmful and hidden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knowing everything</w:t>
      </w:r>
      <w:r>
        <w:br/>
      </w:r>
      <w:r>
        <w:t xml:space="preserve">    (b) present everywhere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tired</w:t>
      </w:r>
      <w:r>
        <w:br/>
      </w:r>
      <w:r>
        <w:t xml:space="preserve">    (b) very demanding</w:t>
      </w:r>
      <w:r>
        <w:br/>
      </w:r>
      <w:r>
        <w:t xml:space="preserve">    (c) easily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amount of monetary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restitution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up for what I lost.</w:t>
      </w:r>
      <w:r>
        <w:br/>
      </w:r>
      <w:r>
        <w:t xml:space="preserve">    (a) adherents to the theological system of John Calvin and his followers emphasizing omnipotence of God and salvation by grace alone</w:t>
      </w:r>
      <w:r>
        <w:br/>
      </w:r>
      <w:r>
        <w:t xml:space="preserve">    (b) money paid in compensation for loss</w:t>
      </w:r>
      <w:r>
        <w:br/>
      </w:r>
      <w:r>
        <w:t xml:space="preserve">    (c) the ability to put someone into a state of hypnosis (a trance-like state of focused concentration and heightened suggestibility)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ruminating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this all month.</w:t>
      </w:r>
      <w:r>
        <w:br/>
      </w:r>
      <w:r>
        <w:t xml:space="preserve">    (a) writing</w:t>
      </w:r>
      <w:r>
        <w:br/>
      </w:r>
      <w:r>
        <w:t xml:space="preserve">    (b) thinking</w:t>
      </w:r>
      <w:r>
        <w:br/>
      </w:r>
      <w:r>
        <w:t xml:space="preserve">    (c) reading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unreturned</w:t>
      </w:r>
      <w:r>
        <w:br/>
      </w:r>
      <w:r>
        <w:t xml:space="preserve">    (c) loss (through death)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2026-07-31T14:31:06Z</dcterms:created>
  <dcterms:modified xsi:type="dcterms:W3CDTF">2026-07-31T14:31:06Z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