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fb304e467d8daff9213ca9c061d8c75f209390"/>
    <w:p>
      <w:pPr>
        <w:pStyle w:val="Heading1"/>
      </w:pPr>
      <w:r>
        <w:rPr>
          <w:b/>
          <w:bCs/>
        </w:rPr>
        <w:t xml:space="preserve">The Merry Wives of Windsor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Sir John Falstaff have committed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disparagements</w:t>
      </w:r>
      <w:r>
        <w:rPr>
          <w:b/>
          <w:bCs/>
        </w:rPr>
        <w:t xml:space="preserve"> </w:t>
      </w:r>
      <w:r>
        <w:rPr>
          <w:b/>
          <w:bCs/>
        </w:rPr>
        <w:t xml:space="preserve">unto you, I am of the church, and will be glad to do my benevolence to make atonements and compremises between you.</w:t>
      </w:r>
      <w:r>
        <w:br/>
      </w:r>
      <w:r>
        <w:t xml:space="preserve">    (a) Christianity:  the original 12 disciples (followers) chosen by Jesus Christ to preach his gospel</w:t>
      </w:r>
      <w:r>
        <w:br/>
      </w:r>
      <w:r>
        <w:t xml:space="preserve">    (b) people who believe that God created the universe, but that he doesn't interfere with how it runs</w:t>
      </w:r>
      <w:r>
        <w:br/>
      </w:r>
      <w:r>
        <w:t xml:space="preserve">    (c) to criticize or make seem less important -- especially in a disrespectful or contemptuous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.</w:t>
      </w:r>
      <w:r>
        <w:br/>
      </w:r>
      <w:r>
        <w:t xml:space="preserve">    (a) hello</w:t>
      </w:r>
      <w:r>
        <w:br/>
      </w:r>
      <w:r>
        <w:t xml:space="preserve">    (b) goodbye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beguile</w:t>
      </w:r>
      <w:r>
        <w:rPr>
          <w:b/>
          <w:bCs/>
        </w:rPr>
        <w:t xml:space="preserve"> </w:t>
      </w:r>
      <w:r>
        <w:rPr>
          <w:b/>
          <w:bCs/>
        </w:rPr>
        <w:t xml:space="preserve">the rich and poor</w:t>
      </w:r>
      <w:r>
        <w:br/>
      </w:r>
      <w:r>
        <w:t xml:space="preserve">    (a) to think of something as true or likely, even though it is not known with certainty</w:t>
      </w:r>
      <w:r>
        <w:br/>
      </w:r>
      <w:r>
        <w:t xml:space="preserve">    (b) deceive</w:t>
      </w:r>
      <w:r>
        <w:br/>
      </w:r>
      <w:r>
        <w:t xml:space="preserve">    (c) give authority, power, knowledge, or confidence to someone so they can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you, be not so phlegmatic.</w:t>
      </w:r>
      <w:r>
        <w:br/>
      </w:r>
      <w:r>
        <w:t xml:space="preserve">    (a) to ask strongly or beg for something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Troth, sir, all is in His hands above;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, Master Fenton, I'll be sworn on a book she loves you.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used to show that something remains true even though something else seems to go against it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then frugal of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mirth</w:t>
      </w:r>
      <w:r>
        <w:rPr>
          <w:b/>
          <w:bCs/>
        </w:rPr>
        <w:t xml:space="preserve">:—Heaven forgive me!</w:t>
      </w:r>
      <w:r>
        <w:br/>
      </w:r>
      <w:r>
        <w:t xml:space="preserve">    (a) fun and laughter</w:t>
      </w:r>
      <w:r>
        <w:br/>
      </w:r>
      <w:r>
        <w:t xml:space="preserve">    (b) started (a fire)</w:t>
      </w:r>
      <w:r>
        <w:br/>
      </w:r>
      <w:r>
        <w:t xml:space="preserve">    (c) restart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woman, if it were not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respect, I could come to such honour!</w:t>
      </w:r>
      <w:r>
        <w:br/>
      </w:r>
      <w:r>
        <w:t xml:space="preserve">    (a) canceling or annulling a formal ruling or contract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something of small importance; or a small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 will find you twenty lascivious turtles ere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man.</w:t>
      </w:r>
      <w:r>
        <w:br/>
      </w:r>
      <w:r>
        <w:t xml:space="preserve">    (a) able to be portrayed or created in a particular way  OR  able to be interpreted, translated, or extracted from</w:t>
      </w:r>
      <w:r>
        <w:br/>
      </w:r>
      <w:r>
        <w:t xml:space="preserve">    (b) not having sexual intercourse (ever, outside of marriage, or for a long time); or not involving sexual desire</w:t>
      </w:r>
      <w:r>
        <w:br/>
      </w:r>
      <w:r>
        <w:t xml:space="preserve">    (c) a citizen of Rome between the founding of the city (753 BC) and the fall of the Western Roman Empire (476 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Farewell: Take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; have open eye, for thieves do foot by night; Take heed, ere summer comes, or cuckoo birds do sing.</w:t>
      </w:r>
      <w:r>
        <w:br/>
      </w:r>
      <w:r>
        <w:t xml:space="preserve">    (a) adjusted excessively or made up for excessively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pay close attention to; or do what is suggested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art thou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?</w:t>
      </w:r>
      <w:r>
        <w:br/>
      </w:r>
      <w:r>
        <w:t xml:space="preserve">    (a) relating to the outside</w:t>
      </w:r>
      <w:r>
        <w:br/>
      </w:r>
      <w:r>
        <w:t xml:space="preserve">    (b) about (but not exactly)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find her honest, I lose not my labour; if she be otherwise, 'tis labour well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bestowed</w:t>
      </w:r>
      <w:r>
        <w:rPr>
          <w:b/>
          <w:bCs/>
        </w:rPr>
        <w:t xml:space="preserve">.</w:t>
      </w:r>
      <w:r>
        <w:br/>
      </w:r>
      <w:r>
        <w:t xml:space="preserve">    (a) gave</w:t>
      </w:r>
      <w:r>
        <w:br/>
      </w:r>
      <w:r>
        <w:t xml:space="preserve">    (b) drew</w:t>
      </w:r>
      <w:r>
        <w:br/>
      </w:r>
      <w:r>
        <w:t xml:space="preserve">    (c) quit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Sir John, there's one Master Brook below would fain speak with you and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you:</w:t>
      </w:r>
      <w:r>
        <w:br/>
      </w:r>
      <w:r>
        <w:t xml:space="preserve">    (a) not having taken power or responsibility</w:t>
      </w:r>
      <w:r>
        <w:br/>
      </w:r>
      <w:r>
        <w:t xml:space="preserve">    (b) compensated for a loss; or paid a reward</w:t>
      </w:r>
      <w:r>
        <w:br/>
      </w:r>
      <w:r>
        <w:t xml:space="preserve">    (c) get to know (get familiar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Sir John, as you have one eye upon my follies, as you hear them unfolded, turn another into the register of your own, that I may pass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 </w:t>
      </w:r>
      <w:r>
        <w:rPr>
          <w:b/>
          <w:bCs/>
        </w:rPr>
        <w:t xml:space="preserve">the easier,</w:t>
      </w:r>
      <w:r>
        <w:br/>
      </w:r>
      <w:r>
        <w:t xml:space="preserve">    (a) hard work</w:t>
      </w:r>
      <w:r>
        <w:br/>
      </w:r>
      <w:r>
        <w:t xml:space="preserve">    (b) criticism</w:t>
      </w:r>
      <w:r>
        <w:br/>
      </w:r>
      <w:r>
        <w:t xml:space="preserve">    (c) main road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; here's company.</w:t>
      </w:r>
      <w:r>
        <w:br/>
      </w:r>
      <w:r>
        <w:t xml:space="preserve">    (a) stop (refrain or hold back) from acting</w:t>
      </w:r>
      <w:r>
        <w:br/>
      </w:r>
      <w:r>
        <w:t xml:space="preserve">    (b) the ability to take on or adopt</w:t>
      </w:r>
      <w:r>
        <w:br/>
      </w:r>
      <w:r>
        <w:t xml:space="preserve">    (c)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[Sings] To shallow rivers, to whose falls— Heaven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prosper</w:t>
      </w:r>
      <w:r>
        <w:rPr>
          <w:b/>
          <w:bCs/>
        </w:rPr>
        <w:t xml:space="preserve"> </w:t>
      </w:r>
      <w:r>
        <w:rPr>
          <w:b/>
          <w:bCs/>
        </w:rPr>
        <w:t xml:space="preserve">the right</w:t>
      </w:r>
      <w:r>
        <w:br/>
      </w:r>
      <w:r>
        <w:t xml:space="preserve">    (a) examine</w:t>
      </w:r>
      <w:r>
        <w:br/>
      </w:r>
      <w:r>
        <w:t xml:space="preserve">    (b) restore</w:t>
      </w:r>
      <w:r>
        <w:br/>
      </w:r>
      <w:r>
        <w:t xml:space="preserve">    (c) do well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Boys of art, 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deceived</w:t>
      </w:r>
      <w:r>
        <w:rPr>
          <w:b/>
          <w:bCs/>
        </w:rPr>
        <w:t xml:space="preserve"> </w:t>
      </w:r>
      <w:r>
        <w:rPr>
          <w:b/>
          <w:bCs/>
        </w:rPr>
        <w:t xml:space="preserve">you both; I have directed you to wrong places; your hearts are mighty, your skins are whole, and let burnt sack be the issue.</w:t>
      </w:r>
      <w:r>
        <w:br/>
      </w:r>
      <w:r>
        <w:t xml:space="preserve">    (a) told (a story)</w:t>
      </w:r>
      <w:r>
        <w:br/>
      </w:r>
      <w:r>
        <w:t xml:space="preserve">    (b) lied or misled</w:t>
      </w:r>
      <w:r>
        <w:br/>
      </w:r>
      <w:r>
        <w:t xml:space="preserve">    (c) began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shall not see me; 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ensconce</w:t>
      </w:r>
      <w:r>
        <w:rPr>
          <w:b/>
          <w:bCs/>
        </w:rPr>
        <w:t xml:space="preserve"> </w:t>
      </w:r>
      <w:r>
        <w:rPr>
          <w:b/>
          <w:bCs/>
        </w:rPr>
        <w:t xml:space="preserve">me behind the arras.</w:t>
      </w:r>
      <w:r>
        <w:br/>
      </w:r>
      <w:r>
        <w:t xml:space="preserve">    (a) stimulates; or reflects brilliant light in a flickering manner</w:t>
      </w:r>
      <w:r>
        <w:br/>
      </w:r>
      <w:r>
        <w:t xml:space="preserve">    (b) extremely embarrass (decrease dignity, self-respect, or pride)</w:t>
      </w:r>
      <w:r>
        <w:br/>
      </w:r>
      <w:r>
        <w:t xml:space="preserve">    (c) settled comfortably; or hidden or safely settled in a location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she shall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make someone want to do something</w:t>
      </w:r>
      <w:r>
        <w:br/>
      </w:r>
      <w:r>
        <w:t xml:space="preserve">    (b) sadness, disappointment, or worry</w:t>
      </w:r>
      <w:r>
        <w:br/>
      </w:r>
      <w:r>
        <w:t xml:space="preserve">    (c) walk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hearts,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something: any extremity rather than a mischief.</w:t>
      </w:r>
      <w:r>
        <w:br/>
      </w:r>
      <w:r>
        <w:t xml:space="preserve">    (a) come up with (invent or create)</w:t>
      </w:r>
      <w:r>
        <w:br/>
      </w:r>
      <w:r>
        <w:t xml:space="preserve">    (b) stop (something from happening)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tell you: he beat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shape of a woman; for in the shape of man, Master Brook, I fear not Goliath with a weaver's beam, because I know also life is a shuttle.</w:t>
      </w:r>
      <w:r>
        <w:br/>
      </w:r>
      <w:r>
        <w:t xml:space="preserve">    (a) very serious; or very bad; or causing grief</w:t>
      </w:r>
      <w:r>
        <w:br/>
      </w:r>
      <w:r>
        <w:t xml:space="preserve">    (b) in a manner that stops or hinders something</w:t>
      </w:r>
      <w:r>
        <w:br/>
      </w:r>
      <w:r>
        <w:t xml:space="preserve">    (c) in a manner involving only one part or side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2026-07-31T14:31:05Z</dcterms:created>
  <dcterms:modified xsi:type="dcterms:W3CDTF">2026-07-31T14:31:05Z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