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c7bad1edb2170682cdaa9f2b2338c8fde7e758"/>
    <w:p>
      <w:pPr>
        <w:pStyle w:val="Heading1"/>
      </w:pPr>
      <w:r>
        <w:rPr>
          <w:b/>
          <w:bCs/>
        </w:rPr>
        <w:t xml:space="preserve">The Merry Wives of Windsor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construe</w:t>
      </w:r>
      <w:r>
        <w:rPr>
          <w:b/>
          <w:bCs/>
        </w:rPr>
        <w:t xml:space="preserve"> </w:t>
      </w:r>
      <w:r>
        <w:rPr>
          <w:b/>
          <w:bCs/>
        </w:rPr>
        <w:t xml:space="preserve">the action of her familiar style</w:t>
      </w:r>
      <w:r>
        <w:br/>
      </w:r>
      <w:r>
        <w:t xml:space="preserve">    (a) give an opinion of what is wrong with something</w:t>
      </w:r>
      <w:r>
        <w:br/>
      </w:r>
      <w:r>
        <w:t xml:space="preserve">    (b) interpret (understand the implications of)</w:t>
      </w:r>
      <w:r>
        <w:br/>
      </w:r>
      <w:r>
        <w:t xml:space="preserve">    (c) mark important text; or the text that is marked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honest, willing, kind fellow, as ever servant shall come in house withal; and, I warrant you, no tell-tale nor no breed-bate; his worst fault is that he is given to prayer; he is something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peevish</w:t>
      </w:r>
      <w:r>
        <w:rPr>
          <w:b/>
          <w:bCs/>
        </w:rPr>
        <w:t xml:space="preserve"> </w:t>
      </w:r>
      <w:r>
        <w:rPr>
          <w:b/>
          <w:bCs/>
        </w:rPr>
        <w:t xml:space="preserve">that way; but nobody but has his fault; but let that pass.</w:t>
      </w:r>
      <w:r>
        <w:br/>
      </w:r>
      <w:r>
        <w:t xml:space="preserve">    (a) annoyed or easily annoyed -- especially by unimportant things</w:t>
      </w:r>
      <w:r>
        <w:br/>
      </w:r>
      <w:r>
        <w:t xml:space="preserve">    (b) related to the setting or situation in which something occurs</w:t>
      </w:r>
      <w:r>
        <w:br/>
      </w:r>
      <w:r>
        <w:t xml:space="preserve">    (c) trustworthy with secrets or subtle (not attracting attention)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Well, I will find you twenty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lascivious</w:t>
      </w:r>
      <w:r>
        <w:rPr>
          <w:b/>
          <w:bCs/>
        </w:rPr>
        <w:t xml:space="preserve"> </w:t>
      </w:r>
      <w:r>
        <w:rPr>
          <w:b/>
          <w:bCs/>
        </w:rPr>
        <w:t xml:space="preserve">turtles ere one chaste man.</w:t>
      </w:r>
      <w:r>
        <w:br/>
      </w:r>
      <w:r>
        <w:t xml:space="preserve">    (a) the quality of feeling angry or unhappy about having to accept something not liked</w:t>
      </w:r>
      <w:r>
        <w:br/>
      </w:r>
      <w:r>
        <w:t xml:space="preserve">    (b) an argument attributed to one's opponent that is weaker than their actual argument</w:t>
      </w:r>
      <w:r>
        <w:br/>
      </w:r>
      <w:r>
        <w:t xml:space="preserve">    (c) expressing, showing, or provoking strong and typically inappropriate sexual desire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is the name!</w:t>
      </w:r>
      <w:r>
        <w:br/>
      </w:r>
      <w:r>
        <w:t xml:space="preserve">    (a) the degree to which something is able to change or is different</w:t>
      </w:r>
      <w:r>
        <w:br/>
      </w:r>
      <w:r>
        <w:t xml:space="preserve">    (b) extremely unpleasant, disgusting, dislikable, or worthy of hate</w:t>
      </w:r>
      <w:r>
        <w:br/>
      </w:r>
      <w:r>
        <w:t xml:space="preserve">    (c) not trustworthy, or improper, or attracting unwelcome attention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hand, bully; thou shalt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egress</w:t>
      </w:r>
      <w:r>
        <w:rPr>
          <w:b/>
          <w:bCs/>
        </w:rPr>
        <w:t xml:space="preserve"> </w:t>
      </w:r>
      <w:r>
        <w:rPr>
          <w:b/>
          <w:bCs/>
        </w:rPr>
        <w:t xml:space="preserve">and regress; said I well?</w:t>
      </w:r>
      <w:r>
        <w:br/>
      </w:r>
      <w:r>
        <w:t xml:space="preserve">    (a) a large group of fish</w:t>
      </w:r>
      <w:r>
        <w:br/>
      </w:r>
      <w:r>
        <w:t xml:space="preserve">    (b) decrease in intensity</w:t>
      </w:r>
      <w:r>
        <w:br/>
      </w:r>
      <w:r>
        <w:t xml:space="preserve">    (c) exit (departure from)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Have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importuned</w:t>
      </w:r>
      <w:r>
        <w:rPr>
          <w:b/>
          <w:bCs/>
        </w:rPr>
        <w:t xml:space="preserve"> </w:t>
      </w:r>
      <w:r>
        <w:rPr>
          <w:b/>
          <w:bCs/>
        </w:rPr>
        <w:t xml:space="preserve">her to such a purpose?</w:t>
      </w:r>
      <w:r>
        <w:br/>
      </w:r>
      <w:r>
        <w:t xml:space="preserve">    (a) begged</w:t>
      </w:r>
      <w:r>
        <w:br/>
      </w:r>
      <w:r>
        <w:t xml:space="preserve">    (b) not good at concentrating on one thing</w:t>
      </w:r>
      <w:r>
        <w:br/>
      </w:r>
      <w:r>
        <w:t xml:space="preserve">    (c) adjusted a lens to make an image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a fair house built on another man's ground; so that I have lost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edifice</w:t>
      </w:r>
      <w:r>
        <w:rPr>
          <w:b/>
          <w:bCs/>
        </w:rPr>
        <w:t xml:space="preserve"> </w:t>
      </w:r>
      <w:r>
        <w:rPr>
          <w:b/>
          <w:bCs/>
        </w:rPr>
        <w:t xml:space="preserve">by mistaking the place where I erected it.</w:t>
      </w:r>
      <w:r>
        <w:br/>
      </w:r>
      <w:r>
        <w:t xml:space="preserve">    (a) something that encourages something else to happen; or the process of something being encouraged</w:t>
      </w:r>
      <w:r>
        <w:br/>
      </w:r>
      <w:r>
        <w:t xml:space="preserve">    (b) a building or structure -- especially a large one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 conceptual or organizational framework</w:t>
      </w:r>
      <w:r>
        <w:br/>
      </w:r>
      <w:r>
        <w:t xml:space="preserve">    (c) a colonnade (series of regularly spaced columns) surrounding a building or enclosing a courtyard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she plots, then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ruminates</w:t>
      </w:r>
      <w:r>
        <w:rPr>
          <w:b/>
          <w:bCs/>
        </w:rPr>
        <w:t xml:space="preserve">, then she devises;</w:t>
      </w:r>
      <w:r>
        <w:br/>
      </w:r>
      <w:r>
        <w:t xml:space="preserve">    (a) presents something to treat as true in order to advance a discussion or to further investigation even though it might not be true</w:t>
      </w:r>
      <w:r>
        <w:br/>
      </w:r>
      <w:r>
        <w:t xml:space="preserve">    (b) thinks</w:t>
      </w:r>
      <w:r>
        <w:br/>
      </w:r>
      <w:r>
        <w:t xml:space="preserve">    (c) walks with difficulty (due to injury or physical impediment)  OR  hinders (made the action or progress of something difficult)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dissembling</w:t>
      </w:r>
      <w:r>
        <w:rPr>
          <w:b/>
          <w:bCs/>
        </w:rPr>
        <w:t xml:space="preserve"> </w:t>
      </w:r>
      <w:r>
        <w:rPr>
          <w:b/>
          <w:bCs/>
        </w:rPr>
        <w:t xml:space="preserve">knight!</w:t>
      </w:r>
      <w:r>
        <w:br/>
      </w:r>
      <w:r>
        <w:t xml:space="preserve">    (a) supporting by providing money or other economic aid</w:t>
      </w:r>
      <w:r>
        <w:br/>
      </w:r>
      <w:r>
        <w:t xml:space="preserve">    (b) preparing food in a way that keeps it from spoiling</w:t>
      </w:r>
      <w:r>
        <w:br/>
      </w:r>
      <w:r>
        <w:t xml:space="preserve">    (c) lying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a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 </w:t>
      </w:r>
      <w:r>
        <w:rPr>
          <w:b/>
          <w:bCs/>
        </w:rPr>
        <w:t xml:space="preserve">in sinking;</w:t>
      </w:r>
      <w:r>
        <w:br/>
      </w:r>
      <w:r>
        <w:t xml:space="preserve">    (a) the gain of advantage from something</w:t>
      </w:r>
      <w:r>
        <w:br/>
      </w:r>
      <w:r>
        <w:t xml:space="preserve">    (b) the quality of exactness or accuracy</w:t>
      </w:r>
      <w:r>
        <w:br/>
      </w:r>
      <w:r>
        <w:t xml:space="preserve">    (c) an eagerness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his heels a rabble of his companions, thither provoked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instigated</w:t>
      </w:r>
      <w:r>
        <w:rPr>
          <w:b/>
          <w:bCs/>
        </w:rPr>
        <w:t xml:space="preserve"> </w:t>
      </w:r>
      <w:r>
        <w:rPr>
          <w:b/>
          <w:bCs/>
        </w:rPr>
        <w:t xml:space="preserve">by his distemper,</w:t>
      </w:r>
      <w:r>
        <w:br/>
      </w:r>
      <w:r>
        <w:t xml:space="preserve">    (a) set into motion</w:t>
      </w:r>
      <w:r>
        <w:br/>
      </w:r>
      <w:r>
        <w:t xml:space="preserve">    (b) compensated for a loss; or paid a reward</w:t>
      </w:r>
      <w:r>
        <w:br/>
      </w:r>
      <w:r>
        <w:t xml:space="preserve">    (c) not having taken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mark the sequel, Master Brook: I suffered the pangs of three several deaths: first, an intolerable fright to be detected with a jealous rotten bell-wether; next, to be compassed like a good bilbo in the circumference of a peck, hilt to point, heel to head; and then, to be stopped in, like a strong distillation, with stinking clothes that fretted in their own grease: think of that; a man of my kidney, think of that, that am as subject to heat as butter; a man of continual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dissolution</w:t>
      </w:r>
      <w:r>
        <w:rPr>
          <w:b/>
          <w:bCs/>
        </w:rPr>
        <w:t xml:space="preserve"> </w:t>
      </w:r>
      <w:r>
        <w:rPr>
          <w:b/>
          <w:bCs/>
        </w:rPr>
        <w:t xml:space="preserve">and thaw: it was a miracle to 'scape suffocation.</w:t>
      </w:r>
      <w:r>
        <w:br/>
      </w:r>
      <w:r>
        <w:t xml:space="preserve">    (a) an order issued by a court or judicial officer</w:t>
      </w:r>
      <w:r>
        <w:br/>
      </w:r>
      <w:r>
        <w:t xml:space="preserve">    (b) two successive lines of poetry; usually rhymed</w:t>
      </w:r>
      <w:r>
        <w:br/>
      </w:r>
      <w:r>
        <w:t xml:space="preserve">    (c) breaking something up or bringing it to an end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see you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obsequious</w:t>
      </w:r>
      <w:r>
        <w:rPr>
          <w:b/>
          <w:bCs/>
        </w:rPr>
        <w:t xml:space="preserve"> </w:t>
      </w:r>
      <w:r>
        <w:rPr>
          <w:b/>
          <w:bCs/>
        </w:rPr>
        <w:t xml:space="preserve">in your love,</w:t>
      </w:r>
      <w:r>
        <w:br/>
      </w:r>
      <w:r>
        <w:t xml:space="preserve">    (a) excessively eager to flatter or serve</w:t>
      </w:r>
      <w:r>
        <w:br/>
      </w:r>
      <w:r>
        <w:t xml:space="preserve">    (b) able to be restored to good condition</w:t>
      </w:r>
      <w:r>
        <w:br/>
      </w:r>
      <w:r>
        <w:t xml:space="preserve">    (c) not bouncing back light/heat/sound...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see you are obsequious in your love, and I profess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requital</w:t>
      </w:r>
      <w:r>
        <w:rPr>
          <w:b/>
          <w:bCs/>
        </w:rPr>
        <w:t xml:space="preserve"> </w:t>
      </w:r>
      <w:r>
        <w:rPr>
          <w:b/>
          <w:bCs/>
        </w:rPr>
        <w:t xml:space="preserve">to a hair's breadth; not only, Mistress Ford, in the simple office of love, but in all the accoutrement, complement, and ceremony of it.</w:t>
      </w:r>
      <w:r>
        <w:br/>
      </w:r>
      <w:r>
        <w:t xml:space="preserve">    (a) the degree to which something can change to fit a different situation</w:t>
      </w:r>
      <w:r>
        <w:br/>
      </w:r>
      <w:r>
        <w:t xml:space="preserve">    (b) someone bound to serve another without pay -- such as a slave or serf</w:t>
      </w:r>
      <w:r>
        <w:br/>
      </w:r>
      <w:r>
        <w:t xml:space="preserve">    (c) the act of repaying or returning -- especially an appropriate penalty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never prospered since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forswore</w:t>
      </w:r>
      <w:r>
        <w:rPr>
          <w:b/>
          <w:bCs/>
        </w:rPr>
        <w:t xml:space="preserve"> </w:t>
      </w:r>
      <w:r>
        <w:rPr>
          <w:b/>
          <w:bCs/>
        </w:rPr>
        <w:t xml:space="preserve">myself at primero.</w:t>
      </w:r>
      <w:r>
        <w:br/>
      </w:r>
      <w:r>
        <w:t xml:space="preserve">    (a) the profession of assisting women in childbirth without being a doctor</w:t>
      </w:r>
      <w:r>
        <w:br/>
      </w:r>
      <w:r>
        <w:t xml:space="preserve">    (b) constraining in some way -- such as tying up, requiring, or obligating</w:t>
      </w:r>
      <w:r>
        <w:br/>
      </w:r>
      <w:r>
        <w:t xml:space="preserve">    (c) to decide to stop doing something; or to renounce or disavow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thus it rests: Her father means she shall be all in white; And in that habit, when Slender sees his time To take her by the hand and bid her go, She shall go with him: her mother hath intended The better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her to the doctor,—For they must all be mask'd and vizarded—That quaint in green she shall be loose enrob'd, With ribands pendent, flaring 'bout her head; And when the doctor spies his vantage ripe, To pinch her by the hand: and, on that token, The maid hath given consent to go with him.</w:t>
      </w:r>
      <w:r>
        <w:br/>
      </w:r>
      <w:r>
        <w:t xml:space="preserve">    (a) select (on a computer screen)</w:t>
      </w:r>
      <w:r>
        <w:br/>
      </w:r>
      <w:r>
        <w:t xml:space="preserve">    (b) consume or destroy completely</w:t>
      </w:r>
      <w:r>
        <w:br/>
      </w:r>
      <w:r>
        <w:t xml:space="preserve">    (c) stand for or symbolize literally; or be a sign or indicator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omnipotent</w:t>
      </w:r>
      <w:r>
        <w:rPr>
          <w:b/>
          <w:bCs/>
        </w:rPr>
        <w:t xml:space="preserve"> </w:t>
      </w:r>
      <w:r>
        <w:rPr>
          <w:b/>
          <w:bCs/>
        </w:rPr>
        <w:t xml:space="preserve">love!</w:t>
      </w:r>
      <w:r>
        <w:br/>
      </w:r>
      <w:r>
        <w:t xml:space="preserve">    (a) not pleasing</w:t>
      </w:r>
      <w:r>
        <w:br/>
      </w:r>
      <w:r>
        <w:t xml:space="preserve">    (b) all powerful</w:t>
      </w:r>
      <w:r>
        <w:br/>
      </w:r>
      <w:r>
        <w:t xml:space="preserve">    (c) sticking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Divide me like a brib'd buck, ... my horns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bequeath</w:t>
      </w:r>
      <w:r>
        <w:rPr>
          <w:b/>
          <w:bCs/>
        </w:rPr>
        <w:t xml:space="preserve"> </w:t>
      </w:r>
      <w:r>
        <w:rPr>
          <w:b/>
          <w:bCs/>
        </w:rPr>
        <w:t xml:space="preserve">your husbands.</w:t>
      </w:r>
      <w:r>
        <w:br/>
      </w:r>
      <w:r>
        <w:t xml:space="preserve">    (a) leave or give by will after one's death</w:t>
      </w:r>
      <w:r>
        <w:br/>
      </w:r>
      <w:r>
        <w:t xml:space="preserve">    (b) mark important text; or the text that is marked</w:t>
      </w:r>
      <w:r>
        <w:br/>
      </w:r>
      <w:r>
        <w:t xml:space="preserve">    (c) give an opinion of what is wrong with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Why, now is Cupid a child of conscience; he makes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restitution</w:t>
      </w:r>
      <w:r>
        <w:rPr>
          <w:b/>
          <w:bCs/>
        </w:rPr>
        <w:t xml:space="preserve">.</w:t>
      </w:r>
      <w:r>
        <w:br/>
      </w:r>
      <w:r>
        <w:t xml:space="preserve">    (a) adherents to the theological system of John Calvin and his followers emphasizing omnipotence of God and salvation by grace alone</w:t>
      </w:r>
      <w:r>
        <w:br/>
      </w:r>
      <w:r>
        <w:t xml:space="preserve">    (b) the ability to put someone into a state of hypnosis (a trance-like state of focused concentration and heightened suggestibility)</w:t>
      </w:r>
      <w:r>
        <w:br/>
      </w:r>
      <w:r>
        <w:t xml:space="preserve">    (c) money paid in compensation for loss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restoring a previous condition -- especially getting back something lost or stolen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Ay, and an ox too; both the proofs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extant</w:t>
      </w:r>
      <w:r>
        <w:rPr>
          <w:b/>
          <w:bCs/>
        </w:rPr>
        <w:t xml:space="preserve">.</w:t>
      </w:r>
      <w:r>
        <w:br/>
      </w:r>
      <w:r>
        <w:t xml:space="preserve">    (a) wrongly translates</w:t>
      </w:r>
      <w:r>
        <w:br/>
      </w:r>
      <w:r>
        <w:t xml:space="preserve">    (b) restarted (a fire)</w:t>
      </w:r>
      <w:r>
        <w:br/>
      </w:r>
      <w:r>
        <w:t xml:space="preserve">    (c) still in existence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2026-07-31T14:31:06Z</dcterms:created>
  <dcterms:modified xsi:type="dcterms:W3CDTF">2026-07-31T14:31:06Z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