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692832aa9987807a9bf7495ca37841140c86ff"/>
    <w:p>
      <w:pPr>
        <w:pStyle w:val="Heading1"/>
      </w:pPr>
      <w:r>
        <w:rPr>
          <w:b/>
          <w:bCs/>
        </w:rPr>
        <w:t xml:space="preserve">The Merchant of Venice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waved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adieu</w:t>
      </w:r>
      <w:r>
        <w:rPr>
          <w:b/>
          <w:bCs/>
        </w:rPr>
        <w:t xml:space="preserve"> </w:t>
      </w:r>
      <w:r>
        <w:rPr>
          <w:b/>
          <w:bCs/>
        </w:rPr>
        <w:t xml:space="preserve">to our friends at the train station.</w:t>
      </w:r>
      <w:r>
        <w:br/>
      </w:r>
      <w:r>
        <w:t xml:space="preserve">    (a) goodbye</w:t>
      </w:r>
      <w:r>
        <w:br/>
      </w:r>
      <w:r>
        <w:t xml:space="preserve">    (b) hello</w:t>
      </w:r>
      <w:r>
        <w:br/>
      </w:r>
      <w:r>
        <w:t xml:space="preserve">    (c) greetings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does little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allay</w:t>
      </w:r>
      <w:r>
        <w:rPr>
          <w:b/>
          <w:bCs/>
        </w:rPr>
        <w:t xml:space="preserve"> </w:t>
      </w:r>
      <w:r>
        <w:rPr>
          <w:b/>
          <w:bCs/>
        </w:rPr>
        <w:t xml:space="preserve">Israeli fears.</w:t>
      </w:r>
      <w:r>
        <w:br/>
      </w:r>
      <w:r>
        <w:t xml:space="preserve">    (a) reduce</w:t>
      </w:r>
      <w:r>
        <w:br/>
      </w:r>
      <w:r>
        <w:t xml:space="preserve">    (b) distract from</w:t>
      </w:r>
      <w:r>
        <w:br/>
      </w:r>
      <w:r>
        <w:t xml:space="preserve">    (c) increase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closed the prayer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beseeching</w:t>
      </w:r>
      <w:r>
        <w:rPr>
          <w:b/>
          <w:bCs/>
        </w:rPr>
        <w:t xml:space="preserve"> </w:t>
      </w:r>
      <w:r>
        <w:rPr>
          <w:b/>
          <w:bCs/>
        </w:rPr>
        <w:t xml:space="preserve">God to grant them wisdom and patience.</w:t>
      </w:r>
      <w:r>
        <w:br/>
      </w:r>
      <w:r>
        <w:t xml:space="preserve">    (a) instructing</w:t>
      </w:r>
      <w:r>
        <w:br/>
      </w:r>
      <w:r>
        <w:t xml:space="preserve">    (b) asking</w:t>
      </w:r>
      <w:r>
        <w:br/>
      </w:r>
      <w:r>
        <w:t xml:space="preserve">    (c) demanding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organization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bestows</w:t>
      </w:r>
      <w:r>
        <w:rPr>
          <w:b/>
          <w:bCs/>
        </w:rPr>
        <w:t xml:space="preserve"> </w:t>
      </w:r>
      <w:r>
        <w:rPr>
          <w:b/>
          <w:bCs/>
        </w:rPr>
        <w:t xml:space="preserve">honors, awards, and sometimes cash prizes to promising writers.</w:t>
      </w:r>
      <w:r>
        <w:br/>
      </w:r>
      <w:r>
        <w:t xml:space="preserve">    (a) gives</w:t>
      </w:r>
      <w:r>
        <w:br/>
      </w:r>
      <w:r>
        <w:t xml:space="preserve">    (b) recommends</w:t>
      </w:r>
      <w:r>
        <w:br/>
      </w:r>
      <w:r>
        <w:t xml:space="preserve">    (c) shows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commend</w:t>
      </w:r>
      <w:r>
        <w:rPr>
          <w:b/>
          <w:bCs/>
        </w:rPr>
        <w:t xml:space="preserve"> </w:t>
      </w:r>
      <w:r>
        <w:rPr>
          <w:b/>
          <w:bCs/>
        </w:rPr>
        <w:t xml:space="preserve">her dedication.</w:t>
      </w:r>
      <w:r>
        <w:br/>
      </w:r>
      <w:r>
        <w:t xml:space="preserve">    (a) envy</w:t>
      </w:r>
      <w:r>
        <w:br/>
      </w:r>
      <w:r>
        <w:t xml:space="preserve">    (b) praise</w:t>
      </w:r>
      <w:r>
        <w:br/>
      </w:r>
      <w:r>
        <w:t xml:space="preserve">    (c) miss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may be our last chance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devise</w:t>
      </w:r>
      <w:r>
        <w:rPr>
          <w:b/>
          <w:bCs/>
        </w:rPr>
        <w:t xml:space="preserve"> </w:t>
      </w:r>
      <w:r>
        <w:rPr>
          <w:b/>
          <w:bCs/>
        </w:rPr>
        <w:t xml:space="preserve">a compromise that will save the peace.</w:t>
      </w:r>
      <w:r>
        <w:br/>
      </w:r>
      <w:r>
        <w:t xml:space="preserve">    (a) create</w:t>
      </w:r>
      <w:r>
        <w:br/>
      </w:r>
      <w:r>
        <w:t xml:space="preserve">    (b) save</w:t>
      </w:r>
      <w:r>
        <w:br/>
      </w:r>
      <w:r>
        <w:t xml:space="preserve">    (c) consider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Hope was replaced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dismay</w:t>
      </w:r>
      <w:r>
        <w:rPr>
          <w:b/>
          <w:bCs/>
        </w:rPr>
        <w:t xml:space="preserve">.</w:t>
      </w:r>
      <w:r>
        <w:br/>
      </w:r>
      <w:r>
        <w:t xml:space="preserve">    (a) faith</w:t>
      </w:r>
      <w:r>
        <w:br/>
      </w:r>
      <w:r>
        <w:t xml:space="preserve">    (b) sorrow</w:t>
      </w:r>
      <w:r>
        <w:br/>
      </w:r>
      <w:r>
        <w:t xml:space="preserve">    (c) satisfaction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students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entreated</w:t>
      </w:r>
      <w:r>
        <w:rPr>
          <w:b/>
          <w:bCs/>
        </w:rPr>
        <w:t xml:space="preserve"> </w:t>
      </w:r>
      <w:r>
        <w:rPr>
          <w:b/>
          <w:bCs/>
        </w:rPr>
        <w:t xml:space="preserve">the Chinese troops not to use force against peaceful demonstrations.</w:t>
      </w:r>
      <w:r>
        <w:br/>
      </w:r>
      <w:r>
        <w:t xml:space="preserve">    (a) bribed (with gifts)</w:t>
      </w:r>
      <w:r>
        <w:br/>
      </w:r>
      <w:r>
        <w:t xml:space="preserve">    (b) threatened</w:t>
      </w:r>
      <w:r>
        <w:br/>
      </w:r>
      <w:r>
        <w:t xml:space="preserve">    (c) asked earnestly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team was half an hour late and had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forfeit</w:t>
      </w:r>
      <w:r>
        <w:rPr>
          <w:b/>
          <w:bCs/>
        </w:rPr>
        <w:t xml:space="preserve"> </w:t>
      </w:r>
      <w:r>
        <w:rPr>
          <w:b/>
          <w:bCs/>
        </w:rPr>
        <w:t xml:space="preserve">the game.</w:t>
      </w:r>
      <w:r>
        <w:br/>
      </w:r>
      <w:r>
        <w:t xml:space="preserve">    (a) re-schedule</w:t>
      </w:r>
      <w:r>
        <w:br/>
      </w:r>
      <w:r>
        <w:t xml:space="preserve">    (b) give up as lost</w:t>
      </w:r>
      <w:r>
        <w:br/>
      </w:r>
      <w:r>
        <w:t xml:space="preserve">    (c) rush through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Words can be like baseball bats when used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maliciously</w:t>
      </w:r>
      <w:r>
        <w:rPr>
          <w:b/>
          <w:bCs/>
        </w:rPr>
        <w:t xml:space="preserve"> </w:t>
      </w:r>
      <w:r>
        <w:rPr>
          <w:b/>
          <w:bCs/>
        </w:rPr>
        <w:t xml:space="preserve">against someone who is sensitive.</w:t>
      </w:r>
      <w:r>
        <w:br/>
      </w:r>
      <w:r>
        <w:t xml:space="preserve">    (a) evilly</w:t>
      </w:r>
      <w:r>
        <w:br/>
      </w:r>
      <w:r>
        <w:t xml:space="preserve">    (b) mockingly</w:t>
      </w:r>
      <w:r>
        <w:br/>
      </w:r>
      <w:r>
        <w:t xml:space="preserve">    (c) carelessly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budget was approved,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notwithstanding</w:t>
      </w:r>
      <w:r>
        <w:rPr>
          <w:b/>
          <w:bCs/>
        </w:rPr>
        <w:t xml:space="preserve"> </w:t>
      </w:r>
      <w:r>
        <w:rPr>
          <w:b/>
          <w:bCs/>
        </w:rPr>
        <w:t xml:space="preserve">the loud protests from the opposition.</w:t>
      </w:r>
      <w:r>
        <w:br/>
      </w:r>
      <w:r>
        <w:t xml:space="preserve">    (a) in addition to</w:t>
      </w:r>
      <w:r>
        <w:br/>
      </w:r>
      <w:r>
        <w:t xml:space="preserve">    (b) as a result of</w:t>
      </w:r>
      <w:r>
        <w:br/>
      </w:r>
      <w:r>
        <w:t xml:space="preserve">    (c) in spite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view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obscured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smoke.</w:t>
      </w:r>
      <w:r>
        <w:br/>
      </w:r>
      <w:r>
        <w:t xml:space="preserve">    (a) enhanced</w:t>
      </w:r>
      <w:r>
        <w:br/>
      </w:r>
      <w:r>
        <w:t xml:space="preserve">    (b) blocked</w:t>
      </w:r>
      <w:r>
        <w:br/>
      </w:r>
      <w:r>
        <w:t xml:space="preserve">    (c) made frightening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jungle became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obscure</w:t>
      </w:r>
      <w:r>
        <w:rPr>
          <w:b/>
          <w:bCs/>
        </w:rPr>
        <w:t xml:space="preserve"> </w:t>
      </w:r>
      <w:r>
        <w:rPr>
          <w:b/>
          <w:bCs/>
        </w:rPr>
        <w:t xml:space="preserve">as the sun set.</w:t>
      </w:r>
      <w:r>
        <w:br/>
      </w:r>
      <w:r>
        <w:t xml:space="preserve">    (a) scary</w:t>
      </w:r>
      <w:r>
        <w:br/>
      </w:r>
      <w:r>
        <w:t xml:space="preserve">    (b) cold</w:t>
      </w:r>
      <w:r>
        <w:br/>
      </w:r>
      <w:r>
        <w:t xml:space="preserve">    (c) dark or dingy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journalist's investigation put her in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peril</w:t>
      </w:r>
      <w:r>
        <w:rPr>
          <w:b/>
          <w:bCs/>
        </w:rPr>
        <w:t xml:space="preserve">.</w:t>
      </w:r>
      <w:r>
        <w:br/>
      </w:r>
      <w:r>
        <w:t xml:space="preserve">    (a) danger</w:t>
      </w:r>
      <w:r>
        <w:br/>
      </w:r>
      <w:r>
        <w:t xml:space="preserve">    (b) fame</w:t>
      </w:r>
      <w:r>
        <w:br/>
      </w:r>
      <w:r>
        <w:t xml:space="preserve">    (c) weariness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received an invoice for $100 for services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rendered</w:t>
      </w:r>
      <w:r>
        <w:rPr>
          <w:b/>
          <w:bCs/>
        </w:rPr>
        <w:t xml:space="preserve">.</w:t>
      </w:r>
      <w:r>
        <w:br/>
      </w:r>
      <w:r>
        <w:t xml:space="preserve">    (a) described in writing</w:t>
      </w:r>
      <w:r>
        <w:br/>
      </w:r>
      <w:r>
        <w:t xml:space="preserve">    (b) provided or supplied</w:t>
      </w:r>
      <w:r>
        <w:br/>
      </w:r>
      <w:r>
        <w:t xml:space="preserve">    (c) to be performed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said the U.S. should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repent</w:t>
      </w:r>
      <w:r>
        <w:rPr>
          <w:b/>
          <w:bCs/>
        </w:rPr>
        <w:t xml:space="preserve"> </w:t>
      </w:r>
      <w:r>
        <w:rPr>
          <w:b/>
          <w:bCs/>
        </w:rPr>
        <w:t xml:space="preserve">for the sins of fossil fuels.</w:t>
      </w:r>
      <w:r>
        <w:br/>
      </w:r>
      <w:r>
        <w:t xml:space="preserve">    (a) suffer</w:t>
      </w:r>
      <w:r>
        <w:br/>
      </w:r>
      <w:r>
        <w:t xml:space="preserve">    (b) apologize</w:t>
      </w:r>
      <w:r>
        <w:br/>
      </w:r>
      <w:r>
        <w:t xml:space="preserve">    (c) reimburse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reveres</w:t>
      </w:r>
      <w:r>
        <w:rPr>
          <w:b/>
          <w:bCs/>
        </w:rPr>
        <w:t xml:space="preserve"> </w:t>
      </w:r>
      <w:r>
        <w:rPr>
          <w:b/>
          <w:bCs/>
        </w:rPr>
        <w:t xml:space="preserve">nature and all that is natural.</w:t>
      </w:r>
      <w:r>
        <w:br/>
      </w:r>
      <w:r>
        <w:t xml:space="preserve">    (a) dislikes and avoids</w:t>
      </w:r>
      <w:r>
        <w:br/>
      </w:r>
      <w:r>
        <w:t xml:space="preserve">    (b) deeply respects</w:t>
      </w:r>
      <w:r>
        <w:br/>
      </w:r>
      <w:r>
        <w:t xml:space="preserve">    (c) thoroughly enjoys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Work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scarce</w:t>
      </w:r>
      <w:r>
        <w:rPr>
          <w:b/>
          <w:bCs/>
        </w:rPr>
        <w:t xml:space="preserve"> </w:t>
      </w:r>
      <w:r>
        <w:rPr>
          <w:b/>
          <w:bCs/>
        </w:rPr>
        <w:t xml:space="preserve">in the region.</w:t>
      </w:r>
      <w:r>
        <w:br/>
      </w:r>
      <w:r>
        <w:t xml:space="preserve">    (a) in short supply</w:t>
      </w:r>
      <w:r>
        <w:br/>
      </w:r>
      <w:r>
        <w:t xml:space="preserve">    (b) extremely hard</w:t>
      </w:r>
      <w:r>
        <w:br/>
      </w:r>
      <w:r>
        <w:t xml:space="preserve">    (c) easily found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scorns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who don't have natural ability.</w:t>
      </w:r>
      <w:r>
        <w:br/>
      </w:r>
      <w:r>
        <w:t xml:space="preserve">    (a) trains</w:t>
      </w:r>
      <w:r>
        <w:br/>
      </w:r>
      <w:r>
        <w:t xml:space="preserve">    (b) disrespects</w:t>
      </w:r>
      <w:r>
        <w:br/>
      </w:r>
      <w:r>
        <w:t xml:space="preserve">    (c) encourages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spurned</w:t>
      </w:r>
      <w:r>
        <w:rPr>
          <w:b/>
          <w:bCs/>
        </w:rPr>
        <w:t xml:space="preserve"> </w:t>
      </w:r>
      <w:r>
        <w:rPr>
          <w:b/>
          <w:bCs/>
        </w:rPr>
        <w:t xml:space="preserve">both major parties in the last election.</w:t>
      </w:r>
      <w:r>
        <w:br/>
      </w:r>
      <w:r>
        <w:t xml:space="preserve">    (a) joined</w:t>
      </w:r>
      <w:r>
        <w:br/>
      </w:r>
      <w:r>
        <w:t xml:space="preserve">    (b) rejected</w:t>
      </w:r>
      <w:r>
        <w:br/>
      </w:r>
      <w:r>
        <w:t xml:space="preserve">    (c) founded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2026-07-31T14:30:55Z</dcterms:created>
  <dcterms:modified xsi:type="dcterms:W3CDTF">2026-07-31T14:30:55Z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