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6467277b910c06f72e862ec3e1abfc16e335aa"/>
    <w:p>
      <w:pPr>
        <w:pStyle w:val="Heading1"/>
      </w:pPr>
      <w:r>
        <w:rPr>
          <w:b/>
          <w:bCs/>
        </w:rPr>
        <w:t xml:space="preserve">The Merchant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where those in disagreement are separated</w:t>
      </w:r>
      <w:r>
        <w:br/>
      </w:r>
      <w:r>
        <w:t xml:space="preserve">    (b) a state of friendly relations</w:t>
      </w:r>
      <w:r>
        <w:br/>
      </w:r>
      <w:r>
        <w:t xml:space="preserve">    (c) a state where everyone profits financially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light-hearted</w:t>
      </w:r>
      <w:r>
        <w:br/>
      </w:r>
      <w:r>
        <w:t xml:space="preserve">    (b) romantic or sexual</w:t>
      </w:r>
      <w:r>
        <w:br/>
      </w:r>
      <w:r>
        <w:t xml:space="preserve">    (c) logical or analytical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with a natural defense</w:t>
      </w:r>
      <w:r>
        <w:br/>
      </w:r>
      <w:r>
        <w:t xml:space="preserve">    (b) proud</w:t>
      </w:r>
      <w:r>
        <w:br/>
      </w:r>
      <w:r>
        <w:t xml:space="preserve">    (c) lacking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color</w:t>
      </w:r>
      <w:r>
        <w:br/>
      </w:r>
      <w:r>
        <w:t xml:space="preserve">    (b) building</w:t>
      </w:r>
      <w:r>
        <w:br/>
      </w:r>
      <w:r>
        <w:t xml:space="preserve">    (c) neighborhood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legal warning</w:t>
      </w:r>
      <w:r>
        <w:br/>
      </w:r>
      <w:r>
        <w:t xml:space="preserve">    (b) tombstone words</w:t>
      </w:r>
      <w:r>
        <w:br/>
      </w:r>
      <w:r>
        <w:t xml:space="preserve">    (c) wedding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take advantage of</w:t>
      </w:r>
      <w:r>
        <w:br/>
      </w:r>
      <w:r>
        <w:t xml:space="preserve">    (b) make public</w:t>
      </w:r>
      <w:r>
        <w:br/>
      </w:r>
      <w:r>
        <w:t xml:space="preserve">    (c) stop (taking)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followed</w:t>
      </w:r>
      <w:r>
        <w:br/>
      </w:r>
      <w:r>
        <w:t xml:space="preserve">    (b) filled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winning the award, 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fulsome</w:t>
      </w:r>
      <w:r>
        <w:rPr>
          <w:b/>
          <w:bCs/>
        </w:rPr>
        <w:t xml:space="preserve"> </w:t>
      </w:r>
      <w:r>
        <w:rPr>
          <w:b/>
          <w:bCs/>
        </w:rPr>
        <w:t xml:space="preserve">speech thanking every teacher she’d ever had—some of it felt more like flattery than sincerity.</w:t>
      </w:r>
      <w:r>
        <w:br/>
      </w:r>
      <w:r>
        <w:t xml:space="preserve">    (a) the quality of being clear, easily noticed, and/or identifiable as different or separate</w:t>
      </w:r>
      <w:r>
        <w:br/>
      </w:r>
      <w:r>
        <w:t xml:space="preserve">    (b) the quality of not being clear, easily noticed, or identifiable as different or separate</w:t>
      </w:r>
      <w:r>
        <w:br/>
      </w:r>
      <w:r>
        <w:t xml:space="preserve">    (c) with excessive or insincere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garnished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soup with parsley before serving it to her guests.</w:t>
      </w:r>
      <w:r>
        <w:br/>
      </w:r>
      <w:r>
        <w:t xml:space="preserve">    (a) thickened</w:t>
      </w:r>
      <w:r>
        <w:br/>
      </w:r>
      <w:r>
        <w:t xml:space="preserve">    (b) reheated</w:t>
      </w:r>
      <w:r>
        <w:br/>
      </w:r>
      <w:r>
        <w:t xml:space="preserve">    (c)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ambition</w:t>
      </w:r>
      <w:r>
        <w:br/>
      </w:r>
      <w:r>
        <w:t xml:space="preserve">    (b) necessity</w:t>
      </w:r>
      <w:r>
        <w:br/>
      </w:r>
      <w:r>
        <w:t xml:space="preserve">    (c) cunning and deceit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 quick to generalize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impute</w:t>
      </w:r>
      <w:r>
        <w:rPr>
          <w:b/>
          <w:bCs/>
        </w:rPr>
        <w:t xml:space="preserve"> </w:t>
      </w:r>
      <w:r>
        <w:rPr>
          <w:b/>
          <w:bCs/>
        </w:rPr>
        <w:t xml:space="preserve">personality traits based upon stereotypes.</w:t>
      </w:r>
      <w:r>
        <w:br/>
      </w:r>
      <w:r>
        <w:t xml:space="preserve">    (a) attribute</w:t>
      </w:r>
      <w:r>
        <w:br/>
      </w:r>
      <w:r>
        <w:t xml:space="preserve">    (b) a quick look or partial understanding</w:t>
      </w:r>
      <w:r>
        <w:br/>
      </w:r>
      <w:r>
        <w:t xml:space="preserve">    (c) learn, discover, or decide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defeat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infidels</w:t>
      </w:r>
      <w:r>
        <w:rPr>
          <w:b/>
          <w:bCs/>
        </w:rPr>
        <w:t xml:space="preserve"> </w:t>
      </w:r>
      <w:r>
        <w:rPr>
          <w:b/>
          <w:bCs/>
        </w:rPr>
        <w:t xml:space="preserve">in a holy war.</w:t>
      </w:r>
      <w:r>
        <w:br/>
      </w:r>
      <w:r>
        <w:t xml:space="preserve">    (a) cowards</w:t>
      </w:r>
      <w:r>
        <w:br/>
      </w:r>
      <w:r>
        <w:t xml:space="preserve">    (b) unbelievers</w:t>
      </w:r>
      <w:r>
        <w:br/>
      </w:r>
      <w:r>
        <w:t xml:space="preserve">    (c) aggressors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company's bankruptcy filing sounded the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knell</w:t>
      </w:r>
      <w:r>
        <w:rPr>
          <w:b/>
          <w:bCs/>
        </w:rPr>
        <w:t xml:space="preserve"> </w:t>
      </w:r>
      <w:r>
        <w:rPr>
          <w:b/>
          <w:bCs/>
        </w:rPr>
        <w:t xml:space="preserve">for hundreds of employees who had hoped for a turnaround.</w:t>
      </w:r>
      <w:r>
        <w:br/>
      </w:r>
      <w:r>
        <w:t xml:space="preserve">    (a) sign of the start</w:t>
      </w:r>
      <w:r>
        <w:br/>
      </w:r>
      <w:r>
        <w:t xml:space="preserve">    (b) sign of the end</w:t>
      </w:r>
      <w:r>
        <w:br/>
      </w:r>
      <w:r>
        <w:t xml:space="preserve">    (c) sign of the renewal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demanding</w:t>
      </w:r>
      <w:r>
        <w:br/>
      </w:r>
      <w:r>
        <w:t xml:space="preserve">    (b) easily annoyed</w:t>
      </w:r>
      <w:r>
        <w:br/>
      </w:r>
      <w:r>
        <w:t xml:space="preserve">    (c) very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see none of the pessimism that typically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presages</w:t>
      </w:r>
      <w:r>
        <w:rPr>
          <w:b/>
          <w:bCs/>
        </w:rPr>
        <w:t xml:space="preserve"> </w:t>
      </w:r>
      <w:r>
        <w:rPr>
          <w:b/>
          <w:bCs/>
        </w:rPr>
        <w:t xml:space="preserve">a recession.</w:t>
      </w:r>
      <w:r>
        <w:br/>
      </w:r>
      <w:r>
        <w:t xml:space="preserve">    (a) has no effect on</w:t>
      </w:r>
      <w:r>
        <w:br/>
      </w:r>
      <w:r>
        <w:t xml:space="preserve">    (b) follows after</w:t>
      </w:r>
      <w:r>
        <w:br/>
      </w:r>
      <w:r>
        <w:t xml:space="preserve">    (c) serves as a sign of 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require a union vote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</w:t>
      </w:r>
      <w:r>
        <w:rPr>
          <w:b/>
          <w:bCs/>
        </w:rPr>
        <w:t xml:space="preserve"> </w:t>
      </w:r>
      <w:r>
        <w:rPr>
          <w:b/>
          <w:bCs/>
        </w:rPr>
        <w:t xml:space="preserve">the labor contract.</w:t>
      </w:r>
      <w:r>
        <w:br/>
      </w:r>
      <w:r>
        <w:t xml:space="preserve">    (a) approve</w:t>
      </w:r>
      <w:r>
        <w:br/>
      </w:r>
      <w:r>
        <w:t xml:space="preserve">    (b) criticize</w:t>
      </w:r>
      <w:r>
        <w:br/>
      </w:r>
      <w:r>
        <w:t xml:space="preserve">    (c) restrict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 </w:t>
      </w:r>
      <w:r>
        <w:rPr>
          <w:b/>
          <w:bCs/>
        </w:rPr>
        <w:t xml:space="preserve">of beer, but not enough food.</w:t>
      </w:r>
      <w:r>
        <w:br/>
      </w:r>
      <w:r>
        <w:t xml:space="preserve">    (a) variety</w:t>
      </w:r>
      <w:r>
        <w:br/>
      </w:r>
      <w:r>
        <w:t xml:space="preserve">    (b) excessive amount</w:t>
      </w:r>
      <w:r>
        <w:br/>
      </w:r>
      <w:r>
        <w:t xml:space="preserve">    (c) shortage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understood</w:t>
      </w:r>
      <w:r>
        <w:br/>
      </w:r>
      <w:r>
        <w:t xml:space="preserve">    (b) took</w:t>
      </w:r>
      <w:r>
        <w:br/>
      </w:r>
      <w:r>
        <w:t xml:space="preserve">    (c) gave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2026-07-31T14:30:56Z</dcterms:created>
  <dcterms:modified xsi:type="dcterms:W3CDTF">2026-07-31T14:30:56Z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