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176d098fc1c43847cddd63bfa0107ded024ab7"/>
    <w:p>
      <w:pPr>
        <w:pStyle w:val="Heading1"/>
      </w:pPr>
      <w:r>
        <w:rPr>
          <w:b/>
          <w:bCs/>
        </w:rPr>
        <w:t xml:space="preserve">The Merchant of Venice</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Should I go to church And see the holy</w:t>
      </w:r>
      <w:r>
        <w:rPr>
          <w:b/>
          <w:bCs/>
        </w:rPr>
        <w:t xml:space="preserve"> </w:t>
      </w:r>
      <w:r>
        <w:rPr>
          <w:b/>
          <w:bCs/>
          <w:u w:val="single"/>
        </w:rPr>
        <w:t xml:space="preserve">edifice</w:t>
      </w:r>
      <w:r>
        <w:rPr>
          <w:b/>
          <w:bCs/>
        </w:rPr>
        <w:t xml:space="preserve"> </w:t>
      </w:r>
      <w:r>
        <w:rPr>
          <w:b/>
          <w:bCs/>
        </w:rPr>
        <w:t xml:space="preserve">of stone, And not bethink me straight of dangerous rocks, Which, touching but my gentle vessel's side, Would scatter all her spices on the stream, Enrobe the roaring waters with my silks, And, in a word, but even now worth this, And now worth nothing?</w:t>
      </w:r>
      <w:r>
        <w:br/>
      </w:r>
      <w:r>
        <w:t xml:space="preserve">    (a) a colonnade (series of regularly spaced columns) surrounding a building or enclosing a courtyard</w:t>
      </w:r>
      <w:r>
        <w:br/>
      </w:r>
      <w:r>
        <w:t xml:space="preserve">    (b) something that encourages something else to happen; or the process of something being encouraged</w:t>
      </w:r>
      <w:r>
        <w:br/>
      </w:r>
      <w:r>
        <w:t xml:space="preserve">    (c) a building or structure -- especially a large one</w:t>
      </w:r>
      <w:r>
        <w:br/>
      </w:r>
      <w:r>
        <w:br/>
      </w:r>
      <w:r>
        <w:t xml:space="preserve">or:</w:t>
      </w:r>
      <w:r>
        <w:br/>
      </w:r>
      <w:r>
        <w:br/>
      </w:r>
      <w:r>
        <w:t xml:space="preserve">a conceptual or organizational framework</w:t>
      </w:r>
    </w:p>
    <w:p>
      <w:pPr>
        <w:pStyle w:val="Compact"/>
        <w:numPr>
          <w:ilvl w:val="0"/>
          <w:numId w:val="1001"/>
        </w:numPr>
      </w:pPr>
      <w:r>
        <w:rPr>
          <w:b/>
          <w:bCs/>
        </w:rPr>
        <w:t xml:space="preserve">Why should a man whose blood is warm within Sit like his grandsire cut in alabaster, Sleep when he wakes, and creep into the jaundice By being</w:t>
      </w:r>
      <w:r>
        <w:rPr>
          <w:b/>
          <w:bCs/>
        </w:rPr>
        <w:t xml:space="preserve"> </w:t>
      </w:r>
      <w:r>
        <w:rPr>
          <w:b/>
          <w:bCs/>
          <w:u w:val="single"/>
        </w:rPr>
        <w:t xml:space="preserve">peevish</w:t>
      </w:r>
      <w:r>
        <w:rPr>
          <w:b/>
          <w:bCs/>
        </w:rPr>
        <w:t xml:space="preserve">?</w:t>
      </w:r>
      <w:r>
        <w:br/>
      </w:r>
      <w:r>
        <w:t xml:space="preserve">    (a) annoyed or easily annoyed -- especially by unimportant things</w:t>
      </w:r>
      <w:r>
        <w:br/>
      </w:r>
      <w:r>
        <w:t xml:space="preserve">    (b) trustworthy with secrets or subtle (not attracting attention)</w:t>
      </w:r>
      <w:r>
        <w:br/>
      </w:r>
      <w:r>
        <w:t xml:space="preserve">    (c) related to the setting or situation in which something occurs</w:t>
      </w:r>
    </w:p>
    <w:p>
      <w:pPr>
        <w:pStyle w:val="Compact"/>
        <w:numPr>
          <w:ilvl w:val="0"/>
          <w:numId w:val="1001"/>
        </w:numPr>
      </w:pPr>
      <w:r>
        <w:rPr>
          <w:b/>
          <w:bCs/>
        </w:rPr>
        <w:t xml:space="preserve">had I but the means To hold a rival place with one of them, I have a mind</w:t>
      </w:r>
      <w:r>
        <w:rPr>
          <w:b/>
          <w:bCs/>
        </w:rPr>
        <w:t xml:space="preserve"> </w:t>
      </w:r>
      <w:r>
        <w:rPr>
          <w:b/>
          <w:bCs/>
          <w:u w:val="single"/>
        </w:rPr>
        <w:t xml:space="preserve">presages</w:t>
      </w:r>
      <w:r>
        <w:rPr>
          <w:b/>
          <w:bCs/>
        </w:rPr>
        <w:t xml:space="preserve"> </w:t>
      </w:r>
      <w:r>
        <w:rPr>
          <w:b/>
          <w:bCs/>
        </w:rPr>
        <w:t xml:space="preserve">me such thrift That I should questionless be fortunate.</w:t>
      </w:r>
      <w:r>
        <w:br/>
      </w:r>
      <w:r>
        <w:t xml:space="preserve">    (a) writes or exchanges written letters or emails</w:t>
      </w:r>
      <w:r>
        <w:br/>
      </w:r>
      <w:r>
        <w:t xml:space="preserve">    (b) serves as a sign of something about to happen</w:t>
      </w:r>
      <w:r>
        <w:br/>
      </w:r>
      <w:r>
        <w:t xml:space="preserve">    (c) cancels or annuls a formal ruling or contract</w:t>
      </w:r>
    </w:p>
    <w:p>
      <w:pPr>
        <w:pStyle w:val="Compact"/>
        <w:numPr>
          <w:ilvl w:val="0"/>
          <w:numId w:val="1001"/>
        </w:numPr>
      </w:pPr>
      <w:r>
        <w:rPr>
          <w:b/>
          <w:bCs/>
        </w:rPr>
        <w:t xml:space="preserve">You would be, sweet madam, if your miseries were in the same abundance as your good fortunes are; and yet, for aught I see, they are as sick that</w:t>
      </w:r>
      <w:r>
        <w:rPr>
          <w:b/>
          <w:bCs/>
        </w:rPr>
        <w:t xml:space="preserve"> </w:t>
      </w:r>
      <w:r>
        <w:rPr>
          <w:b/>
          <w:bCs/>
          <w:u w:val="single"/>
        </w:rPr>
        <w:t xml:space="preserve">surfeit</w:t>
      </w:r>
      <w:r>
        <w:rPr>
          <w:b/>
          <w:bCs/>
        </w:rPr>
        <w:t xml:space="preserve"> </w:t>
      </w:r>
      <w:r>
        <w:rPr>
          <w:b/>
          <w:bCs/>
        </w:rPr>
        <w:t xml:space="preserve">with too much as they that starve with nothing.</w:t>
      </w:r>
      <w:r>
        <w:br/>
      </w:r>
      <w:r>
        <w:t xml:space="preserve">    (a) examine in detail to better understand</w:t>
      </w:r>
      <w:r>
        <w:br/>
      </w:r>
      <w:r>
        <w:t xml:space="preserve">    (b) appropriate in size, amount, or degree</w:t>
      </w:r>
      <w:r>
        <w:br/>
      </w:r>
      <w:r>
        <w:t xml:space="preserve">    (c) an excessive amount; or to overindulge</w:t>
      </w:r>
    </w:p>
    <w:p>
      <w:pPr>
        <w:pStyle w:val="Compact"/>
        <w:numPr>
          <w:ilvl w:val="0"/>
          <w:numId w:val="1001"/>
        </w:numPr>
      </w:pPr>
      <w:r>
        <w:rPr>
          <w:b/>
          <w:bCs/>
        </w:rPr>
        <w:t xml:space="preserve">Have you heard any</w:t>
      </w:r>
      <w:r>
        <w:rPr>
          <w:b/>
          <w:bCs/>
        </w:rPr>
        <w:t xml:space="preserve"> </w:t>
      </w:r>
      <w:r>
        <w:rPr>
          <w:b/>
          <w:bCs/>
          <w:u w:val="single"/>
        </w:rPr>
        <w:t xml:space="preserve">imputation</w:t>
      </w:r>
      <w:r>
        <w:rPr>
          <w:b/>
          <w:bCs/>
        </w:rPr>
        <w:t xml:space="preserve"> </w:t>
      </w:r>
      <w:r>
        <w:rPr>
          <w:b/>
          <w:bCs/>
        </w:rPr>
        <w:t xml:space="preserve">to the contrary?</w:t>
      </w:r>
      <w:r>
        <w:br/>
      </w:r>
      <w:r>
        <w:t xml:space="preserve">    (a) an optical device that produces an intense narrow beam of light</w:t>
      </w:r>
      <w:r>
        <w:br/>
      </w:r>
      <w:r>
        <w:t xml:space="preserve">    (b) a period of time or a stage during the development of something</w:t>
      </w:r>
      <w:r>
        <w:br/>
      </w:r>
      <w:r>
        <w:t xml:space="preserve">    (c) attribution or belief</w:t>
      </w:r>
    </w:p>
    <w:p>
      <w:pPr>
        <w:pStyle w:val="Compact"/>
        <w:numPr>
          <w:ilvl w:val="0"/>
          <w:numId w:val="1001"/>
        </w:numPr>
      </w:pPr>
      <w:r>
        <w:rPr>
          <w:b/>
          <w:bCs/>
        </w:rPr>
        <w:t xml:space="preserve">He stuck them up before the</w:t>
      </w:r>
      <w:r>
        <w:rPr>
          <w:b/>
          <w:bCs/>
        </w:rPr>
        <w:t xml:space="preserve"> </w:t>
      </w:r>
      <w:r>
        <w:rPr>
          <w:b/>
          <w:bCs/>
          <w:u w:val="single"/>
        </w:rPr>
        <w:t xml:space="preserve">fulsome</w:t>
      </w:r>
      <w:r>
        <w:rPr>
          <w:b/>
          <w:bCs/>
        </w:rPr>
        <w:t xml:space="preserve"> </w:t>
      </w:r>
      <w:r>
        <w:rPr>
          <w:b/>
          <w:bCs/>
        </w:rPr>
        <w:t xml:space="preserve">ewes,</w:t>
      </w:r>
      <w:r>
        <w:br/>
      </w:r>
      <w:r>
        <w:t xml:space="preserve">    (a) abundant</w:t>
      </w:r>
      <w:r>
        <w:br/>
      </w:r>
      <w:r>
        <w:t xml:space="preserve">    (b) the quality of being clear, easily noticed, and/or identifiable as different or separate</w:t>
      </w:r>
      <w:r>
        <w:br/>
      </w:r>
      <w:r>
        <w:t xml:space="preserve">    (c) the quality of not being clear, easily noticed, or identifiable as different or separate</w:t>
      </w:r>
    </w:p>
    <w:p>
      <w:pPr>
        <w:pStyle w:val="Compact"/>
        <w:numPr>
          <w:ilvl w:val="0"/>
          <w:numId w:val="1001"/>
        </w:numPr>
      </w:pPr>
      <w:r>
        <w:rPr>
          <w:b/>
          <w:bCs/>
        </w:rPr>
        <w:t xml:space="preserve">So are you, sweet, Even in the lovely</w:t>
      </w:r>
      <w:r>
        <w:rPr>
          <w:b/>
          <w:bCs/>
        </w:rPr>
        <w:t xml:space="preserve"> </w:t>
      </w:r>
      <w:r>
        <w:rPr>
          <w:b/>
          <w:bCs/>
          <w:u w:val="single"/>
        </w:rPr>
        <w:t xml:space="preserve">garnish</w:t>
      </w:r>
      <w:r>
        <w:rPr>
          <w:b/>
          <w:bCs/>
        </w:rPr>
        <w:t xml:space="preserve"> </w:t>
      </w:r>
      <w:r>
        <w:rPr>
          <w:b/>
          <w:bCs/>
        </w:rPr>
        <w:t xml:space="preserve">of a boy.</w:t>
      </w:r>
      <w:r>
        <w:br/>
      </w:r>
      <w:r>
        <w:t xml:space="preserve">    (a) accept something undesired as unavoidable or the lesser of evils</w:t>
      </w:r>
      <w:r>
        <w:br/>
      </w:r>
      <w:r>
        <w:t xml:space="preserve">    (b) to decorate or adorn something; or the item added for decoration</w:t>
      </w:r>
      <w:r>
        <w:br/>
      </w:r>
      <w:r>
        <w:t xml:space="preserve">    (c) feel angry or unhappy about having to accept something not liked</w:t>
      </w:r>
    </w:p>
    <w:p>
      <w:pPr>
        <w:pStyle w:val="Compact"/>
        <w:numPr>
          <w:ilvl w:val="0"/>
          <w:numId w:val="1001"/>
        </w:numPr>
      </w:pPr>
      <w:r>
        <w:rPr>
          <w:b/>
          <w:bCs/>
        </w:rPr>
        <w:t xml:space="preserve">He came too late, the ship was under sail; But there the duke was given to understand That in a gondola were seen together Lorenzo and his</w:t>
      </w:r>
      <w:r>
        <w:rPr>
          <w:b/>
          <w:bCs/>
        </w:rPr>
        <w:t xml:space="preserve"> </w:t>
      </w:r>
      <w:r>
        <w:rPr>
          <w:b/>
          <w:bCs/>
          <w:u w:val="single"/>
        </w:rPr>
        <w:t xml:space="preserve">amorous</w:t>
      </w:r>
      <w:r>
        <w:rPr>
          <w:b/>
          <w:bCs/>
        </w:rPr>
        <w:t xml:space="preserve"> </w:t>
      </w:r>
      <w:r>
        <w:rPr>
          <w:b/>
          <w:bCs/>
        </w:rPr>
        <w:t xml:space="preserve">Jessica.</w:t>
      </w:r>
      <w:r>
        <w:br/>
      </w:r>
      <w:r>
        <w:t xml:space="preserve">    (a) comprehensive</w:t>
      </w:r>
      <w:r>
        <w:br/>
      </w:r>
      <w:r>
        <w:t xml:space="preserve">    (b) romantic or sexual</w:t>
      </w:r>
      <w:r>
        <w:br/>
      </w:r>
      <w:r>
        <w:t xml:space="preserve">    (c) logical or analytical</w:t>
      </w:r>
    </w:p>
    <w:p>
      <w:pPr>
        <w:pStyle w:val="Compact"/>
        <w:numPr>
          <w:ilvl w:val="0"/>
          <w:numId w:val="1001"/>
        </w:numPr>
      </w:pPr>
      <w:r>
        <w:rPr>
          <w:b/>
          <w:bCs/>
        </w:rPr>
        <w:t xml:space="preserve">I reason'd with a Frenchman yesterday, Who told me,—in the narrow seas that part The French and English,—there miscarried A vessel of our country richly</w:t>
      </w:r>
      <w:r>
        <w:rPr>
          <w:b/>
          <w:bCs/>
        </w:rPr>
        <w:t xml:space="preserve"> </w:t>
      </w:r>
      <w:r>
        <w:rPr>
          <w:b/>
          <w:bCs/>
          <w:u w:val="single"/>
        </w:rPr>
        <w:t xml:space="preserve">fraught</w:t>
      </w:r>
      <w:r>
        <w:rPr>
          <w:b/>
          <w:bCs/>
        </w:rPr>
        <w:t xml:space="preserve">.</w:t>
      </w:r>
      <w:r>
        <w:br/>
      </w:r>
      <w:r>
        <w:t xml:space="preserve">    (a) the state of not being aware or concerned about something</w:t>
      </w:r>
      <w:r>
        <w:br/>
      </w:r>
      <w:r>
        <w:t xml:space="preserve">    (b) full of negative things; or marked by or causing distress</w:t>
      </w:r>
      <w:r>
        <w:br/>
      </w:r>
      <w:r>
        <w:t xml:space="preserve">    (c) a state similar to sleep where one is unaware of anything</w:t>
      </w:r>
    </w:p>
    <w:p>
      <w:pPr>
        <w:pStyle w:val="Compact"/>
        <w:numPr>
          <w:ilvl w:val="0"/>
          <w:numId w:val="1001"/>
        </w:numPr>
      </w:pPr>
      <w:r>
        <w:rPr>
          <w:b/>
          <w:bCs/>
        </w:rPr>
        <w:t xml:space="preserve">I pray you tarry; pause a day or two Before you hazard; for, in choosing wrong, I lose your company; therefore</w:t>
      </w:r>
      <w:r>
        <w:rPr>
          <w:b/>
          <w:bCs/>
        </w:rPr>
        <w:t xml:space="preserve"> </w:t>
      </w:r>
      <w:r>
        <w:rPr>
          <w:b/>
          <w:bCs/>
          <w:u w:val="single"/>
        </w:rPr>
        <w:t xml:space="preserve">forbear</w:t>
      </w:r>
      <w:r>
        <w:rPr>
          <w:b/>
          <w:bCs/>
        </w:rPr>
        <w:t xml:space="preserve"> </w:t>
      </w:r>
      <w:r>
        <w:rPr>
          <w:b/>
          <w:bCs/>
        </w:rPr>
        <w:t xml:space="preserve">a while.</w:t>
      </w:r>
      <w:r>
        <w:br/>
      </w:r>
      <w:r>
        <w:t xml:space="preserve">    (a) be careful</w:t>
      </w:r>
      <w:r>
        <w:br/>
      </w:r>
      <w:r>
        <w:t xml:space="preserve">    (b) refrain (hold back) from acting</w:t>
      </w:r>
      <w:r>
        <w:br/>
      </w:r>
      <w:r>
        <w:t xml:space="preserve">    (c) pretend (make something that is not true appear true)</w:t>
      </w:r>
    </w:p>
    <w:p>
      <w:pPr>
        <w:pStyle w:val="Compact"/>
        <w:numPr>
          <w:ilvl w:val="0"/>
          <w:numId w:val="1001"/>
        </w:numPr>
      </w:pPr>
      <w:r>
        <w:rPr>
          <w:b/>
          <w:bCs/>
        </w:rPr>
        <w:t xml:space="preserve">I could teach you How to choose right, but then I am</w:t>
      </w:r>
      <w:r>
        <w:rPr>
          <w:b/>
          <w:bCs/>
        </w:rPr>
        <w:t xml:space="preserve"> </w:t>
      </w:r>
      <w:r>
        <w:rPr>
          <w:b/>
          <w:bCs/>
          <w:u w:val="single"/>
        </w:rPr>
        <w:t xml:space="preserve">forsworn</w:t>
      </w:r>
      <w:r>
        <w:rPr>
          <w:b/>
          <w:bCs/>
        </w:rPr>
        <w:t xml:space="preserve">; So will I never be; so may you miss me; But if you do, you'll make me wish a sin, That I had been forsworn.</w:t>
      </w:r>
      <w:r>
        <w:br/>
      </w:r>
      <w:r>
        <w:t xml:space="preserve">    (a) constraining in some way -- such as tying up, requiring, or obligating</w:t>
      </w:r>
      <w:r>
        <w:br/>
      </w:r>
      <w:r>
        <w:t xml:space="preserve">    (b) the profession of assisting women in childbirth without being a doctor</w:t>
      </w:r>
      <w:r>
        <w:br/>
      </w:r>
      <w:r>
        <w:t xml:space="preserve">    (c) to decide to stop doing something; or to renounce or disavow something</w:t>
      </w:r>
    </w:p>
    <w:p>
      <w:pPr>
        <w:pStyle w:val="Compact"/>
        <w:numPr>
          <w:ilvl w:val="0"/>
          <w:numId w:val="1001"/>
        </w:numPr>
      </w:pPr>
      <w:r>
        <w:rPr>
          <w:b/>
          <w:bCs/>
        </w:rPr>
        <w:t xml:space="preserve">There may as well be</w:t>
      </w:r>
      <w:r>
        <w:rPr>
          <w:b/>
          <w:bCs/>
        </w:rPr>
        <w:t xml:space="preserve"> </w:t>
      </w:r>
      <w:r>
        <w:rPr>
          <w:b/>
          <w:bCs/>
          <w:u w:val="single"/>
        </w:rPr>
        <w:t xml:space="preserve">amity</w:t>
      </w:r>
      <w:r>
        <w:rPr>
          <w:b/>
          <w:bCs/>
        </w:rPr>
        <w:t xml:space="preserve"> </w:t>
      </w:r>
      <w:r>
        <w:rPr>
          <w:b/>
          <w:bCs/>
        </w:rPr>
        <w:t xml:space="preserve">and life</w:t>
      </w:r>
      <w:r>
        <w:br/>
      </w:r>
      <w:r>
        <w:rPr>
          <w:b/>
          <w:bCs/>
        </w:rPr>
        <w:t xml:space="preserve">'Tween snow and fire as treason and my love.</w:t>
      </w:r>
      <w:r>
        <w:br/>
      </w:r>
      <w:r>
        <w:t xml:space="preserve">    (a) death</w:t>
      </w:r>
      <w:r>
        <w:br/>
      </w:r>
      <w:r>
        <w:t xml:space="preserve">    (b) friendly relations</w:t>
      </w:r>
      <w:r>
        <w:br/>
      </w:r>
      <w:r>
        <w:t xml:space="preserve">    (c) joy</w:t>
      </w:r>
    </w:p>
    <w:p>
      <w:pPr>
        <w:pStyle w:val="Compact"/>
        <w:numPr>
          <w:ilvl w:val="0"/>
          <w:numId w:val="1001"/>
        </w:numPr>
      </w:pPr>
      <w:r>
        <w:rPr>
          <w:b/>
          <w:bCs/>
        </w:rPr>
        <w:t xml:space="preserve">Let us all ring fancy's</w:t>
      </w:r>
      <w:r>
        <w:rPr>
          <w:b/>
          <w:bCs/>
        </w:rPr>
        <w:t xml:space="preserve"> </w:t>
      </w:r>
      <w:r>
        <w:rPr>
          <w:b/>
          <w:bCs/>
          <w:u w:val="single"/>
        </w:rPr>
        <w:t xml:space="preserve">knell</w:t>
      </w:r>
      <w:r>
        <w:rPr>
          <w:b/>
          <w:bCs/>
        </w:rPr>
        <w:t xml:space="preserve">:</w:t>
      </w:r>
      <w:r>
        <w:br/>
      </w:r>
      <w:r>
        <w:t xml:space="preserve">    (a) (noun) a strip of hair made lighter in color  OR  (verb) making strips of hair lighter in color</w:t>
      </w:r>
      <w:r>
        <w:br/>
      </w:r>
      <w:r>
        <w:t xml:space="preserve">    (b) death bell</w:t>
      </w:r>
      <w:r>
        <w:br/>
      </w:r>
      <w:r>
        <w:t xml:space="preserve">    (c) a regular payment to a person that is intended to allow them to have an income without working</w:t>
      </w:r>
    </w:p>
    <w:p>
      <w:pPr>
        <w:pStyle w:val="Compact"/>
        <w:numPr>
          <w:ilvl w:val="0"/>
          <w:numId w:val="1001"/>
        </w:numPr>
      </w:pPr>
      <w:r>
        <w:rPr>
          <w:b/>
          <w:bCs/>
        </w:rPr>
        <w:t xml:space="preserve">Thus ornament is but the</w:t>
      </w:r>
      <w:r>
        <w:rPr>
          <w:b/>
          <w:bCs/>
        </w:rPr>
        <w:t xml:space="preserve"> </w:t>
      </w:r>
      <w:r>
        <w:rPr>
          <w:b/>
          <w:bCs/>
          <w:u w:val="single"/>
        </w:rPr>
        <w:t xml:space="preserve">guiled</w:t>
      </w:r>
      <w:r>
        <w:rPr>
          <w:b/>
          <w:bCs/>
        </w:rPr>
        <w:t xml:space="preserve"> </w:t>
      </w:r>
      <w:r>
        <w:rPr>
          <w:b/>
          <w:bCs/>
        </w:rPr>
        <w:t xml:space="preserve">shore</w:t>
      </w:r>
      <w:r>
        <w:br/>
      </w:r>
      <w:r>
        <w:rPr>
          <w:b/>
          <w:bCs/>
        </w:rPr>
        <w:t xml:space="preserve">To a most dangerous sea; the beauteous scarf</w:t>
      </w:r>
      <w:r>
        <w:br/>
      </w:r>
      <w:r>
        <w:rPr>
          <w:b/>
          <w:bCs/>
        </w:rPr>
        <w:t xml:space="preserve">Veiling an Indian beauty; in a word,</w:t>
      </w:r>
      <w:r>
        <w:br/>
      </w:r>
      <w:r>
        <w:rPr>
          <w:b/>
          <w:bCs/>
        </w:rPr>
        <w:t xml:space="preserve">The seeming truth which cunning times put on</w:t>
      </w:r>
      <w:r>
        <w:br/>
      </w:r>
      <w:r>
        <w:rPr>
          <w:b/>
          <w:bCs/>
        </w:rPr>
        <w:t xml:space="preserve">To entrap the wisest.</w:t>
      </w:r>
      <w:r>
        <w:br/>
      </w:r>
      <w:r>
        <w:t xml:space="preserve">    (a) treacherous or deceiving</w:t>
      </w:r>
      <w:r>
        <w:br/>
      </w:r>
      <w:r>
        <w:t xml:space="preserve">    (b) changed</w:t>
      </w:r>
      <w:r>
        <w:br/>
      </w:r>
      <w:r>
        <w:t xml:space="preserve">    (c) forgave</w:t>
      </w:r>
    </w:p>
    <w:p>
      <w:pPr>
        <w:pStyle w:val="Compact"/>
        <w:numPr>
          <w:ilvl w:val="0"/>
          <w:numId w:val="1001"/>
        </w:numPr>
      </w:pPr>
      <w:r>
        <w:rPr>
          <w:b/>
          <w:bCs/>
        </w:rPr>
        <w:t xml:space="preserve">Like one of two contending in a prize,</w:t>
      </w:r>
      <w:r>
        <w:br/>
      </w:r>
      <w:r>
        <w:rPr>
          <w:b/>
          <w:bCs/>
        </w:rPr>
        <w:t xml:space="preserve">That thinks he hath done well in people's eyes,</w:t>
      </w:r>
      <w:r>
        <w:br/>
      </w:r>
      <w:r>
        <w:rPr>
          <w:b/>
          <w:bCs/>
        </w:rPr>
        <w:t xml:space="preserve">Hearing applause and universal shout,</w:t>
      </w:r>
      <w:r>
        <w:br/>
      </w:r>
      <w:r>
        <w:rPr>
          <w:b/>
          <w:bCs/>
        </w:rPr>
        <w:t xml:space="preserve">Giddy in spirit, still gazing in a doubt</w:t>
      </w:r>
      <w:r>
        <w:br/>
      </w:r>
      <w:r>
        <w:rPr>
          <w:b/>
          <w:bCs/>
        </w:rPr>
        <w:t xml:space="preserve">Whether those peals of praise be his or no;</w:t>
      </w:r>
      <w:r>
        <w:br/>
      </w:r>
      <w:r>
        <w:rPr>
          <w:b/>
          <w:bCs/>
        </w:rPr>
        <w:t xml:space="preserve">So, thrice-fair lady, stand I, even so,</w:t>
      </w:r>
      <w:r>
        <w:br/>
      </w:r>
      <w:r>
        <w:rPr>
          <w:b/>
          <w:bCs/>
        </w:rPr>
        <w:t xml:space="preserve">As doubtful whether what I see be true,</w:t>
      </w:r>
      <w:r>
        <w:br/>
      </w:r>
      <w:r>
        <w:rPr>
          <w:b/>
          <w:bCs/>
        </w:rPr>
        <w:t xml:space="preserve">Until confirm'd, sign'd,</w:t>
      </w:r>
      <w:r>
        <w:rPr>
          <w:b/>
          <w:bCs/>
        </w:rPr>
        <w:t xml:space="preserve"> </w:t>
      </w:r>
      <w:r>
        <w:rPr>
          <w:b/>
          <w:bCs/>
          <w:u w:val="single"/>
        </w:rPr>
        <w:t xml:space="preserve">ratified</w:t>
      </w:r>
      <w:r>
        <w:rPr>
          <w:b/>
          <w:bCs/>
        </w:rPr>
        <w:t xml:space="preserve"> </w:t>
      </w:r>
      <w:r>
        <w:rPr>
          <w:b/>
          <w:bCs/>
        </w:rPr>
        <w:t xml:space="preserve">by you.</w:t>
      </w:r>
      <w:r>
        <w:br/>
      </w:r>
      <w:r>
        <w:t xml:space="preserve">    (a) restored</w:t>
      </w:r>
      <w:r>
        <w:br/>
      </w:r>
      <w:r>
        <w:t xml:space="preserve">    (b) not said</w:t>
      </w:r>
      <w:r>
        <w:br/>
      </w:r>
      <w:r>
        <w:t xml:space="preserve">    (c) approved</w:t>
      </w:r>
    </w:p>
    <w:p>
      <w:pPr>
        <w:pStyle w:val="Compact"/>
        <w:numPr>
          <w:ilvl w:val="0"/>
          <w:numId w:val="1001"/>
        </w:numPr>
      </w:pPr>
      <w:r>
        <w:rPr>
          <w:b/>
          <w:bCs/>
        </w:rPr>
        <w:t xml:space="preserve">Madam, you have</w:t>
      </w:r>
      <w:r>
        <w:rPr>
          <w:b/>
          <w:bCs/>
        </w:rPr>
        <w:t xml:space="preserve"> </w:t>
      </w:r>
      <w:r>
        <w:rPr>
          <w:b/>
          <w:bCs/>
          <w:u w:val="single"/>
        </w:rPr>
        <w:t xml:space="preserve">bereft</w:t>
      </w:r>
      <w:r>
        <w:rPr>
          <w:b/>
          <w:bCs/>
        </w:rPr>
        <w:t xml:space="preserve"> </w:t>
      </w:r>
      <w:r>
        <w:rPr>
          <w:b/>
          <w:bCs/>
        </w:rPr>
        <w:t xml:space="preserve">me of all words,</w:t>
      </w:r>
      <w:r>
        <w:br/>
      </w:r>
      <w:r>
        <w:t xml:space="preserve">    (a) enhanced</w:t>
      </w:r>
      <w:r>
        <w:br/>
      </w:r>
      <w:r>
        <w:t xml:space="preserve">    (b) deprived (taken from)</w:t>
      </w:r>
      <w:r>
        <w:br/>
      </w:r>
      <w:r>
        <w:t xml:space="preserve">    (c) filled of inspired</w:t>
      </w:r>
    </w:p>
    <w:p>
      <w:pPr>
        <w:pStyle w:val="Compact"/>
        <w:numPr>
          <w:ilvl w:val="0"/>
          <w:numId w:val="1001"/>
        </w:numPr>
      </w:pPr>
      <w:r>
        <w:rPr>
          <w:b/>
          <w:bCs/>
        </w:rPr>
        <w:t xml:space="preserve">Lorenzo and his</w:t>
      </w:r>
      <w:r>
        <w:rPr>
          <w:b/>
          <w:bCs/>
        </w:rPr>
        <w:t xml:space="preserve"> </w:t>
      </w:r>
      <w:r>
        <w:rPr>
          <w:b/>
          <w:bCs/>
          <w:u w:val="single"/>
        </w:rPr>
        <w:t xml:space="preserve">infidel</w:t>
      </w:r>
      <w:r>
        <w:rPr>
          <w:b/>
          <w:bCs/>
        </w:rPr>
        <w:t xml:space="preserve">?</w:t>
      </w:r>
      <w:r>
        <w:br/>
      </w:r>
      <w:r>
        <w:t xml:space="preserve">    (a) a drug that calms or puts to sleep; or describing something as calming</w:t>
      </w:r>
      <w:r>
        <w:br/>
      </w:r>
      <w:r>
        <w:t xml:space="preserve">    (b) negative term for someone who does not believe in the "right" religion</w:t>
      </w:r>
      <w:r>
        <w:br/>
      </w:r>
      <w:r>
        <w:t xml:space="preserve">    (c) the reason for doing something; or the level of desire to do something</w:t>
      </w:r>
    </w:p>
    <w:p>
      <w:pPr>
        <w:pStyle w:val="Compact"/>
        <w:numPr>
          <w:ilvl w:val="0"/>
          <w:numId w:val="1001"/>
        </w:numPr>
      </w:pPr>
      <w:r>
        <w:rPr>
          <w:b/>
          <w:bCs/>
        </w:rPr>
        <w:t xml:space="preserve">You cannot better be employ'd, Bassanio, Than to live still, and write mine</w:t>
      </w:r>
      <w:r>
        <w:rPr>
          <w:b/>
          <w:bCs/>
        </w:rPr>
        <w:t xml:space="preserve"> </w:t>
      </w:r>
      <w:r>
        <w:rPr>
          <w:b/>
          <w:bCs/>
          <w:u w:val="single"/>
        </w:rPr>
        <w:t xml:space="preserve">epitaph</w:t>
      </w:r>
      <w:r>
        <w:rPr>
          <w:b/>
          <w:bCs/>
        </w:rPr>
        <w:t xml:space="preserve">.</w:t>
      </w:r>
      <w:r>
        <w:br/>
      </w:r>
      <w:r>
        <w:t xml:space="preserve">    (a) something that causes ongoing suffering</w:t>
      </w:r>
      <w:r>
        <w:br/>
      </w:r>
      <w:r>
        <w:t xml:space="preserve">    (b) worry or concern about what will happen</w:t>
      </w:r>
      <w:r>
        <w:br/>
      </w:r>
      <w:r>
        <w:t xml:space="preserve">    (c) a short text in memory of a dead person</w:t>
      </w:r>
    </w:p>
    <w:p>
      <w:pPr>
        <w:pStyle w:val="Compact"/>
        <w:numPr>
          <w:ilvl w:val="0"/>
          <w:numId w:val="1001"/>
        </w:numPr>
      </w:pPr>
      <w:r>
        <w:rPr>
          <w:b/>
          <w:bCs/>
        </w:rPr>
        <w:t xml:space="preserve">And, I beseech you,</w:t>
      </w:r>
      <w:r>
        <w:rPr>
          <w:b/>
          <w:bCs/>
        </w:rPr>
        <w:t xml:space="preserve"> </w:t>
      </w:r>
      <w:r>
        <w:rPr>
          <w:b/>
          <w:bCs/>
          <w:u w:val="single"/>
        </w:rPr>
        <w:t xml:space="preserve">Wrest</w:t>
      </w:r>
      <w:r>
        <w:rPr>
          <w:b/>
          <w:bCs/>
        </w:rPr>
        <w:t xml:space="preserve"> </w:t>
      </w:r>
      <w:r>
        <w:rPr>
          <w:b/>
          <w:bCs/>
        </w:rPr>
        <w:t xml:space="preserve">once the law to your authority; To do a great right do a little wrong, And curb this cruel devil of his will.</w:t>
      </w:r>
      <w:r>
        <w:br/>
      </w:r>
      <w:r>
        <w:t xml:space="preserve">    (a) protect something or keep it as it is</w:t>
      </w:r>
      <w:r>
        <w:br/>
      </w:r>
      <w:r>
        <w:t xml:space="preserve">    (b) obtain with difficult effort or force</w:t>
      </w:r>
      <w:r>
        <w:br/>
      </w:r>
      <w:r>
        <w:t xml:space="preserve">    (c) a quick look or partial understanding</w:t>
      </w:r>
    </w:p>
    <w:p>
      <w:pPr>
        <w:pStyle w:val="Compact"/>
        <w:numPr>
          <w:ilvl w:val="0"/>
          <w:numId w:val="1001"/>
        </w:numPr>
      </w:pPr>
      <w:r>
        <w:rPr>
          <w:b/>
          <w:bCs/>
        </w:rPr>
        <w:t xml:space="preserve">Shed thou no blood; nor cut thou less nor more, But just a pound of flesh: if thou tak'st more, Or less, than a just pound, be it but so much As makes it light or heavy in the substance, Or the division of the twentieth part Of one poor</w:t>
      </w:r>
      <w:r>
        <w:rPr>
          <w:b/>
          <w:bCs/>
        </w:rPr>
        <w:t xml:space="preserve"> </w:t>
      </w:r>
      <w:r>
        <w:rPr>
          <w:b/>
          <w:bCs/>
          <w:u w:val="single"/>
        </w:rPr>
        <w:t xml:space="preserve">scruple</w:t>
      </w:r>
      <w:r>
        <w:rPr>
          <w:b/>
          <w:bCs/>
        </w:rPr>
        <w:t xml:space="preserve">; nay, if the scale do turn But in the estimation of a hair, Thou diest, and all thy goods are confiscate.</w:t>
      </w:r>
      <w:r>
        <w:br/>
      </w:r>
      <w:r>
        <w:t xml:space="preserve">    (a) to stick out, attract more attention than desired, or impose on others</w:t>
      </w:r>
      <w:r>
        <w:br/>
      </w:r>
      <w:r>
        <w:t xml:space="preserve">    (b) speak in a manner that does not clearly express an opinion or decision</w:t>
      </w:r>
      <w:r>
        <w:br/>
      </w:r>
      <w:r>
        <w:t xml:space="preserve">    (c) an ethical or moral principle that discourages certain kinds of action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2026-07-31T14:30:56Z</dcterms:created>
  <dcterms:modified xsi:type="dcterms:W3CDTF">2026-07-31T14:30:56Z</dcterms:modified>
</cp:coreProperties>
</file>

<file path=docProps/custom.xml><?xml version="1.0" encoding="utf-8"?>
<Properties xmlns="http://schemas.openxmlformats.org/officeDocument/2006/custom-properties" xmlns:vt="http://schemas.openxmlformats.org/officeDocument/2006/docPropsVTypes"/>
</file>