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80d9305584a1d92a66b030a74cc6dafb9a9e1a"/>
    <w:p>
      <w:pPr>
        <w:pStyle w:val="Heading1"/>
      </w:pPr>
      <w:r>
        <w:rPr>
          <w:b/>
          <w:bCs/>
        </w:rPr>
        <w:t xml:space="preserve">The Merchant of Death</w:t>
      </w:r>
      <w:r>
        <w:br/>
      </w:r>
      <w:r>
        <w:rPr>
          <w:i/>
          <w:iCs/>
        </w:rPr>
        <w:t xml:space="preserve">D. J. MacHale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hoped my mouth wasn't hanging open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stupefied</w:t>
      </w:r>
      <w:r>
        <w:rPr>
          <w:b/>
          <w:bCs/>
        </w:rPr>
        <w:t xml:space="preserve"> </w:t>
      </w:r>
      <w:r>
        <w:rPr>
          <w:b/>
          <w:bCs/>
        </w:rPr>
        <w:t xml:space="preserve">shock.</w:t>
      </w:r>
      <w:r>
        <w:br/>
      </w:r>
      <w:r>
        <w:t xml:space="preserve">    (a) donated a portion of one's income to a church</w:t>
      </w:r>
      <w:r>
        <w:br/>
      </w:r>
      <w:r>
        <w:t xml:space="preserve">    (b) made unable to think; or completely surprised</w:t>
      </w:r>
      <w:r>
        <w:br/>
      </w:r>
      <w:r>
        <w:t xml:space="preserve">    (c) caused to happen or occurred as a consequence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not sure why, but that sounded strange, and a touch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.</w:t>
      </w:r>
      <w:r>
        <w:br/>
      </w:r>
      <w:r>
        <w:t xml:space="preserve">    (a) comforting</w:t>
      </w:r>
      <w:r>
        <w:br/>
      </w:r>
      <w:r>
        <w:t xml:space="preserve">    (b) threatening (suggestive of, or foreshadowing bad things to come)</w:t>
      </w:r>
      <w:r>
        <w:br/>
      </w:r>
      <w:r>
        <w:t xml:space="preserve">    (c) huge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then kicked the bike into gear, hit the gas, and the two of us flew down the quiet,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suburban</w:t>
      </w:r>
      <w:r>
        <w:rPr>
          <w:b/>
          <w:bCs/>
        </w:rPr>
        <w:t xml:space="preserve"> </w:t>
      </w:r>
      <w:r>
        <w:rPr>
          <w:b/>
          <w:bCs/>
        </w:rPr>
        <w:t xml:space="preserve">street that had been my home for fourteen years.</w:t>
      </w:r>
      <w:r>
        <w:br/>
      </w:r>
      <w:r>
        <w:t xml:space="preserve">    (a) outstanding or surpassing others in status, ability, or possession of a notable characteristic</w:t>
      </w:r>
      <w:r>
        <w:br/>
      </w:r>
      <w:r>
        <w:t xml:space="preserve">    (b) not relating to practice or belief that is long-established or was previously long-established</w:t>
      </w:r>
      <w:r>
        <w:br/>
      </w:r>
      <w:r>
        <w:t xml:space="preserve">    (c) relating to a residential area located near the outer edge of a city where it isn't as crowded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would spend hours debating issues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diverse</w:t>
      </w:r>
      <w:r>
        <w:rPr>
          <w:b/>
          <w:bCs/>
        </w:rPr>
        <w:t xml:space="preserve"> </w:t>
      </w:r>
      <w:r>
        <w:rPr>
          <w:b/>
          <w:bCs/>
        </w:rPr>
        <w:t xml:space="preserve">as First Amendment rights and the relative merits of Pamela Anderson before and after cosmetic surgery.</w:t>
      </w:r>
      <w:r>
        <w:br/>
      </w:r>
      <w:r>
        <w:t xml:space="preserve">    (a) submissiveness -- often behavior of someone who is so submissive or eager to serve and please that they seem to lack self-respect</w:t>
      </w:r>
      <w:r>
        <w:br/>
      </w:r>
      <w:r>
        <w:t xml:space="preserve">    (b) varied or (having differences amongst things of the same kind) -- especially with regard to ideas or members of a population group</w:t>
      </w:r>
      <w:r>
        <w:br/>
      </w:r>
      <w:r>
        <w:t xml:space="preserve">    (c) related to a mental illness most commonly associated with undeveloped social abilities, language, and other communication skills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surge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</w:t>
      </w:r>
      <w:r>
        <w:rPr>
          <w:b/>
          <w:bCs/>
        </w:rPr>
        <w:t xml:space="preserve"> </w:t>
      </w:r>
      <w:r>
        <w:rPr>
          <w:b/>
          <w:bCs/>
        </w:rPr>
        <w:t xml:space="preserve">shot through him and his brain went on full alert.</w:t>
      </w:r>
      <w:r>
        <w:br/>
      </w:r>
      <w:r>
        <w:t xml:space="preserve">    (a) declaration of invalidity; or cancelation</w:t>
      </w:r>
      <w:r>
        <w:br/>
      </w:r>
      <w:r>
        <w:t xml:space="preserve">    (b) the branch of geology that studies rocks</w:t>
      </w:r>
      <w:r>
        <w:br/>
      </w:r>
      <w:r>
        <w:t xml:space="preserve">    (c) “fight or flight” stimulating hormone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Mark dug his heels in and pushed his back against the wall behind his bed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futile</w:t>
      </w:r>
      <w:r>
        <w:rPr>
          <w:b/>
          <w:bCs/>
        </w:rPr>
        <w:t xml:space="preserve"> </w:t>
      </w:r>
      <w:r>
        <w:rPr>
          <w:b/>
          <w:bCs/>
        </w:rPr>
        <w:t xml:space="preserve">hope that he'd crash through and escape out the other side.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effort that is pointless because it is unproductive or unsuccessful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Uncle Press guided the motorcycle toward one of those old-fashioned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kiosks</w:t>
      </w:r>
      <w:r>
        <w:rPr>
          <w:b/>
          <w:bCs/>
        </w:rPr>
        <w:t xml:space="preserve"> </w:t>
      </w:r>
      <w:r>
        <w:rPr>
          <w:b/>
          <w:bCs/>
        </w:rPr>
        <w:t xml:space="preserve">that marked the stairs leading down to the subway.</w:t>
      </w:r>
      <w:r>
        <w:br/>
      </w:r>
      <w:r>
        <w:t xml:space="preserve">    (a) a very small area used as a store or to dispense information; or an interactive computer-driven self-service machine</w:t>
      </w:r>
      <w:r>
        <w:br/>
      </w:r>
      <w:r>
        <w:t xml:space="preserve">    (b) things that are different than others of their type (synonyms could include: adaptations, versions, alternate forms)</w:t>
      </w:r>
      <w:r>
        <w:br/>
      </w:r>
      <w:r>
        <w:t xml:space="preserve">    (c) things created -- typically works of music or writing; or acts of creating such work; or the structures of such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make 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ornate</w:t>
      </w:r>
      <w:r>
        <w:rPr>
          <w:b/>
          <w:bCs/>
        </w:rPr>
        <w:t xml:space="preserve"> </w:t>
      </w:r>
      <w:r>
        <w:rPr>
          <w:b/>
          <w:bCs/>
        </w:rPr>
        <w:t xml:space="preserve">mosaic tile work on the walls that must have been beautiful when new, but was now a mess of grimy cracks that looked like a giant, dirty spiderweb.</w:t>
      </w:r>
      <w:r>
        <w:br/>
      </w:r>
      <w:r>
        <w:t xml:space="preserve">    (a) having lots of decorative detail</w:t>
      </w:r>
      <w:r>
        <w:br/>
      </w:r>
      <w:r>
        <w:t xml:space="preserve">    (b) indicating approval or agreement</w:t>
      </w:r>
      <w:r>
        <w:br/>
      </w:r>
      <w:r>
        <w:t xml:space="preserve">    (c) able to be taken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Mark tried to stop her angry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</w:t>
      </w:r>
      <w:r>
        <w:rPr>
          <w:b/>
          <w:bCs/>
        </w:rPr>
        <w:t xml:space="preserve">, but Courtney was on a roll.</w:t>
      </w:r>
      <w:r>
        <w:br/>
      </w:r>
      <w:r>
        <w:t xml:space="preserve">    (a) something made from parts</w:t>
      </w:r>
      <w:r>
        <w:br/>
      </w:r>
      <w:r>
        <w:t xml:space="preserve">    (b) something that stands out</w:t>
      </w:r>
      <w:r>
        <w:br/>
      </w:r>
      <w:r>
        <w:t xml:space="preserve">    (c) speech of angry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would it start at my feet and gradually work its way up my legs, over my body, and zero in right on my head in a brilliant, searing flash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agony</w:t>
      </w:r>
      <w:r>
        <w:rPr>
          <w:b/>
          <w:bCs/>
        </w:rPr>
        <w:t xml:space="preserve"> </w:t>
      </w:r>
      <w:r>
        <w:rPr>
          <w:b/>
          <w:bCs/>
        </w:rPr>
        <w:t xml:space="preserve">before everything went dark?</w:t>
      </w:r>
      <w:r>
        <w:br/>
      </w:r>
      <w:r>
        <w:t xml:space="preserve">    (a) circular movement</w:t>
      </w:r>
      <w:r>
        <w:br/>
      </w:r>
      <w:r>
        <w:t xml:space="preserve">    (b) size or dimension</w:t>
      </w:r>
      <w:r>
        <w:br/>
      </w:r>
      <w:r>
        <w:t xml:space="preserve">    (c) intense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that's hard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comprehend</w:t>
      </w:r>
      <w:r>
        <w:rPr>
          <w:b/>
          <w:bCs/>
        </w:rPr>
        <w:t xml:space="preserve">, but you'll get it.</w:t>
      </w:r>
      <w:r>
        <w:br/>
      </w:r>
      <w:r>
        <w:t xml:space="preserve">    (a) rug-like artwork -- often hung on a wall for display</w:t>
      </w:r>
      <w:r>
        <w:br/>
      </w:r>
      <w:r>
        <w:t xml:space="preserve">    (b) understand -- especially to understand it completely</w:t>
      </w:r>
      <w:r>
        <w:br/>
      </w:r>
      <w:r>
        <w:t xml:space="preserve">    (c) to concentrate, look at; or the act of concentration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 the other hand</w:t>
      </w:r>
      <w:r>
        <w:rPr>
          <w:b/>
          <w:bCs/>
        </w:rPr>
        <w:t xml:space="preserve">, understood nothing.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from another point of view; or in a way that is different (a phrase used to introduce a different perspective or idea)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Courtney wheeled back to Mark, throwing him a look of total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.</w:t>
      </w:r>
      <w:r>
        <w:br/>
      </w:r>
      <w:r>
        <w:t xml:space="preserve">    (a) a lack of respect</w:t>
      </w:r>
      <w:r>
        <w:br/>
      </w:r>
      <w:r>
        <w:t xml:space="preserve">    (b) influence opinion</w:t>
      </w:r>
      <w:r>
        <w:br/>
      </w:r>
      <w:r>
        <w:t xml:space="preserve">    (c) differ;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Courtney breathed,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dumbfounded</w:t>
      </w:r>
      <w:r>
        <w:rPr>
          <w:b/>
          <w:bCs/>
        </w:rPr>
        <w:t xml:space="preserve">.</w:t>
      </w:r>
      <w:r>
        <w:br/>
      </w:r>
      <w:r>
        <w:t xml:space="preserve">    (a) separated  OR  emotionally uninvolved (separated from emotions)</w:t>
      </w:r>
      <w:r>
        <w:br/>
      </w:r>
      <w:r>
        <w:t xml:space="preserve">    (b) pointed to differences between; or compared to show differences</w:t>
      </w:r>
      <w:r>
        <w:br/>
      </w:r>
      <w:r>
        <w:t xml:space="preserve">    (c) very surprised -- often too surprised to know what to say or do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Rellin answered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seething</w:t>
      </w:r>
      <w:r>
        <w:rPr>
          <w:b/>
          <w:bCs/>
        </w:rPr>
        <w:t xml:space="preserve"> </w:t>
      </w:r>
      <w:r>
        <w:rPr>
          <w:b/>
          <w:bCs/>
        </w:rPr>
        <w:t xml:space="preserve">yet controlled tirade that Osa translated for me.</w:t>
      </w:r>
      <w:r>
        <w:br/>
      </w:r>
      <w:r>
        <w:t xml:space="preserve">    (a) roughly calculating or guessing (based on incomplete information) a value, quantity, or extent of something</w:t>
      </w:r>
      <w:r>
        <w:br/>
      </w:r>
      <w:r>
        <w:t xml:space="preserve">    (b) treating something in an educated, intellectual way -- often excluding emotional or practical considerations</w:t>
      </w:r>
      <w:r>
        <w:br/>
      </w:r>
      <w:r>
        <w:t xml:space="preserve">    (c) to be filled with intense but unexpressed emotion, especially anger; or to move in a restless, agitated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"Why?" asked Courtney, oozing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skepticism</w:t>
      </w:r>
      <w:r>
        <w:rPr>
          <w:b/>
          <w:bCs/>
        </w:rPr>
        <w:t xml:space="preserve">.</w:t>
      </w:r>
      <w:r>
        <w:br/>
      </w:r>
      <w:r>
        <w:t xml:space="preserve">    (a) between daylight and darkness</w:t>
      </w:r>
      <w:r>
        <w:br/>
      </w:r>
      <w:r>
        <w:t xml:space="preserve">    (b) doubt (that something is true)</w:t>
      </w:r>
      <w:r>
        <w:br/>
      </w:r>
      <w:r>
        <w:t xml:space="preserve">    (c) concern with practical matters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say that my mind was a jumble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conflicting</w:t>
      </w:r>
      <w:r>
        <w:rPr>
          <w:b/>
          <w:bCs/>
        </w:rPr>
        <w:t xml:space="preserve"> </w:t>
      </w:r>
      <w:r>
        <w:rPr>
          <w:b/>
          <w:bCs/>
        </w:rPr>
        <w:t xml:space="preserve">thoughts was an understatement.</w:t>
      </w:r>
      <w:r>
        <w:br/>
      </w:r>
      <w:r>
        <w:t xml:space="preserve">    (a) opposing (struggling against each other)</w:t>
      </w:r>
      <w:r>
        <w:br/>
      </w:r>
      <w:r>
        <w:t xml:space="preserve">    (b) examining in detail to better understand</w:t>
      </w:r>
      <w:r>
        <w:br/>
      </w:r>
      <w:r>
        <w:t xml:space="preserve">    (c) hiring, reserving, booking, or occupying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mind quickly flashed back to the quig that Uncle Press nailed with the spear and of how the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ravenous</w:t>
      </w:r>
      <w:r>
        <w:rPr>
          <w:b/>
          <w:bCs/>
        </w:rPr>
        <w:t xml:space="preserve"> </w:t>
      </w:r>
      <w:r>
        <w:rPr>
          <w:b/>
          <w:bCs/>
        </w:rPr>
        <w:t xml:space="preserve">quigs devoured one of their own, ripping its flesh from the bone while it was still alive.</w:t>
      </w:r>
      <w:r>
        <w:br/>
      </w:r>
      <w:r>
        <w:t xml:space="preserve">    (a) likely to change</w:t>
      </w:r>
      <w:r>
        <w:br/>
      </w:r>
      <w:r>
        <w:t xml:space="preserve">    (b) extremely hungry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guilty of plotting to destroy the peaceful balance of our society and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inciting</w:t>
      </w:r>
      <w:r>
        <w:rPr>
          <w:b/>
          <w:bCs/>
        </w:rPr>
        <w:t xml:space="preserve"> </w:t>
      </w:r>
      <w:r>
        <w:rPr>
          <w:b/>
          <w:bCs/>
        </w:rPr>
        <w:t xml:space="preserve">the Milago into overthrowing the great reign of our beloved Queen Kagan.</w:t>
      </w:r>
      <w:r>
        <w:br/>
      </w:r>
      <w:r>
        <w:t xml:space="preserve">    (a) provoking</w:t>
      </w:r>
      <w:r>
        <w:br/>
      </w:r>
      <w:r>
        <w:t xml:space="preserve">    (b) colliding</w:t>
      </w:r>
      <w:r>
        <w:br/>
      </w:r>
      <w:r>
        <w:t xml:space="preserve">    (c) restoring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"Save them and they'll kill you,"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soberly</w:t>
      </w:r>
      <w:r>
        <w:rPr>
          <w:b/>
          <w:bCs/>
        </w:rPr>
        <w:t xml:space="preserve">.</w:t>
      </w:r>
      <w:r>
        <w:br/>
      </w:r>
      <w:r>
        <w:t xml:space="preserve">    (a) seriously</w:t>
      </w:r>
      <w:r>
        <w:br/>
      </w:r>
      <w:r>
        <w:t xml:space="preserve">    (b) with polite respect</w:t>
      </w:r>
      <w:r>
        <w:br/>
      </w:r>
      <w:r>
        <w:t xml:space="preserve">    (c) not done on purpose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2026-07-31T16:45:59Z</dcterms:created>
  <dcterms:modified xsi:type="dcterms:W3CDTF">2026-07-31T16:45:59Z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