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5517195eec40b8222d0d9d963c8455de895562"/>
    <w:p>
      <w:pPr>
        <w:pStyle w:val="Heading1"/>
      </w:pPr>
      <w:r>
        <w:rPr>
          <w:b/>
          <w:bCs/>
        </w:rPr>
        <w:t xml:space="preserve">The Memory Keeper’s Daughter</w:t>
      </w:r>
      <w:r>
        <w:br/>
      </w:r>
      <w:r>
        <w:rPr>
          <w:i/>
          <w:iCs/>
        </w:rPr>
        <w:t xml:space="preserve">Kim Edwards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 single car in the clinic parking lot, the nurse's powder-blue Fairlane, conservative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pragmatic</w:t>
      </w:r>
      <w:r>
        <w:rPr>
          <w:b/>
          <w:bCs/>
        </w:rPr>
        <w:t xml:space="preserve"> </w:t>
      </w:r>
      <w:r>
        <w:rPr>
          <w:b/>
          <w:bCs/>
        </w:rPr>
        <w:t xml:space="preserve">and newer than his own.</w:t>
      </w:r>
      <w:r>
        <w:br/>
      </w:r>
      <w:r>
        <w:t xml:space="preserve">    (a) worn and broken down by hard use</w:t>
      </w:r>
      <w:r>
        <w:br/>
      </w:r>
      <w:r>
        <w:t xml:space="preserve">    (b) practical</w:t>
      </w:r>
      <w:r>
        <w:br/>
      </w:r>
      <w:r>
        <w:t xml:space="preserve">    (c) inexpensive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passing image, perhaps a memory, but one that filled him simultaneously with sadness and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yearning</w:t>
      </w:r>
      <w:r>
        <w:rPr>
          <w:b/>
          <w:bCs/>
        </w:rPr>
        <w:t xml:space="preserve">.</w:t>
      </w:r>
      <w:r>
        <w:br/>
      </w:r>
      <w:r>
        <w:t xml:space="preserve">    (a) charging (with having broken the law)</w:t>
      </w:r>
      <w:r>
        <w:br/>
      </w:r>
      <w:r>
        <w:t xml:space="preserve">    (b) strongly desiring; or a strong desire</w:t>
      </w:r>
      <w:r>
        <w:br/>
      </w:r>
      <w:r>
        <w:t xml:space="preserve">    (c) changing to fit a different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Phoebe stirred,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sometime in the middle of the night, Caroline was on her feet in an instant.</w:t>
      </w:r>
      <w:r>
        <w:br/>
      </w:r>
      <w:r>
        <w:t xml:space="preserve">    (a) therefore (for that reason)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hard he worked to make Paul's life smooth and easy, the fact remained that David had built that life on a lie.</w:t>
      </w:r>
      <w:r>
        <w:br/>
      </w:r>
      <w:r>
        <w:t xml:space="preserve">    (a) people who are good at or spend much time studying, thinking, and reasoning</w:t>
      </w:r>
      <w:r>
        <w:br/>
      </w:r>
      <w:r>
        <w:t xml:space="preserve">    (b) regardless of how</w:t>
      </w:r>
      <w:r>
        <w:br/>
      </w:r>
      <w:r>
        <w:t xml:space="preserve">    (c) aka analysis -- psychiatric treatment; or a theory of psychiatric treatment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 not remember hitting the windshield, but it looked like a spiderweb,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intricate</w:t>
      </w:r>
      <w:r>
        <w:rPr>
          <w:b/>
          <w:bCs/>
        </w:rPr>
        <w:t xml:space="preserve"> </w:t>
      </w:r>
      <w:r>
        <w:rPr>
          <w:b/>
          <w:bCs/>
        </w:rPr>
        <w:t xml:space="preserve">lines fanning out, delicate, beautiful, and precise.</w:t>
      </w:r>
      <w:r>
        <w:br/>
      </w:r>
      <w:r>
        <w:t xml:space="preserve">    (a) numerous and complexly arranged</w:t>
      </w:r>
      <w:r>
        <w:br/>
      </w:r>
      <w:r>
        <w:t xml:space="preserve">    (b) frightening</w:t>
      </w:r>
      <w:r>
        <w:br/>
      </w:r>
      <w:r>
        <w:t xml:space="preserve">    (c) long or big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would happen,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conjectured</w:t>
      </w:r>
      <w:r>
        <w:rPr>
          <w:b/>
          <w:bCs/>
        </w:rPr>
        <w:t xml:space="preserve">, if they simply went on assuming their children would do everything.</w:t>
      </w:r>
      <w:r>
        <w:br/>
      </w:r>
      <w:r>
        <w:t xml:space="preserve">    (a) concluded or guessed based on inconclusive evidence</w:t>
      </w:r>
      <w:r>
        <w:br/>
      </w:r>
      <w:r>
        <w:t xml:space="preserve">    (b) not examined in an attempt to improve understanding</w:t>
      </w:r>
      <w:r>
        <w:br/>
      </w:r>
      <w:r>
        <w:t xml:space="preserve">    (c) moved again into position to work; or started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read it only once, swiftly, putting it away as Norah came in, trying to conceal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agitation</w:t>
      </w:r>
      <w:r>
        <w:rPr>
          <w:b/>
          <w:bCs/>
        </w:rPr>
        <w:t xml:space="preserve">.</w:t>
      </w:r>
      <w:r>
        <w:br/>
      </w:r>
      <w:r>
        <w:t xml:space="preserve">    (a) formula (a mathematical expression that describe a relationship between variables)</w:t>
      </w:r>
      <w:r>
        <w:br/>
      </w:r>
      <w:r>
        <w:t xml:space="preserve">    (b) officially telling someone about something; or something that contains the message</w:t>
      </w:r>
      <w:r>
        <w:br/>
      </w:r>
      <w:r>
        <w:t xml:space="preserve">    (c) the act of stirring up (emotionally or physically); or a state of emotional unrest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took a deep breath, fighting a wave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vertigo</w:t>
      </w:r>
      <w:r>
        <w:rPr>
          <w:b/>
          <w:bCs/>
        </w:rPr>
        <w:t xml:space="preserve">, afraid even to glance at Norah.</w:t>
      </w:r>
      <w:r>
        <w:br/>
      </w:r>
      <w:r>
        <w:t xml:space="preserve">    (a) a dizzy sensation</w:t>
      </w:r>
      <w:r>
        <w:br/>
      </w:r>
      <w:r>
        <w:t xml:space="preserve">    (b) a feeling of anger</w:t>
      </w:r>
      <w:r>
        <w:br/>
      </w:r>
      <w:r>
        <w:t xml:space="preserve">    (c) a feeling of sadness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wanted to reach out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trace</w:t>
      </w:r>
      <w:r>
        <w:rPr>
          <w:b/>
          <w:bCs/>
        </w:rPr>
        <w:t xml:space="preserve"> </w:t>
      </w:r>
      <w:r>
        <w:rPr>
          <w:b/>
          <w:bCs/>
        </w:rPr>
        <w:t xml:space="preserve">the delicate curved bones of her ribs; he wanted to kiss her at the point the bones met, stretching away like wings.</w:t>
      </w:r>
      <w:r>
        <w:br/>
      </w:r>
      <w:r>
        <w:t xml:space="preserve">    (a) find through research</w:t>
      </w:r>
      <w:r>
        <w:br/>
      </w:r>
      <w:r>
        <w:t xml:space="preserve">    (b) track or follow (with his finger)</w:t>
      </w:r>
      <w:r>
        <w:br/>
      </w:r>
      <w:r>
        <w:t xml:space="preserve">    (c) draw a picture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car he'd stolen had been found deserted on a side street in Louisville last night, but there had been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trace</w:t>
      </w:r>
      <w:r>
        <w:rPr>
          <w:b/>
          <w:bCs/>
        </w:rPr>
        <w:t xml:space="preserve"> </w:t>
      </w:r>
      <w:r>
        <w:rPr>
          <w:b/>
          <w:bCs/>
        </w:rPr>
        <w:t xml:space="preserve">of Paul.</w:t>
      </w:r>
      <w:r>
        <w:br/>
      </w:r>
      <w:r>
        <w:t xml:space="preserve">    (a) indication or sign</w:t>
      </w:r>
      <w:r>
        <w:br/>
      </w:r>
      <w:r>
        <w:t xml:space="preserve">    (b) picture or outline</w:t>
      </w:r>
      <w:r>
        <w:br/>
      </w:r>
      <w:r>
        <w:t xml:space="preserve">    (c) following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turned to see Kay Marshall, dressed in slim pink pants and a cream and pink sweater, gold leather flats,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glimmering</w:t>
      </w:r>
      <w:r>
        <w:rPr>
          <w:b/>
          <w:bCs/>
        </w:rPr>
        <w:t xml:space="preserve"> </w:t>
      </w:r>
      <w:r>
        <w:rPr>
          <w:b/>
          <w:bCs/>
        </w:rPr>
        <w:t xml:space="preserve">gold earrings.</w:t>
      </w:r>
      <w:r>
        <w:br/>
      </w:r>
      <w:r>
        <w:t xml:space="preserve">    (a) shining (with a wavering or reflected light)</w:t>
      </w:r>
      <w:r>
        <w:br/>
      </w:r>
      <w:r>
        <w:t xml:space="preserve">    (b) metal</w:t>
      </w:r>
      <w:r>
        <w:br/>
      </w:r>
      <w:r>
        <w:t xml:space="preserve">    (c) almost too small to see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glimmer</w:t>
      </w:r>
      <w:r>
        <w:rPr>
          <w:b/>
          <w:bCs/>
        </w:rPr>
        <w:t xml:space="preserve"> </w:t>
      </w:r>
      <w:r>
        <w:rPr>
          <w:b/>
          <w:bCs/>
        </w:rPr>
        <w:t xml:space="preserve">of regret flashed through his weariness: this would be a good photo, but he'd left his camera in the hotel safe.</w:t>
      </w:r>
      <w:r>
        <w:br/>
      </w:r>
      <w:r>
        <w:t xml:space="preserve">    (a) genetic change through evolution</w:t>
      </w:r>
      <w:r>
        <w:br/>
      </w:r>
      <w:r>
        <w:t xml:space="preserve">    (b) interact again or interest again</w:t>
      </w:r>
      <w:r>
        <w:br/>
      </w:r>
      <w:r>
        <w:t xml:space="preserve">    (c) slight indication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Through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wavering</w:t>
      </w:r>
      <w:r>
        <w:rPr>
          <w:b/>
          <w:bCs/>
        </w:rPr>
        <w:t xml:space="preserve"> </w:t>
      </w:r>
      <w:r>
        <w:rPr>
          <w:b/>
          <w:bCs/>
        </w:rPr>
        <w:t xml:space="preserve">air she saw Bree, moving along the perimeter of the crowd near the building, passing out leaflets.</w:t>
      </w:r>
      <w:r>
        <w:br/>
      </w:r>
      <w:r>
        <w:t xml:space="preserve">    (a) returning to an undesirable previous condition</w:t>
      </w:r>
      <w:r>
        <w:br/>
      </w:r>
      <w:r>
        <w:t xml:space="preserve">    (b) thinking carefully and making a judgment about</w:t>
      </w:r>
      <w:r>
        <w:br/>
      </w:r>
      <w:r>
        <w:t xml:space="preserve">    (c) moving back and forth; or being unsure or weak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couldn't blame him, no, you couldn't fault him for wanting to go deeper into every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fleeting</w:t>
      </w:r>
      <w:r>
        <w:rPr>
          <w:b/>
          <w:bCs/>
        </w:rPr>
        <w:t xml:space="preserve"> </w:t>
      </w:r>
      <w:r>
        <w:rPr>
          <w:b/>
          <w:bCs/>
        </w:rPr>
        <w:t xml:space="preserve">moment, to study its mystery, to shout against loss and change and motion.</w:t>
      </w:r>
      <w:r>
        <w:br/>
      </w:r>
      <w:r>
        <w:t xml:space="preserve">    (a) important</w:t>
      </w:r>
      <w:r>
        <w:br/>
      </w:r>
      <w:r>
        <w:t xml:space="preserve">    (b) lasting a short time</w:t>
      </w:r>
      <w:r>
        <w:br/>
      </w:r>
      <w:r>
        <w:t xml:space="preserve">    (c) wonderful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David must have been testing the range of his camera, keeping the subject the same and varying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, the aperture, the available light.</w:t>
      </w:r>
      <w:r>
        <w:br/>
      </w:r>
      <w:r>
        <w:t xml:space="preserve">    (a) lens adjustment</w:t>
      </w:r>
      <w:r>
        <w:br/>
      </w:r>
      <w:r>
        <w:t xml:space="preserve">    (b) lighting</w:t>
      </w:r>
      <w:r>
        <w:br/>
      </w:r>
      <w:r>
        <w:t xml:space="preserve">    (c) mental concentration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father had delivered his own twins in the middle of an unexpected storm, following the steps he knew by heart, keeping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on the pulse and heart rate of the woman on the table, the taut skin, the crowning head.</w:t>
      </w:r>
      <w:r>
        <w:br/>
      </w:r>
      <w:r>
        <w:t xml:space="preserve">    (a) camera lens</w:t>
      </w:r>
      <w:r>
        <w:br/>
      </w:r>
      <w:r>
        <w:t xml:space="preserve">    (b) image clarity</w:t>
      </w:r>
      <w:r>
        <w:br/>
      </w:r>
      <w:r>
        <w:t xml:space="preserve">    (c) concentration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conversation had begun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amicably</w:t>
      </w:r>
      <w:r>
        <w:rPr>
          <w:b/>
          <w:bCs/>
        </w:rPr>
        <w:t xml:space="preserve"> </w:t>
      </w:r>
      <w:r>
        <w:rPr>
          <w:b/>
          <w:bCs/>
        </w:rPr>
        <w:t xml:space="preserve">enough, a simple discussion of who would take care of the cat while they were both out of town: she in Indianapolis for a concert, he in Lexington to help his mother.</w:t>
      </w:r>
      <w:r>
        <w:br/>
      </w:r>
      <w:r>
        <w:t xml:space="preserve">    (a) in a friendly manner</w:t>
      </w:r>
      <w:r>
        <w:br/>
      </w:r>
      <w:r>
        <w:t xml:space="preserve">    (b) in an unremarkable manner</w:t>
      </w:r>
      <w:r>
        <w:br/>
      </w:r>
      <w:r>
        <w:t xml:space="preserve">    (c) in a simple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gave a sound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exasperation</w:t>
      </w:r>
      <w:r>
        <w:rPr>
          <w:b/>
          <w:bCs/>
        </w:rPr>
        <w:t xml:space="preserve">.</w:t>
      </w:r>
      <w:r>
        <w:br/>
      </w:r>
      <w:r>
        <w:t xml:space="preserve">    (a) great annoyance</w:t>
      </w:r>
      <w:r>
        <w:br/>
      </w:r>
      <w:r>
        <w:t xml:space="preserve">    (b) in disagreement</w:t>
      </w:r>
      <w:r>
        <w:br/>
      </w:r>
      <w:r>
        <w:t xml:space="preserve">    (c) relative amount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Paul took them and stared from one to the other: a posed picture of a girl, smiling, and then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candid</w:t>
      </w:r>
      <w:r>
        <w:rPr>
          <w:b/>
          <w:bCs/>
        </w:rPr>
        <w:t xml:space="preserve"> </w:t>
      </w:r>
      <w:r>
        <w:rPr>
          <w:b/>
          <w:bCs/>
        </w:rPr>
        <w:t xml:space="preserve">shot of her shooting a basket.</w:t>
      </w:r>
      <w:r>
        <w:br/>
      </w:r>
      <w:r>
        <w:t xml:space="preserve">    (a) loyalty</w:t>
      </w:r>
      <w:r>
        <w:br/>
      </w:r>
      <w:r>
        <w:t xml:space="preserve">    (b) thought</w:t>
      </w:r>
      <w:r>
        <w:br/>
      </w:r>
      <w:r>
        <w:t xml:space="preserve">    (c) unposed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This, finally, was what had pained his mother most, the lost years standing between them, their words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tentative</w:t>
      </w:r>
      <w:r>
        <w:rPr>
          <w:b/>
          <w:bCs/>
        </w:rPr>
        <w:t xml:space="preserve"> </w:t>
      </w:r>
      <w:r>
        <w:rPr>
          <w:b/>
          <w:bCs/>
        </w:rPr>
        <w:t xml:space="preserve">and formal where ease and love should have been.</w:t>
      </w:r>
      <w:r>
        <w:br/>
      </w:r>
      <w:r>
        <w:t xml:space="preserve">    (a) cold</w:t>
      </w:r>
      <w:r>
        <w:br/>
      </w:r>
      <w:r>
        <w:t xml:space="preserve">    (b) cautious</w:t>
      </w:r>
      <w:r>
        <w:br/>
      </w:r>
      <w:r>
        <w:t xml:space="preserve">    (c) bitter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2026-07-31T19:17:06Z</dcterms:created>
  <dcterms:modified xsi:type="dcterms:W3CDTF">2026-07-31T19:17:06Z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