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ef4dbd59dc4e3f90063fac3da637035e67415b"/>
    <w:p>
      <w:pPr>
        <w:pStyle w:val="Heading1"/>
      </w:pPr>
      <w:r>
        <w:rPr>
          <w:b/>
          <w:bCs/>
        </w:rPr>
        <w:t xml:space="preserve">The Masque of the Red Death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 </w:t>
      </w:r>
      <w:r>
        <w:rPr>
          <w:b/>
          <w:bCs/>
        </w:rPr>
        <w:t xml:space="preserve">had ever been so fatal, or so hideous.</w:t>
      </w:r>
      <w:r>
        <w:br/>
      </w:r>
      <w:r>
        <w:t xml:space="preserve">    (a) widespread disease (usually severe); or any severely harmful or evil influence that is hard to get rid of</w:t>
      </w:r>
      <w:r>
        <w:br/>
      </w:r>
      <w:r>
        <w:t xml:space="preserve">    (b) a South African whose first language is Afrikaans -- typically descendants of 17th century Dutch settlers</w:t>
      </w:r>
      <w:r>
        <w:br/>
      </w:r>
      <w:r>
        <w:t xml:space="preserve">    (c) something that is not obvious, but noticeable by someone with adequate sensitivity and relevant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...sudden impulses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 </w:t>
      </w:r>
      <w:r>
        <w:rPr>
          <w:b/>
          <w:bCs/>
        </w:rPr>
        <w:t xml:space="preserve">or of frenzy from within.</w:t>
      </w:r>
      <w:r>
        <w:br/>
      </w:r>
      <w:r>
        <w:t xml:space="preserve">    (a) not creating disagreement or struggle</w:t>
      </w:r>
      <w:r>
        <w:br/>
      </w:r>
      <w:r>
        <w:t xml:space="preserve">    (b) hopelessness</w:t>
      </w:r>
      <w:r>
        <w:br/>
      </w:r>
      <w:r>
        <w:t xml:space="preserve">    (c) adjusts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abbey</w:t>
      </w:r>
      <w:r>
        <w:rPr>
          <w:b/>
          <w:bCs/>
        </w:rPr>
        <w:t xml:space="preserve"> </w:t>
      </w:r>
      <w:r>
        <w:rPr>
          <w:b/>
          <w:bCs/>
        </w:rPr>
        <w:t xml:space="preserve">was amply provisioned.</w:t>
      </w:r>
      <w:r>
        <w:br/>
      </w:r>
      <w:r>
        <w:t xml:space="preserve">    (a) a building where monks or nuns live or lived; or a church associated with such a building</w:t>
      </w:r>
      <w:r>
        <w:br/>
      </w:r>
      <w:r>
        <w:t xml:space="preserve">    (b) a small, rural parish church</w:t>
      </w:r>
      <w:r>
        <w:br/>
      </w:r>
      <w:r>
        <w:t xml:space="preserve">    (c) a large cathedral open to the public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the case was very different; as might have been expected from the duke's love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.</w:t>
      </w:r>
      <w:r>
        <w:br/>
      </w:r>
      <w:r>
        <w:t xml:space="preserve">    (a) the quality of disagreeing</w:t>
      </w:r>
      <w:r>
        <w:br/>
      </w:r>
      <w:r>
        <w:t xml:space="preserve">    (b) exceedingly odd or unusual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sharp turn at every twenty or thirty yards, and at each turn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effect.</w:t>
      </w:r>
      <w:r>
        <w:br/>
      </w:r>
      <w:r>
        <w:t xml:space="preserve">    (a) new and original</w:t>
      </w:r>
      <w:r>
        <w:br/>
      </w:r>
      <w:r>
        <w:t xml:space="preserve">    (b) important and valuable</w:t>
      </w:r>
      <w:r>
        <w:br/>
      </w:r>
      <w:r>
        <w:t xml:space="preserve">    (c) traditional (having withstood the test of time)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windows were of stained glass whose color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in accordance with the prevailing hue of the decorations of the chamber into which it opened.</w:t>
      </w:r>
      <w:r>
        <w:br/>
      </w:r>
      <w:r>
        <w:t xml:space="preserve">    (a) differed; or changed</w:t>
      </w:r>
      <w:r>
        <w:br/>
      </w:r>
      <w:r>
        <w:t xml:space="preserve">    (b) took on as one's own</w:t>
      </w:r>
      <w:r>
        <w:br/>
      </w:r>
      <w:r>
        <w:t xml:space="preserve">    (c) began fighting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windows were of stained glass whose color varied in accordance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prevailing</w:t>
      </w:r>
      <w:r>
        <w:rPr>
          <w:b/>
          <w:bCs/>
        </w:rPr>
        <w:t xml:space="preserve"> </w:t>
      </w:r>
      <w:r>
        <w:rPr>
          <w:b/>
          <w:bCs/>
        </w:rPr>
        <w:t xml:space="preserve">hue of the decorations of the chamber into which it opened.</w:t>
      </w:r>
      <w:r>
        <w:br/>
      </w:r>
      <w:r>
        <w:t xml:space="preserve">    (a) most common or influential</w:t>
      </w:r>
      <w:r>
        <w:br/>
      </w:r>
      <w:r>
        <w:t xml:space="preserve">    (b) changing to fit a different situation</w:t>
      </w:r>
      <w:r>
        <w:br/>
      </w:r>
      <w:r>
        <w:t xml:space="preserve">    (c) strongly desiring; or a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second chamber was purple in its ornaments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tapestries</w:t>
      </w:r>
      <w:r>
        <w:rPr>
          <w:b/>
          <w:bCs/>
        </w:rPr>
        <w:t xml:space="preserve">, and here the panes were purple.</w:t>
      </w:r>
      <w:r>
        <w:br/>
      </w:r>
      <w:r>
        <w:t xml:space="preserve">    (a) admits ceremoniously into an organization or position</w:t>
      </w:r>
      <w:r>
        <w:br/>
      </w:r>
      <w:r>
        <w:t xml:space="preserve">    (b) understands or explains something in a particular way</w:t>
      </w:r>
      <w:r>
        <w:br/>
      </w:r>
      <w:r>
        <w:t xml:space="preserve">    (c) rug-like artworks -- often hung on a wall for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look upon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countenances</w:t>
      </w:r>
      <w:r>
        <w:rPr>
          <w:b/>
          <w:bCs/>
        </w:rPr>
        <w:t xml:space="preserve"> </w:t>
      </w:r>
      <w:r>
        <w:rPr>
          <w:b/>
          <w:bCs/>
        </w:rPr>
        <w:t xml:space="preserve">of those who entered</w:t>
      </w:r>
      <w:r>
        <w:br/>
      </w:r>
      <w:r>
        <w:t xml:space="preserve">    (a) faces</w:t>
      </w:r>
      <w:r>
        <w:br/>
      </w:r>
      <w:r>
        <w:t xml:space="preserve">    (b) changes; or changed versions</w:t>
      </w:r>
      <w:r>
        <w:br/>
      </w:r>
      <w:r>
        <w:t xml:space="preserve">    (c) instances of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when the minute-hand made the circuit of the face, and the hour was to be stricken, there came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 </w:t>
      </w:r>
      <w:r>
        <w:rPr>
          <w:b/>
          <w:bCs/>
        </w:rPr>
        <w:t xml:space="preserve">lungs of the clock a sound which was clear and loud and deep and exceedingly musical, but of so peculiar a note and emphasis that, at each lapse of an hour, the musicians of the orchestra were constrained to pause, momentarily, in their performance, to hearken to the sound;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bold and unrestrained by what others consider proper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 light laughter at once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pervaded</w:t>
      </w:r>
      <w:r>
        <w:rPr>
          <w:b/>
          <w:bCs/>
        </w:rPr>
        <w:t xml:space="preserve"> </w:t>
      </w:r>
      <w:r>
        <w:rPr>
          <w:b/>
          <w:bCs/>
        </w:rPr>
        <w:t xml:space="preserve">the assembly;</w:t>
      </w:r>
      <w:r>
        <w:br/>
      </w:r>
      <w:r>
        <w:t xml:space="preserve">    (a) spread through or filled</w:t>
      </w:r>
      <w:r>
        <w:br/>
      </w:r>
      <w:r>
        <w:t xml:space="preserve">    (b) not concentrated</w:t>
      </w:r>
      <w:r>
        <w:br/>
      </w:r>
      <w:r>
        <w:t xml:space="preserve">    (c) stopped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...there came yet another chiming of the clock, and then were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disconcert</w:t>
      </w:r>
      <w:r>
        <w:rPr>
          <w:b/>
          <w:bCs/>
        </w:rPr>
        <w:t xml:space="preserve"> </w:t>
      </w:r>
      <w:r>
        <w:rPr>
          <w:b/>
          <w:bCs/>
        </w:rPr>
        <w:t xml:space="preserve">and tremulousness and meditation as before.</w:t>
      </w:r>
      <w:r>
        <w:br/>
      </w:r>
      <w:r>
        <w:t xml:space="preserve">    (a) nervousness (disruption of composure)</w:t>
      </w:r>
      <w:r>
        <w:br/>
      </w:r>
      <w:r>
        <w:t xml:space="preserve">    (b) suntanned; or reddish-brown or yellowish-brown in color</w:t>
      </w:r>
      <w:r>
        <w:br/>
      </w:r>
      <w:r>
        <w:t xml:space="preserve">    (c) not feeling or showing sympathy for another's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directed, in great part, the moveable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embellishments</w:t>
      </w:r>
      <w:r>
        <w:rPr>
          <w:b/>
          <w:bCs/>
        </w:rPr>
        <w:t xml:space="preserve"> </w:t>
      </w:r>
      <w:r>
        <w:rPr>
          <w:b/>
          <w:bCs/>
        </w:rPr>
        <w:t xml:space="preserve">of the seven chambers,</w:t>
      </w:r>
      <w:r>
        <w:br/>
      </w:r>
      <w:r>
        <w:t xml:space="preserve">    (a) tiles designed to affect noise -- typically to decrease noise</w:t>
      </w:r>
      <w:r>
        <w:br/>
      </w:r>
      <w:r>
        <w:t xml:space="preserve">    (b) things added to make something more attractive or interesting</w:t>
      </w:r>
      <w:r>
        <w:br/>
      </w:r>
      <w:r>
        <w:t xml:space="preserve">    (c) instances of taking on or adopting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but an instant</w:t>
      </w:r>
      <w:r>
        <w:br/>
      </w:r>
      <w:r>
        <w:t xml:space="preserve">    (a) took on or adopted</w:t>
      </w:r>
      <w:r>
        <w:br/>
      </w:r>
      <w:r>
        <w:t xml:space="preserve">    (b) lasted (continued to exist)</w:t>
      </w:r>
      <w:r>
        <w:br/>
      </w:r>
      <w:r>
        <w:t xml:space="preserve">    (c) previously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yet all this might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,</w:t>
      </w:r>
      <w:r>
        <w:br/>
      </w:r>
      <w:r>
        <w:t xml:space="preserve">    (a) suffered through</w:t>
      </w:r>
      <w:r>
        <w:br/>
      </w:r>
      <w:r>
        <w:t xml:space="preserve">    (b) not persuaded to want something (often sex or love) through temptation</w:t>
      </w:r>
      <w:r>
        <w:br/>
      </w:r>
      <w:r>
        <w:t xml:space="preserve">    (c) stuck out, attracted more attention than desired, or imposed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</w:t>
      </w:r>
      <w:r>
        <w:rPr>
          <w:b/>
          <w:bCs/>
        </w:rPr>
        <w:t xml:space="preserve"> </w:t>
      </w:r>
      <w:r>
        <w:rPr>
          <w:b/>
          <w:bCs/>
        </w:rPr>
        <w:t xml:space="preserve">went whirlingly on, until at length there commenced the sounding of midnight upon the clock.</w:t>
      </w:r>
      <w:r>
        <w:br/>
      </w:r>
      <w:r>
        <w:t xml:space="preserve">    (a) party</w:t>
      </w:r>
      <w:r>
        <w:br/>
      </w:r>
      <w:r>
        <w:t xml:space="preserve">    (b) a rough calculation or guess of a value, quantity, or extent of something</w:t>
      </w:r>
      <w:r>
        <w:br/>
      </w:r>
      <w:r>
        <w:t xml:space="preserve">    (c) add fuel or stir a fire to make it burn hotter; or make feelings stronger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company, indeed, seemed now deeply to feel that in the costume and bearing of the stranger neither wit 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propriety</w:t>
      </w:r>
      <w:r>
        <w:rPr>
          <w:b/>
          <w:bCs/>
        </w:rPr>
        <w:t xml:space="preserve"> </w:t>
      </w:r>
      <w:r>
        <w:rPr>
          <w:b/>
          <w:bCs/>
        </w:rPr>
        <w:t xml:space="preserve">existed.</w:t>
      </w:r>
      <w:r>
        <w:br/>
      </w:r>
      <w:r>
        <w:t xml:space="preserve">    (a) dreamlike state of altered consciousness</w:t>
      </w:r>
      <w:r>
        <w:br/>
      </w:r>
      <w:r>
        <w:t xml:space="preserve">    (b) someone who is intolerant and prejudiced</w:t>
      </w:r>
      <w:r>
        <w:br/>
      </w:r>
      <w:r>
        <w:t xml:space="preserve">    (c) socially correct or appropriate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...that the closest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must have had difficulty in detecting the cheat.</w:t>
      </w:r>
      <w:r>
        <w:br/>
      </w:r>
      <w:r>
        <w:t xml:space="preserve">    (a) careful look or inspection</w:t>
      </w:r>
      <w:r>
        <w:br/>
      </w:r>
      <w:r>
        <w:t xml:space="preserve">    (b) a secret agreement or plot</w:t>
      </w:r>
      <w:r>
        <w:br/>
      </w:r>
      <w:r>
        <w:t xml:space="preserve">    (c) the best or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 slow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movement</w:t>
      </w:r>
      <w:r>
        <w:br/>
      </w:r>
      <w:r>
        <w:t xml:space="preserve">    (a) serious and possibly dignified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bore aloft a drawn dagger, and had approached, in rapid impetuosity, to within three or four feet of the retreating figure, when the latter, having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attained</w:t>
      </w:r>
      <w:r>
        <w:rPr>
          <w:b/>
          <w:bCs/>
        </w:rPr>
        <w:t xml:space="preserve"> </w:t>
      </w:r>
      <w:r>
        <w:rPr>
          <w:b/>
          <w:bCs/>
        </w:rPr>
        <w:t xml:space="preserve">the extremity of the velvet apartment, turned suddenly and confronted his pursuer.</w:t>
      </w:r>
      <w:r>
        <w:br/>
      </w:r>
      <w:r>
        <w:t xml:space="preserve">    (a) examined in detail to better understand</w:t>
      </w:r>
      <w:r>
        <w:br/>
      </w:r>
      <w:r>
        <w:t xml:space="preserve">    (b) gained or reached something with effort</w:t>
      </w:r>
      <w:r>
        <w:br/>
      </w:r>
      <w:r>
        <w:t xml:space="preserve">    (c) tension from opposing ideas or feelings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2026-07-31T17:13:09Z</dcterms:created>
  <dcterms:modified xsi:type="dcterms:W3CDTF">2026-07-31T17:13:09Z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