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f5cca083322ccf5dff02ee757589c4445ff96b"/>
    <w:p>
      <w:pPr>
        <w:pStyle w:val="Heading1"/>
      </w:pPr>
      <w:r>
        <w:rPr>
          <w:b/>
          <w:bCs/>
        </w:rPr>
        <w:t xml:space="preserve">The Martian Chronicles</w:t>
      </w:r>
      <w:r>
        <w:br/>
      </w:r>
      <w:r>
        <w:rPr>
          <w:i/>
          <w:iCs/>
        </w:rPr>
        <w:t xml:space="preserve">Ray Bradbury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trying to understand her, but I am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bewildered</w:t>
      </w:r>
      <w:r>
        <w:rPr>
          <w:b/>
          <w:bCs/>
        </w:rPr>
        <w:t xml:space="preserve">.</w:t>
      </w:r>
      <w:r>
        <w:br/>
      </w:r>
      <w:r>
        <w:t xml:space="preserve">    (a) confused</w:t>
      </w:r>
      <w:r>
        <w:br/>
      </w:r>
      <w:r>
        <w:t xml:space="preserve">    (b) distracted</w:t>
      </w:r>
      <w:r>
        <w:br/>
      </w:r>
      <w:r>
        <w:t xml:space="preserve">    (c) bored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in the 21st century, high school teachers in the country are still occasionally imprisoned and/or lashed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blasphemy</w:t>
      </w:r>
      <w:r>
        <w:rPr>
          <w:b/>
          <w:bCs/>
        </w:rPr>
        <w:t xml:space="preserve">.</w:t>
      </w:r>
      <w:r>
        <w:br/>
      </w:r>
      <w:r>
        <w:t xml:space="preserve">    (a) a serious logical error</w:t>
      </w:r>
      <w:r>
        <w:br/>
      </w:r>
      <w:r>
        <w:t xml:space="preserve">    (b) a dispute where there is strong disagreement</w:t>
      </w:r>
      <w:r>
        <w:br/>
      </w:r>
      <w:r>
        <w:t xml:space="preserve">    (c) disrespect of something considered sacred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approached the impressive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bronze</w:t>
      </w:r>
      <w:r>
        <w:rPr>
          <w:b/>
          <w:bCs/>
        </w:rPr>
        <w:t xml:space="preserve"> </w:t>
      </w:r>
      <w:r>
        <w:rPr>
          <w:b/>
          <w:bCs/>
        </w:rPr>
        <w:t xml:space="preserve">doors.</w:t>
      </w:r>
      <w:r>
        <w:br/>
      </w:r>
      <w:r>
        <w:t xml:space="preserve">    (a) made of a type of high-quality metal</w:t>
      </w:r>
      <w:r>
        <w:br/>
      </w:r>
      <w:r>
        <w:t xml:space="preserve">    (b) made of a high-quality wood</w:t>
      </w:r>
      <w:r>
        <w:br/>
      </w:r>
      <w:r>
        <w:t xml:space="preserve">    (c) notably large and appearing heavy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saw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bronze</w:t>
      </w:r>
      <w:r>
        <w:rPr>
          <w:b/>
          <w:bCs/>
        </w:rPr>
        <w:t xml:space="preserve"> </w:t>
      </w:r>
      <w:r>
        <w:rPr>
          <w:b/>
          <w:bCs/>
        </w:rPr>
        <w:t xml:space="preserve">hair.</w:t>
      </w:r>
      <w:r>
        <w:br/>
      </w:r>
      <w:r>
        <w:t xml:space="preserve">    (a) reddish-brown or yellowish-brown</w:t>
      </w:r>
      <w:r>
        <w:br/>
      </w:r>
      <w:r>
        <w:t xml:space="preserve">    (b) straight</w:t>
      </w:r>
      <w:r>
        <w:br/>
      </w:r>
      <w:r>
        <w:t xml:space="preserve">    (c) curly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difficult to count all the homeless when performing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census</w:t>
      </w:r>
      <w:r>
        <w:rPr>
          <w:b/>
          <w:bCs/>
        </w:rPr>
        <w:t xml:space="preserve">.</w:t>
      </w:r>
      <w:r>
        <w:br/>
      </w:r>
      <w:r>
        <w:t xml:space="preserve">    (a) voter survey</w:t>
      </w:r>
      <w:r>
        <w:br/>
      </w:r>
      <w:r>
        <w:t xml:space="preserve">    (b) tax audit</w:t>
      </w:r>
      <w:r>
        <w:br/>
      </w:r>
      <w:r>
        <w:t xml:space="preserve">    (c) population count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Alternating walk and rest was more beneficial than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continuous</w:t>
      </w:r>
      <w:r>
        <w:rPr>
          <w:b/>
          <w:bCs/>
        </w:rPr>
        <w:t xml:space="preserve"> </w:t>
      </w:r>
      <w:r>
        <w:rPr>
          <w:b/>
          <w:bCs/>
        </w:rPr>
        <w:t xml:space="preserve">walking for people with Type 2 diabetes.</w:t>
      </w:r>
      <w:r>
        <w:br/>
      </w:r>
      <w:r>
        <w:t xml:space="preserve">    (a) uninterrupted</w:t>
      </w:r>
      <w:r>
        <w:br/>
      </w:r>
      <w:r>
        <w:t xml:space="preserve">    (b) scheduled</w:t>
      </w:r>
      <w:r>
        <w:br/>
      </w:r>
      <w:r>
        <w:t xml:space="preserve">    (c) occasional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winter continued, the family's supply of firewood began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dwindle</w:t>
      </w:r>
      <w:r>
        <w:rPr>
          <w:b/>
          <w:bCs/>
        </w:rPr>
        <w:t xml:space="preserve">.</w:t>
      </w:r>
      <w:r>
        <w:br/>
      </w:r>
      <w:r>
        <w:t xml:space="preserve">    (a) suddenly improve</w:t>
      </w:r>
      <w:r>
        <w:br/>
      </w:r>
      <w:r>
        <w:t xml:space="preserve">    (b) gradually decrease</w:t>
      </w:r>
      <w:r>
        <w:br/>
      </w:r>
      <w:r>
        <w:t xml:space="preserve">    (c) remain unchanged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Despite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eminent</w:t>
      </w:r>
      <w:r>
        <w:rPr>
          <w:b/>
          <w:bCs/>
        </w:rPr>
        <w:t xml:space="preserve"> </w:t>
      </w:r>
      <w:r>
        <w:rPr>
          <w:b/>
          <w:bCs/>
        </w:rPr>
        <w:t xml:space="preserve">status in the art world, she remained humble and approachable.</w:t>
      </w:r>
      <w:r>
        <w:br/>
      </w:r>
      <w:r>
        <w:t xml:space="preserve">    (a) barely noticed</w:t>
      </w:r>
      <w:r>
        <w:br/>
      </w:r>
      <w:r>
        <w:t xml:space="preserve">    (b) respected and well-known</w:t>
      </w:r>
      <w:r>
        <w:br/>
      </w:r>
      <w:r>
        <w:t xml:space="preserve">    (c) newly acquired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Fans have enjoyed watching the characters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evolve</w:t>
      </w:r>
      <w:r>
        <w:rPr>
          <w:b/>
          <w:bCs/>
        </w:rPr>
        <w:t xml:space="preserve"> </w:t>
      </w:r>
      <w:r>
        <w:rPr>
          <w:b/>
          <w:bCs/>
        </w:rPr>
        <w:t xml:space="preserve">for over a decade now.</w:t>
      </w:r>
      <w:r>
        <w:br/>
      </w:r>
      <w:r>
        <w:t xml:space="preserve">    (a) gradually develop</w:t>
      </w:r>
      <w:r>
        <w:br/>
      </w:r>
      <w:r>
        <w:t xml:space="preserve">    (b) battle</w:t>
      </w:r>
      <w:r>
        <w:br/>
      </w:r>
      <w:r>
        <w:t xml:space="preserve">    (c) dramatic reactions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Different mutations had occurred in the isolated populations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evolved</w:t>
      </w:r>
      <w:r>
        <w:rPr>
          <w:b/>
          <w:bCs/>
        </w:rPr>
        <w:t xml:space="preserve"> </w:t>
      </w:r>
      <w:r>
        <w:rPr>
          <w:b/>
          <w:bCs/>
        </w:rPr>
        <w:t xml:space="preserve">in different cave systems.</w:t>
      </w:r>
      <w:r>
        <w:br/>
      </w:r>
      <w:r>
        <w:br/>
      </w:r>
      <w:r>
        <w:t xml:space="preserve">    (a) changed through evolution</w:t>
      </w:r>
      <w:r>
        <w:br/>
      </w:r>
      <w:r>
        <w:t xml:space="preserve">    (b) migrated to live</w:t>
      </w:r>
      <w:r>
        <w:br/>
      </w:r>
      <w:r>
        <w:t xml:space="preserve">    (c) lived for many years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first, 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incredulous</w:t>
      </w:r>
      <w:r>
        <w:rPr>
          <w:b/>
          <w:bCs/>
        </w:rPr>
        <w:t xml:space="preserve">--thinking the report was in error.</w:t>
      </w:r>
      <w:r>
        <w:br/>
      </w:r>
      <w:r>
        <w:t xml:space="preserve">    (a) without belief</w:t>
      </w:r>
      <w:r>
        <w:br/>
      </w:r>
      <w:r>
        <w:t xml:space="preserve">    (b) worried</w:t>
      </w:r>
      <w:r>
        <w:br/>
      </w:r>
      <w:r>
        <w:t xml:space="preserve">    (c) confused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here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inquire</w:t>
      </w:r>
      <w:r>
        <w:rPr>
          <w:b/>
          <w:bCs/>
        </w:rPr>
        <w:t xml:space="preserve"> </w:t>
      </w:r>
      <w:r>
        <w:rPr>
          <w:b/>
          <w:bCs/>
        </w:rPr>
        <w:t xml:space="preserve">about the job.</w:t>
      </w:r>
      <w:r>
        <w:br/>
      </w:r>
      <w:r>
        <w:t xml:space="preserve">    (a) ask about</w:t>
      </w:r>
      <w:r>
        <w:br/>
      </w:r>
      <w:r>
        <w:t xml:space="preserve">    (b) answer questions</w:t>
      </w:r>
      <w:r>
        <w:br/>
      </w:r>
      <w:r>
        <w:t xml:space="preserve">    (c) perform a task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were away from the city lights where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meteors</w:t>
      </w:r>
      <w:r>
        <w:rPr>
          <w:b/>
          <w:bCs/>
        </w:rPr>
        <w:t xml:space="preserve"> </w:t>
      </w:r>
      <w:r>
        <w:rPr>
          <w:b/>
          <w:bCs/>
        </w:rPr>
        <w:t xml:space="preserve">are easier to see.</w:t>
      </w:r>
      <w:r>
        <w:br/>
      </w:r>
      <w:r>
        <w:t xml:space="preserve">    (a) low clouds</w:t>
      </w:r>
      <w:r>
        <w:br/>
      </w:r>
      <w:r>
        <w:t xml:space="preserve">    (b) tall trees</w:t>
      </w:r>
      <w:r>
        <w:br/>
      </w:r>
      <w:r>
        <w:t xml:space="preserve">    (c) shooting stars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loves him.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, she is determined to stop seeing him unless he stops drinking.</w:t>
      </w:r>
      <w:r>
        <w:br/>
      </w:r>
      <w:r>
        <w:t xml:space="preserve">    (a) in addition</w:t>
      </w:r>
      <w:r>
        <w:br/>
      </w:r>
      <w:r>
        <w:t xml:space="preserve">    (b) despite that</w:t>
      </w:r>
      <w:r>
        <w:br/>
      </w:r>
      <w:r>
        <w:t xml:space="preserve">    (c) also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clock's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pendulum</w:t>
      </w:r>
      <w:r>
        <w:rPr>
          <w:b/>
          <w:bCs/>
        </w:rPr>
        <w:t xml:space="preserve"> </w:t>
      </w:r>
      <w:r>
        <w:rPr>
          <w:b/>
          <w:bCs/>
        </w:rPr>
        <w:t xml:space="preserve">swung steadily from side to side.</w:t>
      </w:r>
      <w:r>
        <w:br/>
      </w:r>
      <w:r>
        <w:t xml:space="preserve">    (a) swinging weight</w:t>
      </w:r>
      <w:r>
        <w:br/>
      </w:r>
      <w:r>
        <w:t xml:space="preserve">    (b) measuring mark</w:t>
      </w:r>
      <w:r>
        <w:br/>
      </w:r>
      <w:r>
        <w:t xml:space="preserve">    (c) fixed support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40 years of greeting guests in person,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proprietor</w:t>
      </w:r>
      <w:r>
        <w:rPr>
          <w:b/>
          <w:bCs/>
        </w:rPr>
        <w:t xml:space="preserve"> </w:t>
      </w:r>
      <w:r>
        <w:rPr>
          <w:b/>
          <w:bCs/>
        </w:rPr>
        <w:t xml:space="preserve">of the restaurant is retiring.</w:t>
      </w:r>
      <w:r>
        <w:br/>
      </w:r>
      <w:r>
        <w:t xml:space="preserve">    (a) customer</w:t>
      </w:r>
      <w:r>
        <w:br/>
      </w:r>
      <w:r>
        <w:t xml:space="preserve">    (b) employee</w:t>
      </w:r>
      <w:r>
        <w:br/>
      </w:r>
      <w:r>
        <w:t xml:space="preserve">    (c) owner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During the episode, he became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psychotic</w:t>
      </w:r>
      <w:r>
        <w:rPr>
          <w:b/>
          <w:bCs/>
        </w:rPr>
        <w:t xml:space="preserve"> </w:t>
      </w:r>
      <w:r>
        <w:rPr>
          <w:b/>
          <w:bCs/>
        </w:rPr>
        <w:t xml:space="preserve">and could not tell what was real.</w:t>
      </w:r>
      <w:r>
        <w:br/>
      </w:r>
      <w:r>
        <w:t xml:space="preserve">    (a) detached from reality</w:t>
      </w:r>
      <w:r>
        <w:br/>
      </w:r>
      <w:r>
        <w:t xml:space="preserve">    (b) unusually anxious</w:t>
      </w:r>
      <w:r>
        <w:br/>
      </w:r>
      <w:r>
        <w:t xml:space="preserve">    (c) angry without reason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enjoyed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sensual</w:t>
      </w:r>
      <w:r>
        <w:rPr>
          <w:b/>
          <w:bCs/>
        </w:rPr>
        <w:t xml:space="preserve"> </w:t>
      </w:r>
      <w:r>
        <w:rPr>
          <w:b/>
          <w:bCs/>
        </w:rPr>
        <w:t xml:space="preserve">pleasure of the warm sun on her skin.</w:t>
      </w:r>
      <w:r>
        <w:br/>
      </w:r>
      <w:r>
        <w:t xml:space="preserve">    (a) pleasing the body's senses</w:t>
      </w:r>
      <w:r>
        <w:br/>
      </w:r>
      <w:r>
        <w:t xml:space="preserve">    (b) deep empathetic understanding</w:t>
      </w:r>
      <w:r>
        <w:br/>
      </w:r>
      <w:r>
        <w:t xml:space="preserve">    (c) exciting the mind's intellect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remained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serene</w:t>
      </w:r>
      <w:r>
        <w:rPr>
          <w:b/>
          <w:bCs/>
        </w:rPr>
        <w:t xml:space="preserve"> </w:t>
      </w:r>
      <w:r>
        <w:rPr>
          <w:b/>
          <w:bCs/>
        </w:rPr>
        <w:t xml:space="preserve">even when he was yelling at her.</w:t>
      </w:r>
      <w:r>
        <w:br/>
      </w:r>
      <w:r>
        <w:t xml:space="preserve">    (a) calm</w:t>
      </w:r>
      <w:r>
        <w:br/>
      </w:r>
      <w:r>
        <w:t xml:space="preserve">    (b) unmoved</w:t>
      </w:r>
      <w:r>
        <w:br/>
      </w:r>
      <w:r>
        <w:t xml:space="preserve">    (c) aggressive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Though popular in fiction,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telepathy</w:t>
      </w:r>
      <w:r>
        <w:rPr>
          <w:b/>
          <w:bCs/>
        </w:rPr>
        <w:t xml:space="preserve"> </w:t>
      </w:r>
      <w:r>
        <w:rPr>
          <w:b/>
          <w:bCs/>
        </w:rPr>
        <w:t xml:space="preserve">does not exist in the real world.</w:t>
      </w:r>
      <w:r>
        <w:br/>
      </w:r>
      <w:r>
        <w:t xml:space="preserve">    (a) communication from one mind to another without using the known senses</w:t>
      </w:r>
      <w:r>
        <w:br/>
      </w:r>
      <w:r>
        <w:t xml:space="preserve">    (b) unsophisticated (meant disapprovingly to refer to old-fashioned or narrow-minded attitudes and ideas)</w:t>
      </w:r>
      <w:r>
        <w:br/>
      </w:r>
      <w:r>
        <w:t xml:space="preserve">    (c) improperly bold or disrespectful -- especially toward someone who is older or considered to be of higher status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2026-07-31T15:44:40Z</dcterms:created>
  <dcterms:modified xsi:type="dcterms:W3CDTF">2026-07-31T15:44:40Z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