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2df4f21a4f0d268336388610032d213804aead6"/>
    <w:p>
      <w:pPr>
        <w:pStyle w:val="Heading1"/>
      </w:pPr>
      <w:r>
        <w:rPr>
          <w:b/>
          <w:bCs/>
        </w:rPr>
        <w:t xml:space="preserve">The Martian Chronicles</w:t>
      </w:r>
      <w:r>
        <w:br/>
      </w:r>
      <w:r>
        <w:rPr>
          <w:i/>
          <w:iCs/>
        </w:rPr>
        <w:t xml:space="preserve">Ray Bradbury</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u w:val="single"/>
        </w:rPr>
        <w:t xml:space="preserve">Telepathy</w:t>
      </w:r>
      <w:r>
        <w:rPr>
          <w:b/>
          <w:bCs/>
        </w:rPr>
        <w:t xml:space="preserve">, I suppose.</w:t>
      </w:r>
      <w:r>
        <w:br/>
      </w:r>
      <w:r>
        <w:t xml:space="preserve">    (a) communication from one mind to another without using the known senses (often used in fiction but not scientifically supported as real)</w:t>
      </w:r>
      <w:r>
        <w:br/>
      </w:r>
      <w:r>
        <w:t xml:space="preserve">    (b) when what happens is very different than what might be expected; or when things are together that seem like they don't belong together</w:t>
      </w:r>
      <w:r>
        <w:br/>
      </w:r>
      <w:r>
        <w:t xml:space="preserve">    (c) lymph node -- one of many bean-sized organs that filter bacteria and other toxins from circulating white-blood-cell filled lymph fluid</w:t>
      </w:r>
    </w:p>
    <w:p>
      <w:pPr>
        <w:pStyle w:val="Compact"/>
        <w:numPr>
          <w:ilvl w:val="0"/>
          <w:numId w:val="1001"/>
        </w:numPr>
      </w:pPr>
      <w:r>
        <w:rPr>
          <w:b/>
          <w:bCs/>
        </w:rPr>
        <w:t xml:space="preserve">...musicians made a</w:t>
      </w:r>
      <w:r>
        <w:rPr>
          <w:b/>
          <w:bCs/>
        </w:rPr>
        <w:t xml:space="preserve"> </w:t>
      </w:r>
      <w:r>
        <w:rPr>
          <w:b/>
          <w:bCs/>
          <w:u w:val="single"/>
        </w:rPr>
        <w:t xml:space="preserve">serene</w:t>
      </w:r>
      <w:r>
        <w:rPr>
          <w:b/>
          <w:bCs/>
        </w:rPr>
        <w:t xml:space="preserve"> </w:t>
      </w:r>
      <w:r>
        <w:rPr>
          <w:b/>
          <w:bCs/>
        </w:rPr>
        <w:t xml:space="preserve">music flow up like blossom scent on the still air.</w:t>
      </w:r>
      <w:r>
        <w:br/>
      </w:r>
      <w:r>
        <w:t xml:space="preserve">    (a) not straightforward</w:t>
      </w:r>
      <w:r>
        <w:br/>
      </w:r>
      <w:r>
        <w:t xml:space="preserve">    (b) calm and untroubled</w:t>
      </w:r>
      <w:r>
        <w:br/>
      </w:r>
      <w:r>
        <w:t xml:space="preserve">    (c) not done on purpose</w:t>
      </w:r>
    </w:p>
    <w:p>
      <w:pPr>
        <w:pStyle w:val="Compact"/>
        <w:numPr>
          <w:ilvl w:val="0"/>
          <w:numId w:val="1001"/>
        </w:numPr>
      </w:pPr>
      <w:r>
        <w:rPr>
          <w:b/>
          <w:bCs/>
        </w:rPr>
        <w:t xml:space="preserve">The man was still there, trying to smile, looking</w:t>
      </w:r>
      <w:r>
        <w:rPr>
          <w:b/>
          <w:bCs/>
        </w:rPr>
        <w:t xml:space="preserve"> </w:t>
      </w:r>
      <w:r>
        <w:rPr>
          <w:b/>
          <w:bCs/>
          <w:u w:val="single"/>
        </w:rPr>
        <w:t xml:space="preserve">bewildered</w:t>
      </w:r>
      <w:r>
        <w:rPr>
          <w:b/>
          <w:bCs/>
        </w:rPr>
        <w:t xml:space="preserve">.</w:t>
      </w:r>
      <w:r>
        <w:br/>
      </w:r>
      <w:r>
        <w:t xml:space="preserve">    (a) restored</w:t>
      </w:r>
      <w:r>
        <w:br/>
      </w:r>
      <w:r>
        <w:t xml:space="preserve">    (b) confused</w:t>
      </w:r>
      <w:r>
        <w:br/>
      </w:r>
      <w:r>
        <w:t xml:space="preserve">    (c) collided</w:t>
      </w:r>
    </w:p>
    <w:p>
      <w:pPr>
        <w:pStyle w:val="Compact"/>
        <w:numPr>
          <w:ilvl w:val="0"/>
          <w:numId w:val="1001"/>
        </w:numPr>
      </w:pPr>
      <w:r>
        <w:rPr>
          <w:b/>
          <w:bCs/>
        </w:rPr>
        <w:t xml:space="preserve">The little town was full of people drifting in and out of doors, saying hello to one another, wearing golden masks and blue masks and crimson masks for pleasant variety, masks with silver lips and</w:t>
      </w:r>
      <w:r>
        <w:rPr>
          <w:b/>
          <w:bCs/>
        </w:rPr>
        <w:t xml:space="preserve"> </w:t>
      </w:r>
      <w:r>
        <w:rPr>
          <w:b/>
          <w:bCs/>
          <w:u w:val="single"/>
        </w:rPr>
        <w:t xml:space="preserve">bronze</w:t>
      </w:r>
      <w:r>
        <w:rPr>
          <w:b/>
          <w:bCs/>
        </w:rPr>
        <w:t xml:space="preserve"> </w:t>
      </w:r>
      <w:r>
        <w:rPr>
          <w:b/>
          <w:bCs/>
        </w:rPr>
        <w:t xml:space="preserve">eyebrows, masks that smiled or masks that frowned, according to the owners' dispositions.</w:t>
      </w:r>
      <w:r>
        <w:br/>
      </w:r>
      <w:r>
        <w:t xml:space="preserve">    (a) view in a certain way so as to form a belief or opinion</w:t>
      </w:r>
      <w:r>
        <w:br/>
      </w:r>
      <w:r>
        <w:t xml:space="preserve">    (b) a brownish color (like the metal of the same name)</w:t>
      </w:r>
      <w:r>
        <w:br/>
      </w:r>
      <w:r>
        <w:t xml:space="preserve">    (c) not feeling or showing sympathy for another's suffering</w:t>
      </w:r>
    </w:p>
    <w:p>
      <w:pPr>
        <w:pStyle w:val="Compact"/>
        <w:numPr>
          <w:ilvl w:val="0"/>
          <w:numId w:val="1001"/>
        </w:numPr>
      </w:pPr>
      <w:r>
        <w:rPr>
          <w:b/>
          <w:bCs/>
        </w:rPr>
        <w:t xml:space="preserve">The Leader stood before Sam and Elma, his mask beaten of polished</w:t>
      </w:r>
      <w:r>
        <w:rPr>
          <w:b/>
          <w:bCs/>
        </w:rPr>
        <w:t xml:space="preserve"> </w:t>
      </w:r>
      <w:r>
        <w:rPr>
          <w:b/>
          <w:bCs/>
          <w:u w:val="single"/>
        </w:rPr>
        <w:t xml:space="preserve">bronze</w:t>
      </w:r>
      <w:r>
        <w:rPr>
          <w:b/>
          <w:bCs/>
        </w:rPr>
        <w:t xml:space="preserve">,</w:t>
      </w:r>
      <w:r>
        <w:br/>
      </w:r>
      <w:r>
        <w:t xml:space="preserve">    (a) made of a type of high-quality metal</w:t>
      </w:r>
      <w:r>
        <w:br/>
      </w:r>
      <w:r>
        <w:t xml:space="preserve">    (b) appropriate in size, amount, or degree</w:t>
      </w:r>
      <w:r>
        <w:br/>
      </w:r>
      <w:r>
        <w:t xml:space="preserve">    (c) examine in detail to better understand</w:t>
      </w:r>
    </w:p>
    <w:p>
      <w:pPr>
        <w:pStyle w:val="Compact"/>
        <w:numPr>
          <w:ilvl w:val="0"/>
          <w:numId w:val="1001"/>
        </w:numPr>
      </w:pPr>
      <w:r>
        <w:rPr>
          <w:b/>
          <w:bCs/>
        </w:rPr>
        <w:t xml:space="preserve">This is the most incredible example of</w:t>
      </w:r>
      <w:r>
        <w:rPr>
          <w:b/>
          <w:bCs/>
        </w:rPr>
        <w:t xml:space="preserve"> </w:t>
      </w:r>
      <w:r>
        <w:rPr>
          <w:b/>
          <w:bCs/>
          <w:u w:val="single"/>
        </w:rPr>
        <w:t xml:space="preserve">sensual</w:t>
      </w:r>
      <w:r>
        <w:rPr>
          <w:b/>
          <w:bCs/>
        </w:rPr>
        <w:t xml:space="preserve"> </w:t>
      </w:r>
      <w:r>
        <w:rPr>
          <w:b/>
          <w:bCs/>
        </w:rPr>
        <w:t xml:space="preserve">hallucination and hypnotic suggestion I've ever encountered.</w:t>
      </w:r>
      <w:r>
        <w:br/>
      </w:r>
      <w:r>
        <w:t xml:space="preserve">    (a) relating to pleasing the body's senses</w:t>
      </w:r>
      <w:r>
        <w:br/>
      </w:r>
      <w:r>
        <w:t xml:space="preserve">    (b) a deep sense of empathetic understanding</w:t>
      </w:r>
      <w:r>
        <w:br/>
      </w:r>
      <w:r>
        <w:t xml:space="preserve">    (c) exciting the mind's intellectual vigor</w:t>
      </w:r>
    </w:p>
    <w:p>
      <w:pPr>
        <w:pStyle w:val="Compact"/>
        <w:numPr>
          <w:ilvl w:val="0"/>
          <w:numId w:val="1001"/>
        </w:numPr>
      </w:pPr>
      <w:r>
        <w:rPr>
          <w:b/>
          <w:bCs/>
        </w:rPr>
        <w:t xml:space="preserve">Do you think that the civilizations of two planets can progress at the same rate and</w:t>
      </w:r>
      <w:r>
        <w:rPr>
          <w:b/>
          <w:bCs/>
        </w:rPr>
        <w:t xml:space="preserve"> </w:t>
      </w:r>
      <w:r>
        <w:rPr>
          <w:b/>
          <w:bCs/>
          <w:u w:val="single"/>
        </w:rPr>
        <w:t xml:space="preserve">evolve</w:t>
      </w:r>
      <w:r>
        <w:rPr>
          <w:b/>
          <w:bCs/>
        </w:rPr>
        <w:t xml:space="preserve"> </w:t>
      </w:r>
      <w:r>
        <w:rPr>
          <w:b/>
          <w:bCs/>
        </w:rPr>
        <w:t xml:space="preserve">in the same way, Hinkston?</w:t>
      </w:r>
      <w:r>
        <w:br/>
      </w:r>
      <w:r>
        <w:t xml:space="preserve">    (a) pessimistic or disagreeable</w:t>
      </w:r>
      <w:r>
        <w:br/>
      </w:r>
      <w:r>
        <w:t xml:space="preserve">    (b) cover up (a wrong or error)</w:t>
      </w:r>
      <w:r>
        <w:br/>
      </w:r>
      <w:r>
        <w:t xml:space="preserve">    (c) develop</w:t>
      </w:r>
    </w:p>
    <w:p>
      <w:pPr>
        <w:pStyle w:val="Compact"/>
        <w:numPr>
          <w:ilvl w:val="0"/>
          <w:numId w:val="1001"/>
        </w:numPr>
      </w:pPr>
      <w:r>
        <w:rPr>
          <w:b/>
          <w:bCs/>
        </w:rPr>
        <w:t xml:space="preserve">Think of the thousands of years it takes to</w:t>
      </w:r>
      <w:r>
        <w:rPr>
          <w:b/>
          <w:bCs/>
        </w:rPr>
        <w:t xml:space="preserve"> </w:t>
      </w:r>
      <w:r>
        <w:rPr>
          <w:b/>
          <w:bCs/>
          <w:u w:val="single"/>
        </w:rPr>
        <w:t xml:space="preserve">evolve</w:t>
      </w:r>
      <w:r>
        <w:rPr>
          <w:b/>
          <w:bCs/>
        </w:rPr>
        <w:t xml:space="preserve"> </w:t>
      </w:r>
      <w:r>
        <w:rPr>
          <w:b/>
          <w:bCs/>
        </w:rPr>
        <w:t xml:space="preserve">plants.</w:t>
      </w:r>
      <w:r>
        <w:br/>
      </w:r>
      <w:r>
        <w:t xml:space="preserve">    (a) interact again or interest again</w:t>
      </w:r>
      <w:r>
        <w:br/>
      </w:r>
      <w:r>
        <w:t xml:space="preserve">    (b) create, start, or set in a place</w:t>
      </w:r>
      <w:r>
        <w:br/>
      </w:r>
      <w:r>
        <w:t xml:space="preserve">    (c) gradually develop a new species through evolution</w:t>
      </w:r>
    </w:p>
    <w:p>
      <w:pPr>
        <w:pStyle w:val="Compact"/>
        <w:numPr>
          <w:ilvl w:val="0"/>
          <w:numId w:val="1001"/>
        </w:numPr>
      </w:pPr>
      <w:r>
        <w:rPr>
          <w:b/>
          <w:bCs/>
        </w:rPr>
        <w:t xml:space="preserve">A robin sat on a blossoming apple tree and sang</w:t>
      </w:r>
      <w:r>
        <w:rPr>
          <w:b/>
          <w:bCs/>
        </w:rPr>
        <w:t xml:space="preserve"> </w:t>
      </w:r>
      <w:r>
        <w:rPr>
          <w:b/>
          <w:bCs/>
          <w:u w:val="single"/>
        </w:rPr>
        <w:t xml:space="preserve">continuously</w:t>
      </w:r>
      <w:r>
        <w:rPr>
          <w:b/>
          <w:bCs/>
        </w:rPr>
        <w:t xml:space="preserve">.</w:t>
      </w:r>
      <w:r>
        <w:br/>
      </w:r>
      <w:r>
        <w:t xml:space="preserve">    (a) in a manner that tests someone or something for a period of time</w:t>
      </w:r>
      <w:r>
        <w:br/>
      </w:r>
      <w:r>
        <w:t xml:space="preserve">    (b) continuing in time or space without interruption or irregularity</w:t>
      </w:r>
      <w:r>
        <w:br/>
      </w:r>
      <w:r>
        <w:t xml:space="preserve">    (c) in a manner that serves to help explain or demonstrate something</w:t>
      </w:r>
    </w:p>
    <w:p>
      <w:pPr>
        <w:pStyle w:val="Compact"/>
        <w:numPr>
          <w:ilvl w:val="0"/>
          <w:numId w:val="1001"/>
        </w:numPr>
      </w:pPr>
      <w:r>
        <w:rPr>
          <w:b/>
          <w:bCs/>
        </w:rPr>
        <w:t xml:space="preserve">Are you</w:t>
      </w:r>
      <w:r>
        <w:rPr>
          <w:b/>
          <w:bCs/>
        </w:rPr>
        <w:t xml:space="preserve"> </w:t>
      </w:r>
      <w:r>
        <w:rPr>
          <w:b/>
          <w:bCs/>
          <w:u w:val="single"/>
        </w:rPr>
        <w:t xml:space="preserve">census</w:t>
      </w:r>
      <w:r>
        <w:rPr>
          <w:b/>
          <w:bCs/>
        </w:rPr>
        <w:t xml:space="preserve"> </w:t>
      </w:r>
      <w:r>
        <w:rPr>
          <w:b/>
          <w:bCs/>
        </w:rPr>
        <w:t xml:space="preserve">takers?</w:t>
      </w:r>
      <w:r>
        <w:br/>
      </w:r>
      <w:r>
        <w:t xml:space="preserve">    (a) an official count of a population</w:t>
      </w:r>
      <w:r>
        <w:br/>
      </w:r>
      <w:r>
        <w:t xml:space="preserve">    (b) someone who expresses disapproval</w:t>
      </w:r>
      <w:r>
        <w:br/>
      </w:r>
      <w:r>
        <w:t xml:space="preserve">    (c) purpose, job, or natural activity</w:t>
      </w:r>
    </w:p>
    <w:p>
      <w:pPr>
        <w:pStyle w:val="Compact"/>
        <w:numPr>
          <w:ilvl w:val="0"/>
          <w:numId w:val="1001"/>
        </w:numPr>
      </w:pPr>
      <w:r>
        <w:rPr>
          <w:b/>
          <w:bCs/>
        </w:rPr>
        <w:t xml:space="preserve">First a mild neurosis about it, then a full-fledged</w:t>
      </w:r>
      <w:r>
        <w:rPr>
          <w:b/>
          <w:bCs/>
        </w:rPr>
        <w:t xml:space="preserve"> </w:t>
      </w:r>
      <w:r>
        <w:rPr>
          <w:b/>
          <w:bCs/>
          <w:u w:val="single"/>
        </w:rPr>
        <w:t xml:space="preserve">psychosis</w:t>
      </w:r>
      <w:r>
        <w:rPr>
          <w:b/>
          <w:bCs/>
        </w:rPr>
        <w:t xml:space="preserve">.</w:t>
      </w:r>
      <w:r>
        <w:br/>
      </w:r>
      <w:r>
        <w:t xml:space="preserve">    (a) related to the small gland at the base of the brain that controls many body hormones</w:t>
      </w:r>
      <w:r>
        <w:br/>
      </w:r>
      <w:r>
        <w:t xml:space="preserve">    (b) feeling or appraisal of having personally behaved in a morally right or wrong manner</w:t>
      </w:r>
      <w:r>
        <w:br/>
      </w:r>
      <w:r>
        <w:t xml:space="preserve">    (c) any severe mental disorder in which contact with reality is lost or highly distorted</w:t>
      </w:r>
    </w:p>
    <w:p>
      <w:pPr>
        <w:pStyle w:val="Compact"/>
        <w:numPr>
          <w:ilvl w:val="0"/>
          <w:numId w:val="1001"/>
        </w:numPr>
      </w:pPr>
      <w:r>
        <w:rPr>
          <w:b/>
          <w:bCs/>
        </w:rPr>
        <w:t xml:space="preserve">Tonight we should be glad we got across all that space without getting a</w:t>
      </w:r>
      <w:r>
        <w:rPr>
          <w:b/>
          <w:bCs/>
        </w:rPr>
        <w:t xml:space="preserve"> </w:t>
      </w:r>
      <w:r>
        <w:rPr>
          <w:b/>
          <w:bCs/>
          <w:u w:val="single"/>
        </w:rPr>
        <w:t xml:space="preserve">meteor</w:t>
      </w:r>
      <w:r>
        <w:rPr>
          <w:b/>
          <w:bCs/>
        </w:rPr>
        <w:t xml:space="preserve"> </w:t>
      </w:r>
      <w:r>
        <w:rPr>
          <w:b/>
          <w:bCs/>
        </w:rPr>
        <w:t xml:space="preserve">in our bulkhead or having one man of us die.</w:t>
      </w:r>
      <w:r>
        <w:br/>
      </w:r>
      <w:r>
        <w:t xml:space="preserve">    (a) a large space rock with an irregular orbit</w:t>
      </w:r>
      <w:r>
        <w:br/>
      </w:r>
      <w:r>
        <w:t xml:space="preserve">    (b) a solar flare</w:t>
      </w:r>
      <w:r>
        <w:br/>
      </w:r>
      <w:r>
        <w:t xml:space="preserve">    (c) a streak of light in the sky caused by a small space rock burning up in Earth’s atmosphere</w:t>
      </w:r>
    </w:p>
    <w:p>
      <w:pPr>
        <w:pStyle w:val="Compact"/>
        <w:numPr>
          <w:ilvl w:val="0"/>
          <w:numId w:val="1001"/>
        </w:numPr>
      </w:pPr>
      <w:r>
        <w:rPr>
          <w:b/>
          <w:bCs/>
        </w:rPr>
        <w:t xml:space="preserve">But it's chicken pox,</w:t>
      </w:r>
      <w:r>
        <w:rPr>
          <w:b/>
          <w:bCs/>
        </w:rPr>
        <w:t xml:space="preserve"> </w:t>
      </w:r>
      <w:r>
        <w:rPr>
          <w:b/>
          <w:bCs/>
          <w:u w:val="single"/>
        </w:rPr>
        <w:t xml:space="preserve">nevertheless</w:t>
      </w:r>
      <w:r>
        <w:rPr>
          <w:b/>
          <w:bCs/>
        </w:rPr>
        <w:t xml:space="preserve">.</w:t>
      </w:r>
      <w:r>
        <w:br/>
      </w:r>
      <w:r>
        <w:t xml:space="preserve">    (a) despite that (used to connect contrasting ideas)</w:t>
      </w:r>
      <w:r>
        <w:br/>
      </w:r>
      <w:r>
        <w:t xml:space="preserve">    (b) therefore (for that reason)</w:t>
      </w:r>
      <w:r>
        <w:br/>
      </w:r>
      <w:r>
        <w:t xml:space="preserve">    (c) in keeping with or in agreement with what was just stated</w:t>
      </w:r>
    </w:p>
    <w:p>
      <w:pPr>
        <w:pStyle w:val="Compact"/>
        <w:numPr>
          <w:ilvl w:val="0"/>
          <w:numId w:val="1001"/>
        </w:numPr>
      </w:pPr>
      <w:r>
        <w:rPr>
          <w:b/>
          <w:bCs/>
        </w:rPr>
        <w:t xml:space="preserve">"And these Martians are a</w:t>
      </w:r>
      <w:r>
        <w:rPr>
          <w:b/>
          <w:bCs/>
        </w:rPr>
        <w:t xml:space="preserve"> </w:t>
      </w:r>
      <w:r>
        <w:rPr>
          <w:b/>
          <w:bCs/>
          <w:i/>
          <w:iCs/>
        </w:rPr>
        <w:t xml:space="preserve">found</w:t>
      </w:r>
      <w:r>
        <w:rPr>
          <w:b/>
          <w:bCs/>
        </w:rPr>
        <w:t xml:space="preserve"> </w:t>
      </w:r>
      <w:r>
        <w:rPr>
          <w:b/>
          <w:bCs/>
        </w:rPr>
        <w:t xml:space="preserve">people?"</w:t>
      </w:r>
      <w:r>
        <w:rPr>
          <w:b/>
          <w:bCs/>
        </w:rPr>
        <w:t xml:space="preserve"> </w:t>
      </w:r>
      <w:r>
        <w:rPr>
          <w:b/>
          <w:bCs/>
          <w:u w:val="single"/>
        </w:rPr>
        <w:t xml:space="preserve">inquired</w:t>
      </w:r>
      <w:r>
        <w:rPr>
          <w:b/>
          <w:bCs/>
        </w:rPr>
        <w:t xml:space="preserve"> </w:t>
      </w:r>
      <w:r>
        <w:rPr>
          <w:b/>
          <w:bCs/>
        </w:rPr>
        <w:t xml:space="preserve">the captain.</w:t>
      </w:r>
      <w:r>
        <w:br/>
      </w:r>
      <w:r>
        <w:t xml:space="preserve">    (a) asked about or looked into</w:t>
      </w:r>
      <w:r>
        <w:br/>
      </w:r>
      <w:r>
        <w:t xml:space="preserve">    (b) gradually added or removed</w:t>
      </w:r>
      <w:r>
        <w:br/>
      </w:r>
      <w:r>
        <w:t xml:space="preserve">    (c) limited or with boundaries</w:t>
      </w:r>
    </w:p>
    <w:p>
      <w:pPr>
        <w:pStyle w:val="Compact"/>
        <w:numPr>
          <w:ilvl w:val="0"/>
          <w:numId w:val="1001"/>
        </w:numPr>
      </w:pPr>
      <w:r>
        <w:rPr>
          <w:b/>
          <w:bCs/>
        </w:rPr>
        <w:t xml:space="preserve">a modern,</w:t>
      </w:r>
      <w:r>
        <w:rPr>
          <w:b/>
          <w:bCs/>
        </w:rPr>
        <w:t xml:space="preserve"> </w:t>
      </w:r>
      <w:r>
        <w:rPr>
          <w:b/>
          <w:bCs/>
          <w:u w:val="single"/>
        </w:rPr>
        <w:t xml:space="preserve">incredulous</w:t>
      </w:r>
      <w:r>
        <w:rPr>
          <w:b/>
          <w:bCs/>
        </w:rPr>
        <w:t xml:space="preserve"> </w:t>
      </w:r>
      <w:r>
        <w:rPr>
          <w:b/>
          <w:bCs/>
        </w:rPr>
        <w:t xml:space="preserve">world</w:t>
      </w:r>
      <w:r>
        <w:br/>
      </w:r>
      <w:r>
        <w:t xml:space="preserve">    (a) clear, easily noticed, and/or identifiable as different or separate</w:t>
      </w:r>
      <w:r>
        <w:br/>
      </w:r>
      <w:r>
        <w:t xml:space="preserve">    (b) not capable of being better understood through detailed examination</w:t>
      </w:r>
      <w:r>
        <w:br/>
      </w:r>
      <w:r>
        <w:t xml:space="preserve">    (c) unbelieving</w:t>
      </w:r>
    </w:p>
    <w:p>
      <w:pPr>
        <w:pStyle w:val="Compact"/>
        <w:numPr>
          <w:ilvl w:val="0"/>
          <w:numId w:val="1001"/>
        </w:numPr>
      </w:pPr>
      <w:r>
        <w:rPr>
          <w:b/>
          <w:bCs/>
        </w:rPr>
        <w:t xml:space="preserve">What</w:t>
      </w:r>
      <w:r>
        <w:rPr>
          <w:b/>
          <w:bCs/>
        </w:rPr>
        <w:t xml:space="preserve"> </w:t>
      </w:r>
      <w:r>
        <w:rPr>
          <w:b/>
          <w:bCs/>
          <w:u w:val="single"/>
        </w:rPr>
        <w:t xml:space="preserve">eminent</w:t>
      </w:r>
      <w:r>
        <w:rPr>
          <w:b/>
          <w:bCs/>
        </w:rPr>
        <w:t xml:space="preserve"> </w:t>
      </w:r>
      <w:r>
        <w:rPr>
          <w:b/>
          <w:bCs/>
        </w:rPr>
        <w:t xml:space="preserve">sociologists!</w:t>
      </w:r>
      <w:r>
        <w:br/>
      </w:r>
      <w:r>
        <w:t xml:space="preserve">    (a) respected and famous or important</w:t>
      </w:r>
      <w:r>
        <w:br/>
      </w:r>
      <w:r>
        <w:t xml:space="preserve">    (b) able to be stopped from happening</w:t>
      </w:r>
      <w:r>
        <w:br/>
      </w:r>
      <w:r>
        <w:t xml:space="preserve">    (c) improper, awkward, or unfavorable</w:t>
      </w:r>
    </w:p>
    <w:p>
      <w:pPr>
        <w:pStyle w:val="Compact"/>
        <w:numPr>
          <w:ilvl w:val="0"/>
          <w:numId w:val="1001"/>
        </w:numPr>
      </w:pPr>
      <w:r>
        <w:rPr>
          <w:b/>
          <w:bCs/>
        </w:rPr>
        <w:t xml:space="preserve">It verges on--</w:t>
      </w:r>
      <w:r>
        <w:rPr>
          <w:b/>
          <w:bCs/>
          <w:u w:val="single"/>
        </w:rPr>
        <w:t xml:space="preserve">blasphemy</w:t>
      </w:r>
      <w:r>
        <w:rPr>
          <w:b/>
          <w:bCs/>
        </w:rPr>
        <w:t xml:space="preserve">.</w:t>
      </w:r>
      <w:r>
        <w:br/>
      </w:r>
      <w:r>
        <w:t xml:space="preserve">    (a) found a condition or substance to be present</w:t>
      </w:r>
      <w:r>
        <w:br/>
      </w:r>
      <w:r>
        <w:t xml:space="preserve">    (b) disrespectful of something considered sacred</w:t>
      </w:r>
      <w:r>
        <w:br/>
      </w:r>
      <w:r>
        <w:t xml:space="preserve">    (c) Nazi organization for children aged 10 to 18</w:t>
      </w:r>
    </w:p>
    <w:p>
      <w:pPr>
        <w:pStyle w:val="Compact"/>
        <w:numPr>
          <w:ilvl w:val="0"/>
          <w:numId w:val="1001"/>
        </w:numPr>
      </w:pPr>
      <w:r>
        <w:rPr>
          <w:b/>
          <w:bCs/>
        </w:rPr>
        <w:t xml:space="preserve">The</w:t>
      </w:r>
      <w:r>
        <w:rPr>
          <w:b/>
          <w:bCs/>
        </w:rPr>
        <w:t xml:space="preserve"> </w:t>
      </w:r>
      <w:r>
        <w:rPr>
          <w:b/>
          <w:bCs/>
          <w:u w:val="single"/>
        </w:rPr>
        <w:t xml:space="preserve">pendulum</w:t>
      </w:r>
      <w:r>
        <w:rPr>
          <w:b/>
          <w:bCs/>
        </w:rPr>
        <w:t xml:space="preserve"> </w:t>
      </w:r>
      <w:r>
        <w:rPr>
          <w:b/>
          <w:bCs/>
        </w:rPr>
        <w:t xml:space="preserve">made a final stroke.</w:t>
      </w:r>
      <w:r>
        <w:br/>
      </w:r>
      <w:r>
        <w:t xml:space="preserve">    (a) an inhabitant of Assyria -- an ancient kingdom centered in northern Mesopotamia which is in present-day Iraq; or their language</w:t>
      </w:r>
      <w:r>
        <w:br/>
      </w:r>
      <w:r>
        <w:t xml:space="preserve">    (b) something that swings or shifts back and forth between two positions -- often seen in a swinging weight or in changing opinions</w:t>
      </w:r>
      <w:r>
        <w:br/>
      </w:r>
      <w:r>
        <w:t xml:space="preserve">    (c) artist who belonged to an early 20th century art movement that expressed inner feelings through distorted renditions of reality</w:t>
      </w:r>
    </w:p>
    <w:p>
      <w:pPr>
        <w:pStyle w:val="Compact"/>
        <w:numPr>
          <w:ilvl w:val="0"/>
          <w:numId w:val="1001"/>
        </w:numPr>
      </w:pPr>
      <w:r>
        <w:rPr>
          <w:b/>
          <w:bCs/>
        </w:rPr>
        <w:t xml:space="preserve">November 2005: THE LUGGAGE STORE It was a very remote thing, when the luggage-store</w:t>
      </w:r>
      <w:r>
        <w:rPr>
          <w:b/>
          <w:bCs/>
        </w:rPr>
        <w:t xml:space="preserve"> </w:t>
      </w:r>
      <w:r>
        <w:rPr>
          <w:b/>
          <w:bCs/>
          <w:u w:val="single"/>
        </w:rPr>
        <w:t xml:space="preserve">proprietor</w:t>
      </w:r>
      <w:r>
        <w:rPr>
          <w:b/>
          <w:bCs/>
        </w:rPr>
        <w:t xml:space="preserve"> </w:t>
      </w:r>
      <w:r>
        <w:rPr>
          <w:b/>
          <w:bCs/>
        </w:rPr>
        <w:t xml:space="preserve">heard the news on the night radio, received all the way from Earth on a light-sound beam.</w:t>
      </w:r>
      <w:r>
        <w:br/>
      </w:r>
      <w:r>
        <w:t xml:space="preserve">    (a) interaction or interest</w:t>
      </w:r>
      <w:r>
        <w:br/>
      </w:r>
      <w:r>
        <w:t xml:space="preserve">    (b) the owner of a business</w:t>
      </w:r>
      <w:r>
        <w:br/>
      </w:r>
      <w:r>
        <w:t xml:space="preserve">    (c) a subtle characteristic</w:t>
      </w:r>
    </w:p>
    <w:p>
      <w:pPr>
        <w:pStyle w:val="Compact"/>
        <w:numPr>
          <w:ilvl w:val="0"/>
          <w:numId w:val="1001"/>
        </w:numPr>
      </w:pPr>
      <w:r>
        <w:rPr>
          <w:b/>
          <w:bCs/>
        </w:rPr>
        <w:t xml:space="preserve">They</w:t>
      </w:r>
      <w:r>
        <w:rPr>
          <w:b/>
          <w:bCs/>
        </w:rPr>
        <w:t xml:space="preserve"> </w:t>
      </w:r>
      <w:r>
        <w:rPr>
          <w:b/>
          <w:bCs/>
          <w:u w:val="single"/>
        </w:rPr>
        <w:t xml:space="preserve">dwindled</w:t>
      </w:r>
      <w:r>
        <w:rPr>
          <w:b/>
          <w:bCs/>
        </w:rPr>
        <w:t xml:space="preserve"> </w:t>
      </w:r>
      <w:r>
        <w:rPr>
          <w:b/>
          <w:bCs/>
        </w:rPr>
        <w:t xml:space="preserve">down to a couple in the last few years.</w:t>
      </w:r>
      <w:r>
        <w:br/>
      </w:r>
      <w:r>
        <w:t xml:space="preserve">    (a) disagreed</w:t>
      </w:r>
      <w:r>
        <w:br/>
      </w:r>
      <w:r>
        <w:t xml:space="preserve">    (b) separated</w:t>
      </w:r>
      <w:r>
        <w:br/>
      </w:r>
      <w:r>
        <w:t xml:space="preserve">    (c) decreased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2026-07-31T15:44:40Z</dcterms:created>
  <dcterms:modified xsi:type="dcterms:W3CDTF">2026-07-31T15:44:40Z</dcterms:modified>
</cp:coreProperties>
</file>

<file path=docProps/custom.xml><?xml version="1.0" encoding="utf-8"?>
<Properties xmlns="http://schemas.openxmlformats.org/officeDocument/2006/custom-properties" xmlns:vt="http://schemas.openxmlformats.org/officeDocument/2006/docPropsVTypes"/>
</file>