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3ae64fff0efde5523ac6a42105da94468dce53a"/>
    <w:p>
      <w:pPr>
        <w:pStyle w:val="Heading1"/>
      </w:pPr>
      <w:r>
        <w:rPr>
          <w:b/>
          <w:bCs/>
        </w:rPr>
        <w:t xml:space="preserve">The Martian Chronicles</w:t>
      </w:r>
      <w:r>
        <w:br/>
      </w:r>
      <w:r>
        <w:rPr>
          <w:i/>
          <w:iCs/>
        </w:rPr>
        <w:t xml:space="preserve">Ray Bradbury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"Suddenly you're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solicitous</w:t>
      </w:r>
      <w:r>
        <w:rPr>
          <w:b/>
          <w:bCs/>
        </w:rPr>
        <w:t xml:space="preserve">," she said.</w:t>
      </w:r>
      <w:r>
        <w:br/>
      </w:r>
      <w:r>
        <w:t xml:space="preserve">    (a) showing care or concern for someone</w:t>
      </w:r>
      <w:r>
        <w:br/>
      </w:r>
      <w:r>
        <w:t xml:space="preserve">    (b) full of strong desire for something</w:t>
      </w:r>
      <w:r>
        <w:br/>
      </w:r>
      <w:r>
        <w:t xml:space="preserve">    (c) in a manner that takes on or adopts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should have heard yourself,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fawning</w:t>
      </w:r>
      <w:r>
        <w:rPr>
          <w:b/>
          <w:bCs/>
        </w:rPr>
        <w:t xml:space="preserve"> </w:t>
      </w:r>
      <w:r>
        <w:rPr>
          <w:b/>
          <w:bCs/>
        </w:rPr>
        <w:t xml:space="preserve">on him, talking to him, singing with him, oh gods, all night; you should have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heard</w:t>
      </w:r>
      <w:r>
        <w:rPr>
          <w:b/>
          <w:bCs/>
        </w:rPr>
        <w:t xml:space="preserve"> </w:t>
      </w:r>
      <w:r>
        <w:rPr>
          <w:b/>
          <w:bCs/>
        </w:rPr>
        <w:t xml:space="preserve">yourself!</w:t>
      </w:r>
      <w:r>
        <w:br/>
      </w:r>
      <w:r>
        <w:t xml:space="preserve">    (a) adjusting a lens to make an image clear</w:t>
      </w:r>
      <w:r>
        <w:br/>
      </w:r>
      <w:r>
        <w:t xml:space="preserve">    (b) making different; or showing difference</w:t>
      </w:r>
      <w:r>
        <w:br/>
      </w:r>
      <w:r>
        <w:t xml:space="preserve">    (c) showing excessive flattery or affection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Even the agreement 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euthanasia</w:t>
      </w:r>
      <w:r>
        <w:rPr>
          <w:b/>
          <w:bCs/>
        </w:rPr>
        <w:t xml:space="preserve"> </w:t>
      </w:r>
      <w:r>
        <w:rPr>
          <w:b/>
          <w:bCs/>
        </w:rPr>
        <w:t xml:space="preserve">if final decision on such a step is necessary.</w:t>
      </w:r>
      <w:r>
        <w:br/>
      </w:r>
      <w:r>
        <w:t xml:space="preserve">    (a) the act of intentionally killing a person or animal without causing pain -- typically due to an incurable illness</w:t>
      </w:r>
      <w:r>
        <w:br/>
      </w:r>
      <w:r>
        <w:t xml:space="preserve">    (b) a state where something has come into view or can be seen clearly; or an adjustment made to permit a clear view</w:t>
      </w:r>
      <w:r>
        <w:br/>
      </w:r>
      <w:r>
        <w:t xml:space="preserve">    (c) a miscarriage (the ending of a pregnancy by removal of the embryo or fetus without medical assistance or intent)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Olfactory</w:t>
      </w:r>
      <w:r>
        <w:rPr>
          <w:b/>
          <w:bCs/>
        </w:rPr>
        <w:t xml:space="preserve"> </w:t>
      </w:r>
      <w:r>
        <w:rPr>
          <w:b/>
          <w:bCs/>
        </w:rPr>
        <w:t xml:space="preserve">hallucination, induced by sensual telepathy.</w:t>
      </w:r>
      <w:r>
        <w:br/>
      </w:r>
      <w:r>
        <w:t xml:space="preserve">    (a) smell</w:t>
      </w:r>
      <w:r>
        <w:br/>
      </w:r>
      <w:r>
        <w:t xml:space="preserve">    (b) relating to the sense of taste</w:t>
      </w:r>
      <w:r>
        <w:br/>
      </w:r>
      <w:r>
        <w:t xml:space="preserve">    (c) relating to the sense of sound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Hallucinations with time and spatial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persistence</w:t>
      </w:r>
      <w:r>
        <w:rPr>
          <w:b/>
          <w:bCs/>
        </w:rPr>
        <w:t xml:space="preserve">!</w:t>
      </w:r>
      <w:r>
        <w:br/>
      </w:r>
      <w:r>
        <w:t xml:space="preserve">    (a) main character of Mark Twain's classic novel about Huck and Jim's journey down the Mississippi River to find freedom (1884)</w:t>
      </w:r>
      <w:r>
        <w:br/>
      </w:r>
      <w:r>
        <w:t xml:space="preserve">    (b) continuing or repeating behavior -- especially in spite of difficulties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continuing or prolonged existence of something</w:t>
      </w:r>
      <w:r>
        <w:br/>
      </w:r>
      <w:r>
        <w:t xml:space="preserve">    (c) a baseball pitcher who throws knuckleballs -- a pitch thrown with little spin (so that it moves in an unpredictable manner)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Theorizing</w:t>
      </w:r>
      <w:r>
        <w:rPr>
          <w:b/>
          <w:bCs/>
        </w:rPr>
        <w:t xml:space="preserve"> </w:t>
      </w:r>
      <w:r>
        <w:rPr>
          <w:b/>
          <w:bCs/>
        </w:rPr>
        <w:t xml:space="preserve">that they are still alive, could they, even with the help of a brilliant Martian race, have built such a town as this and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aged</w:t>
      </w:r>
      <w:r>
        <w:rPr>
          <w:b/>
          <w:bCs/>
        </w:rPr>
        <w:t xml:space="preserve"> </w:t>
      </w:r>
      <w:r>
        <w:rPr>
          <w:b/>
          <w:bCs/>
        </w:rPr>
        <w:t xml:space="preserve">it in so short a time?</w:t>
      </w:r>
      <w:r>
        <w:br/>
      </w:r>
      <w:r>
        <w:t xml:space="preserve">    (a) roughly calculating or guessing (based on incomplete information) a value, quantity, or extent of something</w:t>
      </w:r>
      <w:r>
        <w:br/>
      </w:r>
      <w:r>
        <w:t xml:space="preserve">    (b) treating something in an educated, intellectual way -- often excluding emotional or practical considerations</w:t>
      </w:r>
      <w:r>
        <w:br/>
      </w:r>
      <w:r>
        <w:t xml:space="preserve">    (c) to form a theory (a belief about how something works or came about -- often without having absolute proof)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First a mild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neurosis</w:t>
      </w:r>
      <w:r>
        <w:rPr>
          <w:b/>
          <w:bCs/>
        </w:rPr>
        <w:t xml:space="preserve"> </w:t>
      </w:r>
      <w:r>
        <w:rPr>
          <w:b/>
          <w:bCs/>
        </w:rPr>
        <w:t xml:space="preserve">about it, then a full-fledged psychosis.</w:t>
      </w:r>
      <w:r>
        <w:br/>
      </w:r>
      <w:r>
        <w:t xml:space="preserve">    (a) a mild mental disorder -- usually worrying too much about something</w:t>
      </w:r>
      <w:r>
        <w:br/>
      </w:r>
      <w:r>
        <w:t xml:space="preserve">    (b) supporters of Oliver Cromwell and his side in the English Civil War</w:t>
      </w:r>
      <w:r>
        <w:br/>
      </w:r>
      <w:r>
        <w:t xml:space="preserve">    (c) people of the second most populous denomination of Islam (over 10%)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fingers came up, twisting and shaking, and his face was all wonder and joy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incredulity</w:t>
      </w:r>
      <w:r>
        <w:rPr>
          <w:b/>
          <w:bCs/>
        </w:rPr>
        <w:t xml:space="preserve">.</w:t>
      </w:r>
      <w:r>
        <w:br/>
      </w:r>
      <w:r>
        <w:t xml:space="preserve">    (a) social event or ceremony</w:t>
      </w:r>
      <w:r>
        <w:br/>
      </w:r>
      <w:r>
        <w:t xml:space="preserve">    (b) a state of not believing</w:t>
      </w:r>
      <w:r>
        <w:br/>
      </w:r>
      <w:r>
        <w:t xml:space="preserve">    (c) Islamic religious leader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Life was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propagation</w:t>
      </w:r>
      <w:r>
        <w:rPr>
          <w:b/>
          <w:bCs/>
        </w:rPr>
        <w:t xml:space="preserve"> </w:t>
      </w:r>
      <w:r>
        <w:rPr>
          <w:b/>
          <w:bCs/>
        </w:rPr>
        <w:t xml:space="preserve">of more life and the living of as good a life is possible.</w:t>
      </w:r>
      <w:r>
        <w:br/>
      </w:r>
      <w:r>
        <w:t xml:space="preserve">    (a) reproduction</w:t>
      </w:r>
      <w:r>
        <w:br/>
      </w:r>
      <w:r>
        <w:t xml:space="preserve">    (b) the act of forgiving</w:t>
      </w:r>
      <w:r>
        <w:br/>
      </w:r>
      <w:r>
        <w:t xml:space="preserve">    (c) excessively enjoying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land was down upon itself, a land of black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loam</w:t>
      </w:r>
      <w:r>
        <w:rPr>
          <w:b/>
          <w:bCs/>
        </w:rPr>
        <w:t xml:space="preserve">, but nothing on it, not even grass.</w:t>
      </w:r>
      <w:r>
        <w:br/>
      </w:r>
      <w:r>
        <w:t xml:space="preserve">    (a) wet soil</w:t>
      </w:r>
      <w:r>
        <w:br/>
      </w:r>
      <w:r>
        <w:t xml:space="preserve">    (b) dry soil</w:t>
      </w:r>
      <w:r>
        <w:br/>
      </w:r>
      <w:r>
        <w:t xml:space="preserve">    (c) rich soil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summer-day river going somewhere, murmuring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irrevocable</w:t>
      </w:r>
      <w:r>
        <w:rPr>
          <w:b/>
          <w:bCs/>
        </w:rPr>
        <w:t xml:space="preserve">.</w:t>
      </w:r>
      <w:r>
        <w:br/>
      </w:r>
      <w:r>
        <w:t xml:space="preserve">    (a) incapable of being undone</w:t>
      </w:r>
      <w:r>
        <w:br/>
      </w:r>
      <w:r>
        <w:t xml:space="preserve">    (b) able to be disagreed with</w:t>
      </w:r>
      <w:r>
        <w:br/>
      </w:r>
      <w:r>
        <w:t xml:space="preserve">    (c) not tending to find fault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Rubber-tire swings hung in the silent air,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uninhibited</w:t>
      </w:r>
      <w:r>
        <w:rPr>
          <w:b/>
          <w:bCs/>
        </w:rPr>
        <w:t xml:space="preserve">.</w:t>
      </w:r>
      <w:r>
        <w:br/>
      </w:r>
      <w:r>
        <w:t xml:space="preserve">    (a) the ability to take or adopt power or responsibility</w:t>
      </w:r>
      <w:r>
        <w:br/>
      </w:r>
      <w:r>
        <w:t xml:space="preserve">    (b) the process of excessive encouragement or excitement</w:t>
      </w:r>
      <w:r>
        <w:br/>
      </w:r>
      <w:r>
        <w:t xml:space="preserve">    (c) acting naturally without being overly self-conscious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Garrett watched a mist drift by, whispering and whispering, shaped like a beautiful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nebulous</w:t>
      </w:r>
      <w:r>
        <w:rPr>
          <w:b/>
          <w:bCs/>
        </w:rPr>
        <w:t xml:space="preserve"> </w:t>
      </w:r>
      <w:r>
        <w:rPr>
          <w:b/>
          <w:bCs/>
        </w:rPr>
        <w:t xml:space="preserve">woman.</w:t>
      </w:r>
      <w:r>
        <w:br/>
      </w:r>
      <w:r>
        <w:t xml:space="preserve">    (a) indicating approval or agreement</w:t>
      </w:r>
      <w:r>
        <w:br/>
      </w:r>
      <w:r>
        <w:t xml:space="preserve">    (b) the condition of being different</w:t>
      </w:r>
      <w:r>
        <w:br/>
      </w:r>
      <w:r>
        <w:t xml:space="preserve">    (c) unclear or lacking definite form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comparison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odious</w:t>
      </w:r>
      <w:r>
        <w:rPr>
          <w:b/>
          <w:bCs/>
        </w:rPr>
        <w:t xml:space="preserve">!</w:t>
      </w:r>
      <w:r>
        <w:br/>
      </w:r>
      <w:r>
        <w:t xml:space="preserve">    (a) extremely unpleasant, disgusting, dislikable, or worthy of hate</w:t>
      </w:r>
      <w:r>
        <w:br/>
      </w:r>
      <w:r>
        <w:t xml:space="preserve">    (b) the degree to which something is able to change or is different</w:t>
      </w:r>
      <w:r>
        <w:br/>
      </w:r>
      <w:r>
        <w:t xml:space="preserve">    (c) not trustworthy, or improper, or attracting unwelcome attention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Did it feel as bad as having some fifty thousand books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annihilated</w:t>
      </w:r>
      <w:r>
        <w:rPr>
          <w:b/>
          <w:bCs/>
        </w:rPr>
        <w:t xml:space="preserve"> </w:t>
      </w:r>
      <w:r>
        <w:rPr>
          <w:b/>
          <w:bCs/>
        </w:rPr>
        <w:t xml:space="preserve">with no recompense?</w:t>
      </w:r>
      <w:r>
        <w:br/>
      </w:r>
      <w:r>
        <w:t xml:space="preserve">    (a) completely destroyed or defeated</w:t>
      </w:r>
      <w:r>
        <w:br/>
      </w:r>
      <w:r>
        <w:t xml:space="preserve">    (b) not found, sought, or researched</w:t>
      </w:r>
      <w:r>
        <w:br/>
      </w:r>
      <w:r>
        <w:t xml:space="preserve">    (c) caused something to move forward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 what more natural than they would one day talk over endless coffeepots into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innumerable</w:t>
      </w:r>
      <w:r>
        <w:rPr>
          <w:b/>
          <w:bCs/>
        </w:rPr>
        <w:t xml:space="preserve"> </w:t>
      </w:r>
      <w:r>
        <w:rPr>
          <w:b/>
          <w:bCs/>
        </w:rPr>
        <w:t xml:space="preserve">midnights, and out of all the talk and the bitter brewings would come— the House of Usher.</w:t>
      </w:r>
      <w:r>
        <w:br/>
      </w:r>
      <w:r>
        <w:t xml:space="preserve">    (a) able to meet and talk with</w:t>
      </w:r>
      <w:r>
        <w:br/>
      </w:r>
      <w:r>
        <w:t xml:space="preserve">    (b) too numerous to be counted</w:t>
      </w:r>
      <w:r>
        <w:br/>
      </w:r>
      <w:r>
        <w:t xml:space="preserve">    (c) the quality of disagreeing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Here Sam Parkhill had flung up this riveted aluminum structure,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garish</w:t>
      </w:r>
      <w:r>
        <w:rPr>
          <w:b/>
          <w:bCs/>
        </w:rPr>
        <w:t xml:space="preserve"> </w:t>
      </w:r>
      <w:r>
        <w:rPr>
          <w:b/>
          <w:bCs/>
        </w:rPr>
        <w:t xml:space="preserve">with white light, trembling with jukebox melody.</w:t>
      </w:r>
      <w:r>
        <w:br/>
      </w:r>
      <w:r>
        <w:t xml:space="preserve">    (a) complete or total</w:t>
      </w:r>
      <w:r>
        <w:br/>
      </w:r>
      <w:r>
        <w:t xml:space="preserve">    (b) tastelessly showy</w:t>
      </w:r>
      <w:r>
        <w:br/>
      </w:r>
      <w:r>
        <w:t xml:space="preserve">    (c) able to challenge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legs were as big around as the stumps of trees, and she moved with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ungainly</w:t>
      </w:r>
      <w:r>
        <w:rPr>
          <w:b/>
          <w:bCs/>
        </w:rPr>
        <w:t xml:space="preserve"> </w:t>
      </w:r>
      <w:r>
        <w:rPr>
          <w:b/>
          <w:bCs/>
        </w:rPr>
        <w:t xml:space="preserve">shuffle.</w:t>
      </w:r>
      <w:r>
        <w:br/>
      </w:r>
      <w:r>
        <w:t xml:space="preserve">    (a) lacking adult height or maturity</w:t>
      </w:r>
      <w:r>
        <w:br/>
      </w:r>
      <w:r>
        <w:t xml:space="preserve">    (b) lacking grace in movement or appearance; or difficult to handle or manage</w:t>
      </w:r>
      <w:r>
        <w:br/>
      </w:r>
      <w:r>
        <w:t xml:space="preserve">    (c) lacking appropriate weight compared to height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Animals took shape: yellow giraffes, blue lions, pink antelopes, lilac panthers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cavorting</w:t>
      </w:r>
      <w:r>
        <w:rPr>
          <w:b/>
          <w:bCs/>
        </w:rPr>
        <w:t xml:space="preserve"> </w:t>
      </w:r>
      <w:r>
        <w:rPr>
          <w:b/>
          <w:bCs/>
        </w:rPr>
        <w:t xml:space="preserve">in crystal substance.</w:t>
      </w:r>
      <w:r>
        <w:br/>
      </w:r>
      <w:r>
        <w:t xml:space="preserve">    (a) playing in a lively, unrestrained manner</w:t>
      </w:r>
      <w:r>
        <w:br/>
      </w:r>
      <w:r>
        <w:t xml:space="preserve">    (b) examining in detail to better understand</w:t>
      </w:r>
      <w:r>
        <w:br/>
      </w:r>
      <w:r>
        <w:t xml:space="preserve">    (c) opposing (struggling against each other)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fourth and fifth were too small and the sixth brought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acclaim</w:t>
      </w:r>
      <w:r>
        <w:rPr>
          <w:b/>
          <w:bCs/>
        </w:rPr>
        <w:t xml:space="preserve"> </w:t>
      </w:r>
      <w:r>
        <w:rPr>
          <w:b/>
          <w:bCs/>
        </w:rPr>
        <w:t xml:space="preserve">from everyone, induding Mother, who joined in the Gees, Goshes, and Look-at-that's!</w:t>
      </w:r>
      <w:r>
        <w:br/>
      </w:r>
      <w:r>
        <w:t xml:space="preserve">    (a) enthusiastic public praise</w:t>
      </w:r>
      <w:r>
        <w:br/>
      </w:r>
      <w:r>
        <w:t xml:space="preserve">    (b) hire again or occupy again</w:t>
      </w:r>
      <w:r>
        <w:br/>
      </w:r>
      <w:r>
        <w:t xml:space="preserve">    (c) draw pictures to accompany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2026-07-31T15:44:41Z</dcterms:created>
  <dcterms:modified xsi:type="dcterms:W3CDTF">2026-07-31T15:44:41Z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