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fb34808331aa33788622f89c236516384ac9db"/>
    <w:p>
      <w:pPr>
        <w:pStyle w:val="Heading1"/>
      </w:pPr>
      <w:r>
        <w:rPr>
          <w:b/>
          <w:bCs/>
        </w:rPr>
        <w:t xml:space="preserve">The Martian</w:t>
      </w:r>
      <w:r>
        <w:br/>
      </w:r>
      <w:r>
        <w:rPr>
          <w:i/>
          <w:iCs/>
        </w:rPr>
        <w:t xml:space="preserve">Andy Weir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Hermes is powered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ion</w:t>
      </w:r>
      <w:r>
        <w:rPr>
          <w:b/>
          <w:bCs/>
        </w:rPr>
        <w:t xml:space="preserve"> </w:t>
      </w:r>
      <w:r>
        <w:rPr>
          <w:b/>
          <w:bCs/>
        </w:rPr>
        <w:t xml:space="preserve">engines.</w:t>
      </w:r>
      <w:r>
        <w:br/>
      </w:r>
      <w:r>
        <w:t xml:space="preserve">    (a) an atom that has acquired an electrical charge by the loss or gain of an electron</w:t>
      </w:r>
      <w:r>
        <w:br/>
      </w:r>
      <w:r>
        <w:t xml:space="preserve">    (b) a group, made up of government representatives, that has the power to create laws</w:t>
      </w:r>
      <w:r>
        <w:br/>
      </w:r>
      <w:r>
        <w:t xml:space="preserve">    (c) something that serves as evidence -- especially a statement at a trial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Naturally, they didn't send us to Mars until they'd confirmed that all the supplies had made it to the surface and their containers weren't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breached</w:t>
      </w:r>
      <w:r>
        <w:rPr>
          <w:b/>
          <w:bCs/>
        </w:rPr>
        <w:t xml:space="preserve">.</w:t>
      </w:r>
      <w:r>
        <w:br/>
      </w:r>
      <w:r>
        <w:t xml:space="preserve">    (a) excessively excited</w:t>
      </w:r>
      <w:r>
        <w:br/>
      </w:r>
      <w:r>
        <w:t xml:space="preserve">    (b) nervous or confused</w:t>
      </w:r>
      <w:r>
        <w:br/>
      </w:r>
      <w:r>
        <w:t xml:space="preserve">    (c) broke or penetrated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blood from my wound trickled down toward the hole.</w:t>
      </w:r>
      <w:r>
        <w:br/>
      </w:r>
      <w:r>
        <w:t xml:space="preserve">    (a) abundant (large in quantity or number)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redundancy</w:t>
      </w:r>
      <w:r>
        <w:rPr>
          <w:b/>
          <w:bCs/>
        </w:rPr>
        <w:t xml:space="preserve">, the supply probes had enough food to last the whole crew fifty-six days.</w:t>
      </w:r>
      <w:r>
        <w:br/>
      </w:r>
      <w:r>
        <w:t xml:space="preserve">    (a) a musical play with orchestra in which most of the dialogue is sung (or the art form that consists of such musicals; or describing something as related to that art form)</w:t>
      </w:r>
      <w:r>
        <w:br/>
      </w:r>
      <w:r>
        <w:t xml:space="preserve">    (b)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  <w:r>
        <w:br/>
      </w:r>
      <w:r>
        <w:t xml:space="preserve">    (c) a person with or something related to an eating disorder in which overeating is followed by guilt and unhealthy attempts at correction -- especially self-induced vomiting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going to start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rationing</w:t>
      </w:r>
      <w:r>
        <w:rPr>
          <w:b/>
          <w:bCs/>
        </w:rPr>
        <w:t xml:space="preserve"> </w:t>
      </w:r>
      <w:r>
        <w:rPr>
          <w:b/>
          <w:bCs/>
        </w:rPr>
        <w:t xml:space="preserve">food right now.</w:t>
      </w:r>
      <w:r>
        <w:br/>
      </w:r>
      <w:r>
        <w:t xml:space="preserve">    (a) treating something in an educated, intellectual way -- often excluding emotional or practical considerations</w:t>
      </w:r>
      <w:r>
        <w:br/>
      </w:r>
      <w:r>
        <w:t xml:space="preserve">    (b) "spiritual renewing" a person in a Christian ceremony  OR  initiating or purifying by a challenging experience</w:t>
      </w:r>
      <w:r>
        <w:br/>
      </w:r>
      <w:r>
        <w:t xml:space="preserve">    (c) restricting the amount of something each person can have -- such as food or gasoline when there is a shortage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botanist</w:t>
      </w:r>
      <w:r>
        <w:rPr>
          <w:b/>
          <w:bCs/>
        </w:rPr>
        <w:t xml:space="preserve"> </w:t>
      </w:r>
      <w:r>
        <w:rPr>
          <w:b/>
          <w:bCs/>
        </w:rPr>
        <w:t xml:space="preserve">and mechanical engineer; basically, the mission's fix-it man who played with plants.</w:t>
      </w:r>
      <w:r>
        <w:br/>
      </w:r>
      <w:r>
        <w:t xml:space="preserve">    (a) a person who uses seemingly believable, but invalid arguments that display ingenuity in reasoning</w:t>
      </w:r>
      <w:r>
        <w:br/>
      </w:r>
      <w:r>
        <w:t xml:space="preserve">    (b) the branch of biology that studies plants; or all the plant life in a particular region or period</w:t>
      </w:r>
      <w:r>
        <w:br/>
      </w:r>
      <w:r>
        <w:t xml:space="preserve">    (c) Middle Ages Europe:  a person who is bound to the land and owned with the land by the feudal lord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Bacterial</w:t>
      </w:r>
      <w:r>
        <w:rPr>
          <w:b/>
          <w:bCs/>
        </w:rPr>
        <w:t xml:space="preserve"> </w:t>
      </w:r>
      <w:r>
        <w:rPr>
          <w:b/>
          <w:bCs/>
        </w:rPr>
        <w:t xml:space="preserve">activity, certain nutrients provided by animal life, etc. None of that is happening on Mars.</w:t>
      </w:r>
      <w:r>
        <w:br/>
      </w:r>
      <w:r>
        <w:t xml:space="preserve">    (a) the quality of being clear, easily noticed, and/or identifiable as different or separate</w:t>
      </w:r>
      <w:r>
        <w:br/>
      </w:r>
      <w:r>
        <w:t xml:space="preserve">    (b) related to microorganisms (living creatures so small it takes a microscope to see them)</w:t>
      </w:r>
      <w:r>
        <w:br/>
      </w:r>
      <w:r>
        <w:t xml:space="preserve">    (c) the quality of not being clear, easily noticed, 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nearly infinite supply of vitamins, all I need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calories</w:t>
      </w:r>
      <w:r>
        <w:rPr>
          <w:b/>
          <w:bCs/>
        </w:rPr>
        <w:t xml:space="preserve"> </w:t>
      </w:r>
      <w:r>
        <w:rPr>
          <w:b/>
          <w:bCs/>
        </w:rPr>
        <w:t xml:space="preserve">of any kind to survive.</w:t>
      </w:r>
      <w:r>
        <w:br/>
      </w:r>
      <w:r>
        <w:t xml:space="preserve">    (a) a unit of energy most commonly known as a measure of potential weight gain the body gets from food</w:t>
      </w:r>
      <w:r>
        <w:br/>
      </w:r>
      <w:r>
        <w:t xml:space="preserve">    (b) people that view history as class struggle and argue that capitalism will be replaced by communism</w:t>
      </w:r>
      <w:r>
        <w:br/>
      </w:r>
      <w:r>
        <w:t xml:space="preserve">    (c) any of the Scandinavian peoples who raided the coasts of Europe from the 8th to the 11th centuries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Normally, it takes at least 90 days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full-sized potatoes.</w:t>
      </w:r>
      <w:r>
        <w:br/>
      </w:r>
      <w:r>
        <w:t xml:space="preserve">    (a) think deeply or carefully about</w:t>
      </w:r>
      <w:r>
        <w:br/>
      </w:r>
      <w:r>
        <w:t xml:space="preserve">    (b) stop (something from happening)</w:t>
      </w:r>
      <w:r>
        <w:br/>
      </w:r>
      <w:r>
        <w:t xml:space="preserve">    (c) produce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she entered the latitude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longitude</w:t>
      </w:r>
      <w:r>
        <w:rPr>
          <w:b/>
          <w:bCs/>
        </w:rPr>
        <w:t xml:space="preserve"> </w:t>
      </w:r>
      <w:r>
        <w:rPr>
          <w:b/>
          <w:bCs/>
        </w:rPr>
        <w:t xml:space="preserve">of the image, she recognized the numbers.</w:t>
      </w:r>
      <w:r>
        <w:br/>
      </w:r>
      <w:r>
        <w:t xml:space="preserve">    (a) relating to logical examination of something to better understand it</w:t>
      </w:r>
      <w:r>
        <w:br/>
      </w:r>
      <w:r>
        <w:t xml:space="preserve">    (b) a measure of east/west (relative to the Prime Meridian) on the earth</w:t>
      </w:r>
      <w:r>
        <w:br/>
      </w:r>
      <w:r>
        <w:t xml:space="preserve">    (c) lack of interest; or the process of stopping interaction or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after autodeploying,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detached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from the rovers and lined up next to each other twenty meters away?</w:t>
      </w:r>
      <w:r>
        <w:br/>
      </w:r>
      <w:r>
        <w:t xml:space="preserve">    (a) separated  OR  emotionally uninvolved (separated from emotions)</w:t>
      </w:r>
      <w:r>
        <w:br/>
      </w:r>
      <w:r>
        <w:t xml:space="preserve">    (b) legally ordered to provide documents, or to appear as a witness</w:t>
      </w:r>
      <w:r>
        <w:br/>
      </w:r>
      <w:r>
        <w:t xml:space="preserve">    (c) pointed to differences between; or compared to show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can't promise we'll succeed in rescuing him, but I can promise this: The entire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of NASA will be to bring Mark Watney home.</w:t>
      </w:r>
      <w:r>
        <w:br/>
      </w:r>
      <w:r>
        <w:t xml:space="preserve">    (a) place where attention is directed</w:t>
      </w:r>
      <w:r>
        <w:br/>
      </w:r>
      <w:r>
        <w:t xml:space="preserve">    (b) calculating or judging too high</w:t>
      </w:r>
      <w:r>
        <w:br/>
      </w:r>
      <w:r>
        <w:t xml:space="preserve">    (c) the ability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on the task at hand.</w:t>
      </w:r>
      <w:r>
        <w:br/>
      </w:r>
      <w:r>
        <w:t xml:space="preserve">    (a) a real estate loan; or pledging something for a loan</w:t>
      </w:r>
      <w:r>
        <w:br/>
      </w:r>
      <w:r>
        <w:t xml:space="preserve">    (b) make one's home in; or live in; or stay (in a place)</w:t>
      </w:r>
      <w:r>
        <w:br/>
      </w:r>
      <w:r>
        <w:t xml:space="preserve">    (c) concentrate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incremental</w:t>
      </w:r>
      <w:r>
        <w:rPr>
          <w:b/>
          <w:bCs/>
        </w:rPr>
        <w:t xml:space="preserve"> </w:t>
      </w:r>
      <w:r>
        <w:rPr>
          <w:b/>
          <w:bCs/>
        </w:rPr>
        <w:t xml:space="preserve">test, we think.</w:t>
      </w:r>
      <w:r>
        <w:br/>
      </w:r>
      <w:r>
        <w:t xml:space="preserve">    (a) able to be protected or kept unchanged</w:t>
      </w:r>
      <w:r>
        <w:br/>
      </w:r>
      <w:r>
        <w:t xml:space="preserve">    (b) able to accept as true (without proof)</w:t>
      </w:r>
      <w:r>
        <w:br/>
      </w:r>
      <w:r>
        <w:t xml:space="preserve">    (c) relating to progressive steps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takes eight months to get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probe</w:t>
      </w:r>
      <w:r>
        <w:rPr>
          <w:b/>
          <w:bCs/>
        </w:rPr>
        <w:t xml:space="preserve"> </w:t>
      </w:r>
      <w:r>
        <w:rPr>
          <w:b/>
          <w:bCs/>
        </w:rPr>
        <w:t xml:space="preserve">to Mars in the best of times.</w:t>
      </w:r>
      <w:r>
        <w:br/>
      </w:r>
      <w:r>
        <w:t xml:space="preserve">    (a) a woman who is casually playful in a way that arouses sexual interest of men</w:t>
      </w:r>
      <w:r>
        <w:br/>
      </w:r>
      <w:r>
        <w:t xml:space="preserve">    (b) to change to multiple areas of control or concentration (rather than just 1)</w:t>
      </w:r>
      <w:r>
        <w:br/>
      </w:r>
      <w:r>
        <w:t xml:space="preserve">    (c) an unmanned spacecraft used for exploration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really hoping I'd wake up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functional</w:t>
      </w:r>
      <w:r>
        <w:rPr>
          <w:b/>
          <w:bCs/>
        </w:rPr>
        <w:t xml:space="preserve"> </w:t>
      </w:r>
      <w:r>
        <w:rPr>
          <w:b/>
          <w:bCs/>
        </w:rPr>
        <w:t xml:space="preserve">lander, but no such luck.</w:t>
      </w:r>
      <w:r>
        <w:br/>
      </w:r>
      <w:r>
        <w:t xml:space="preserve">    (a) exceedingly important, serious, or dangerous</w:t>
      </w:r>
      <w:r>
        <w:br/>
      </w:r>
      <w:r>
        <w:t xml:space="preserve">    (b) the state or degree of agreeing or approving</w:t>
      </w:r>
      <w:r>
        <w:br/>
      </w:r>
      <w:r>
        <w:t xml:space="preserve">    (c) working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onboard computers could control all ships'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functions</w:t>
      </w:r>
      <w:r>
        <w:rPr>
          <w:b/>
          <w:bCs/>
        </w:rPr>
        <w:t xml:space="preserve">.</w:t>
      </w:r>
      <w:r>
        <w:br/>
      </w:r>
      <w:r>
        <w:t xml:space="preserve">    (a) adjusts a lens to make an image clear</w:t>
      </w:r>
      <w:r>
        <w:br/>
      </w:r>
      <w:r>
        <w:t xml:space="preserve">    (b) suggestions that someone was involved</w:t>
      </w:r>
      <w:r>
        <w:br/>
      </w:r>
      <w:r>
        <w:t xml:space="preserve">    (c) operations (jobs)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says it'll keep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tethered</w:t>
      </w:r>
      <w:r>
        <w:rPr>
          <w:b/>
          <w:bCs/>
        </w:rPr>
        <w:t xml:space="preserve"> </w:t>
      </w:r>
      <w:r>
        <w:rPr>
          <w:b/>
          <w:bCs/>
        </w:rPr>
        <w:t xml:space="preserve">to humanity.</w:t>
      </w:r>
      <w:r>
        <w:br/>
      </w:r>
      <w:r>
        <w:t xml:space="preserve">    (a) held together (connected or united) or wrapped</w:t>
      </w:r>
      <w:r>
        <w:br/>
      </w:r>
      <w:r>
        <w:t xml:space="preserve">    (b) considered (for affect on a result or outcome)</w:t>
      </w:r>
      <w:r>
        <w:br/>
      </w:r>
      <w:r>
        <w:t xml:space="preserve">    (c) tied so as to limit the boundaries of movement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critical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components</w:t>
      </w:r>
      <w:r>
        <w:rPr>
          <w:b/>
          <w:bCs/>
        </w:rPr>
        <w:t xml:space="preserve"> </w:t>
      </w:r>
      <w:r>
        <w:rPr>
          <w:b/>
          <w:bCs/>
        </w:rPr>
        <w:t xml:space="preserve">are designed to survive a vacuum.</w:t>
      </w:r>
      <w:r>
        <w:br/>
      </w:r>
      <w:r>
        <w:t xml:space="preserve">    (a) parts</w:t>
      </w:r>
      <w:r>
        <w:br/>
      </w:r>
      <w:r>
        <w:t xml:space="preserve">    (b) things that are different than others of their type (synonyms could include: adaptations, versions, alternate forms)</w:t>
      </w:r>
      <w:r>
        <w:br/>
      </w:r>
      <w:r>
        <w:t xml:space="preserve">    (c) intangible (non-touchable) properties that are the result of creativity (such as patents or trademarks or copyrights)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flammables</w:t>
      </w:r>
      <w:r>
        <w:rPr>
          <w:b/>
          <w:bCs/>
        </w:rPr>
        <w:t xml:space="preserve"> </w:t>
      </w:r>
      <w:r>
        <w:rPr>
          <w:b/>
          <w:bCs/>
        </w:rPr>
        <w:t xml:space="preserve">and pure oxygen.</w:t>
      </w:r>
      <w:r>
        <w:br/>
      </w:r>
      <w:r>
        <w:t xml:space="preserve">    (a) things easily set on fire</w:t>
      </w:r>
      <w:r>
        <w:br/>
      </w:r>
      <w:r>
        <w:t xml:space="preserve">    (b) interactions or interests</w:t>
      </w:r>
      <w:r>
        <w:br/>
      </w:r>
      <w:r>
        <w:t xml:space="preserve">    (c) Islamic religious leaders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2026-07-31T19:35:51Z</dcterms:created>
  <dcterms:modified xsi:type="dcterms:W3CDTF">2026-07-31T19:35:51Z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