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abf5f91dae52e488a882b6cb3f78f8b50f99e2"/>
    <w:p>
      <w:pPr>
        <w:pStyle w:val="Heading1"/>
      </w:pPr>
      <w:r>
        <w:rPr>
          <w:b/>
          <w:bCs/>
        </w:rPr>
        <w:t xml:space="preserve">The Mark of Athena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were at full strength, I would've blasted this flying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monstrosity</w:t>
      </w:r>
      <w:r>
        <w:rPr>
          <w:b/>
          <w:bCs/>
        </w:rPr>
        <w:t xml:space="preserve"> </w:t>
      </w:r>
      <w:r>
        <w:rPr>
          <w:b/>
          <w:bCs/>
        </w:rPr>
        <w:t xml:space="preserve">out of the sky already!</w:t>
      </w:r>
      <w:r>
        <w:br/>
      </w:r>
      <w:r>
        <w:t xml:space="preserve">    (a) a central open space in a building</w:t>
      </w:r>
      <w:r>
        <w:br/>
      </w:r>
      <w:r>
        <w:t xml:space="preserve">    (b) something that is big and terrible</w:t>
      </w:r>
      <w:r>
        <w:br/>
      </w:r>
      <w:r>
        <w:t xml:space="preserve">    (c) particles emitted by nuclear decay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idea of a chicken lady issuing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prophecies</w:t>
      </w:r>
      <w:r>
        <w:rPr>
          <w:b/>
          <w:bCs/>
        </w:rPr>
        <w:t xml:space="preserve"> </w:t>
      </w:r>
      <w:r>
        <w:rPr>
          <w:b/>
          <w:bCs/>
        </w:rPr>
        <w:t xml:space="preserve">was apparently just as ridiculous to Romans as it was to Greeks.</w:t>
      </w:r>
      <w:r>
        <w:br/>
      </w:r>
      <w:r>
        <w:t xml:space="preserve">    (a) things easily set on fire</w:t>
      </w:r>
      <w:r>
        <w:br/>
      </w:r>
      <w:r>
        <w:t xml:space="preserve">    (b) predictions of the future</w:t>
      </w:r>
      <w:r>
        <w:br/>
      </w:r>
      <w:r>
        <w:t xml:space="preserve">    (c) interactions or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thing might bring unity to Olympus again—an old wrong finally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avenged</w:t>
      </w:r>
      <w:r>
        <w:rPr>
          <w:b/>
          <w:bCs/>
        </w:rPr>
        <w:t xml:space="preserve">.</w:t>
      </w:r>
      <w:r>
        <w:br/>
      </w:r>
      <w:r>
        <w:t xml:space="preserve">    (a) not fighting</w:t>
      </w:r>
      <w:r>
        <w:br/>
      </w:r>
      <w:r>
        <w:t xml:space="preserve">    (b) took revenge</w:t>
      </w:r>
      <w:r>
        <w:br/>
      </w:r>
      <w:r>
        <w:t xml:space="preserve">    (c)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Hazel sighed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.</w:t>
      </w:r>
      <w:r>
        <w:br/>
      </w:r>
      <w:r>
        <w:t xml:space="preserve">    (a) relative amount</w:t>
      </w:r>
      <w:r>
        <w:br/>
      </w:r>
      <w:r>
        <w:t xml:space="preserve">    (b) in disagreement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so ugly, when he was born his mama thought he was a backward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—with a horse butt for a face.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a mythical being that is half man and half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in the territory where he was reborn—Alaska.</w:t>
      </w:r>
      <w:r>
        <w:br/>
      </w:r>
      <w:r>
        <w:t xml:space="preserve">    (a) relating to existentialism -- a philosophical movement that assumes each person is free to determine what is essential in their existence</w:t>
      </w:r>
      <w:r>
        <w:br/>
      </w:r>
      <w:r>
        <w:t xml:space="preserve">    (b) (adjective) of low quality, or of lower quality or rank than something else  OR  (more rarely as a noun) a person of lower rank or status</w:t>
      </w:r>
      <w:r>
        <w:br/>
      </w:r>
      <w:r>
        <w:t xml:space="preserve">    (c) living or existing forever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someone famous throughout history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someone who will never die -- such as a mythological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Piper knew what he was doing, but he'd succeeded in summoning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</w:t>
      </w:r>
      <w:r>
        <w:rPr>
          <w:b/>
          <w:bCs/>
        </w:rPr>
        <w:t xml:space="preserve"> </w:t>
      </w:r>
      <w:r>
        <w:rPr>
          <w:b/>
          <w:bCs/>
        </w:rPr>
        <w:t xml:space="preserve">only three times since they'd met the storm spirit at the Wolf House last winter.</w:t>
      </w:r>
      <w:r>
        <w:br/>
      </w:r>
      <w:r>
        <w:t xml:space="preserve">    (a) a long and determined effort for a cause that is passionately believed to be important</w:t>
      </w:r>
      <w:r>
        <w:br/>
      </w:r>
      <w:r>
        <w:t xml:space="preserve">    (b) a violent commotion or disturbance -- especially a violent storm or emotional outburst</w:t>
      </w:r>
      <w:r>
        <w:br/>
      </w:r>
      <w:r>
        <w:t xml:space="preserve">    (c) to dominate harshly and unfairly  OR  to deny equal rights to others or make them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accepted Jason's hand and climbed on.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horses paced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agitation</w:t>
      </w:r>
      <w:r>
        <w:rPr>
          <w:b/>
          <w:bCs/>
        </w:rPr>
        <w:t xml:space="preserve">.</w:t>
      </w:r>
      <w:r>
        <w:br/>
      </w:r>
      <w:r>
        <w:t xml:space="preserve">    (a) the act of stirring up (emotionally or physically); or a state of emotional unrest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formula (a mathematical expression that describe a relationship between variables)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Instead, we could send out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the eagles.</w:t>
      </w:r>
      <w:r>
        <w:br/>
      </w:r>
      <w:r>
        <w:t xml:space="preserve">    (a) provide investment funds for something -- such as a business</w:t>
      </w:r>
      <w:r>
        <w:br/>
      </w:r>
      <w:r>
        <w:t xml:space="preserve">    (b) someone or something used for trickery -- especially to lure</w:t>
      </w:r>
      <w:r>
        <w:br/>
      </w:r>
      <w:r>
        <w:t xml:space="preserve">    (c) point to differences between; or compare to show differences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Anyone who helps Rome must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.</w:t>
      </w:r>
      <w:r>
        <w:br/>
      </w:r>
      <w:r>
        <w:t xml:space="preserve">    (a) to spread to other parts of the body</w:t>
      </w:r>
      <w:r>
        <w:br/>
      </w:r>
      <w:r>
        <w:t xml:space="preserve">    (b) move into position to work; or start</w:t>
      </w:r>
      <w:r>
        <w:br/>
      </w:r>
      <w:r>
        <w:t xml:space="preserve">    (c) die, be destroyed, or cease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wall of seawater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, the three Romans were in the bay, spluttering and frantically trying to stay afloat in their armor.</w:t>
      </w:r>
      <w:r>
        <w:br/>
      </w:r>
      <w:r>
        <w:t xml:space="preserve">    (a) not found, sought, or researched</w:t>
      </w:r>
      <w:r>
        <w:br/>
      </w:r>
      <w:r>
        <w:t xml:space="preserve">    (b) played cheerful and lively music</w:t>
      </w:r>
      <w:r>
        <w:br/>
      </w:r>
      <w:r>
        <w:t xml:space="preserve">    (c) settled to a lower level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lay as still as possible until the pain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 </w:t>
      </w:r>
      <w:r>
        <w:rPr>
          <w:b/>
          <w:bCs/>
        </w:rPr>
        <w:t xml:space="preserve">from absolute torture to just horrible throbbing.</w:t>
      </w:r>
      <w:r>
        <w:br/>
      </w:r>
      <w:r>
        <w:t xml:space="preserve">    (a) became less severe</w:t>
      </w:r>
      <w:r>
        <w:br/>
      </w:r>
      <w:r>
        <w:t xml:space="preserve">    (b) not interacting or having interest; or stopped interacting or having interest</w:t>
      </w:r>
      <w:r>
        <w:br/>
      </w:r>
      <w:r>
        <w:t xml:space="preserve">    (c) campaigned or worked for a cause that was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 input latitude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longitude</w:t>
      </w:r>
      <w:r>
        <w:rPr>
          <w:b/>
          <w:bCs/>
        </w:rPr>
        <w:t xml:space="preserve"> </w:t>
      </w:r>
      <w:r>
        <w:rPr>
          <w:b/>
          <w:bCs/>
        </w:rPr>
        <w:t xml:space="preserve">in this thing?</w:t>
      </w:r>
      <w:r>
        <w:br/>
      </w:r>
      <w:r>
        <w:t xml:space="preserve">    (a) a measure of east/west (relative to the Prime Meridian) on the earth</w:t>
      </w:r>
      <w:r>
        <w:br/>
      </w:r>
      <w:r>
        <w:t xml:space="preserve">    (b) lack of interest; or the process of stopping interaction or interest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Percy wore pajama pants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breastplate, which was an interesting fashion statement.</w:t>
      </w:r>
      <w:r>
        <w:br/>
      </w:r>
      <w:r>
        <w:t xml:space="preserve">    (a) appropriate in size, amount, or degree</w:t>
      </w:r>
      <w:r>
        <w:br/>
      </w:r>
      <w:r>
        <w:t xml:space="preserve">    (b) examine in detail to better understand</w:t>
      </w:r>
      <w:r>
        <w:br/>
      </w:r>
      <w:r>
        <w:t xml:space="preserve">    (c) made of a type of high-quality metal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Unfortunately, between Annabeth and that exit, the floor was bisected by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 </w:t>
      </w:r>
      <w:r>
        <w:rPr>
          <w:b/>
          <w:bCs/>
        </w:rPr>
        <w:t xml:space="preserve">fifty feet across.</w:t>
      </w:r>
      <w:r>
        <w:br/>
      </w:r>
      <w:r>
        <w:t xml:space="preserve">    (a) a nerve or brain cell</w:t>
      </w:r>
      <w:r>
        <w:br/>
      </w:r>
      <w:r>
        <w:t xml:space="preserve">    (b) a large gap or divide</w:t>
      </w:r>
      <w:r>
        <w:br/>
      </w:r>
      <w:r>
        <w:t xml:space="preserve">    (c) long eventful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ignored the zodiac signs and letters, lining up the correct numbers so they made the value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</w:t>
      </w:r>
      <w:r>
        <w:rPr>
          <w:b/>
          <w:bCs/>
        </w:rPr>
        <w:t xml:space="preserve">.</w:t>
      </w:r>
      <w:r>
        <w:br/>
      </w:r>
      <w:r>
        <w:t xml:space="preserve">    (a) drugs that causes temporary loss of bodily sensations in a limited region of the body while maintaining consciousness</w:t>
      </w:r>
      <w:r>
        <w:br/>
      </w:r>
      <w:r>
        <w:t xml:space="preserve">    (b) radically new and experimental; or people who practice radically new and experimental ideas -- especially in the arts</w:t>
      </w:r>
      <w:r>
        <w:br/>
      </w:r>
      <w:r>
        <w:t xml:space="preserve">    (c) mathematics:  an important constant representing the circumference of any circle divided by its diameter (about 3.14)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clicked and whirred along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conveyor belt</w:t>
      </w:r>
      <w:r>
        <w:rPr>
          <w:b/>
          <w:bCs/>
        </w:rPr>
        <w:t xml:space="preserve">, got hooked on a rope, and ascended through a slot in the roof.</w:t>
      </w:r>
      <w:r>
        <w:br/>
      </w:r>
      <w:r>
        <w:t xml:space="preserve">    (a) a connection or relationship by being equivalent, proportionate, or matched</w:t>
      </w:r>
      <w:r>
        <w:br/>
      </w:r>
      <w:r>
        <w:t xml:space="preserve">    (b) a moving band or belt that transports objects -- such as goods in a factory</w:t>
      </w:r>
      <w:r>
        <w:br/>
      </w:r>
      <w:r>
        <w:t xml:space="preserve">    (c) the four-dimensional combination of space and time where everything happens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remembered how many times he'd almost died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labyrinth</w:t>
      </w:r>
      <w:r>
        <w:rPr>
          <w:b/>
          <w:bCs/>
        </w:rPr>
        <w:t xml:space="preserve"> </w:t>
      </w:r>
      <w:r>
        <w:rPr>
          <w:b/>
          <w:bCs/>
        </w:rPr>
        <w:t xml:space="preserve">a few years ago.</w:t>
      </w:r>
      <w:r>
        <w:br/>
      </w:r>
      <w:r>
        <w:t xml:space="preserve">    (a) a math value that tells how many times a number is multiplied by itself to reach another number -- often used to describe very big or very small quantities</w:t>
      </w:r>
      <w:r>
        <w:br/>
      </w:r>
      <w:r>
        <w:t xml:space="preserve">    (b) a melody that, after a short interval, is exactly repeated by a different instrument or voice to create competing melodic lines (a strict counterpoint)</w:t>
      </w:r>
      <w:r>
        <w:br/>
      </w:r>
      <w:r>
        <w:t xml:space="preserve">    (c) a complex system of paths or tunnels in which it is easy to get lost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imagined the Athena Parthenos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jutting</w:t>
      </w:r>
      <w:r>
        <w:rPr>
          <w:b/>
          <w:bCs/>
        </w:rPr>
        <w:t xml:space="preserve"> </w:t>
      </w:r>
      <w:r>
        <w:rPr>
          <w:b/>
          <w:bCs/>
        </w:rPr>
        <w:t xml:space="preserve">from their trireme with a sign across her pedestal that read: WIDE LOAD.</w:t>
      </w:r>
      <w:r>
        <w:br/>
      </w:r>
      <w:r>
        <w:t xml:space="preserve">    (a) to stick out; or a part that sticks out</w:t>
      </w:r>
      <w:r>
        <w:br/>
      </w:r>
      <w:r>
        <w:t xml:space="preserve">    (b) expressed strong hatred or loathing for</w:t>
      </w:r>
      <w:r>
        <w:br/>
      </w:r>
      <w:r>
        <w:t xml:space="preserve">    (c) expresses strong hatred or loathing for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2026-07-31T19:18:26Z</dcterms:created>
  <dcterms:modified xsi:type="dcterms:W3CDTF">2026-07-31T19:18:26Z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