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2f1fd65a7d5c37afdf1936f78ca9cfda0c42da"/>
    <w:p>
      <w:pPr>
        <w:pStyle w:val="Heading1"/>
      </w:pPr>
      <w:r>
        <w:rPr>
          <w:b/>
          <w:bCs/>
        </w:rPr>
        <w:t xml:space="preserve">The Magician's Nephew</w:t>
      </w:r>
      <w:r>
        <w:br/>
      </w:r>
      <w:r>
        <w:rPr>
          <w:i/>
          <w:iCs/>
        </w:rPr>
        <w:t xml:space="preserve">C. S. Lewis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dresses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accordance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latest fashions.</w:t>
      </w:r>
      <w:r>
        <w:br/>
      </w:r>
      <w:r>
        <w:t xml:space="preserve">    (a) ignorance</w:t>
      </w:r>
      <w:r>
        <w:br/>
      </w:r>
      <w:r>
        <w:t xml:space="preserve">    (b) opposition</w:t>
      </w:r>
      <w:r>
        <w:br/>
      </w:r>
      <w:r>
        <w:t xml:space="preserve">    (c) keeping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fight, he turned himself in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own accord</w:t>
      </w:r>
      <w:r>
        <w:rPr>
          <w:b/>
          <w:bCs/>
        </w:rPr>
        <w:t xml:space="preserve">.</w:t>
      </w:r>
      <w:r>
        <w:br/>
      </w:r>
      <w:r>
        <w:t xml:space="preserve">    (a) own mind</w:t>
      </w:r>
      <w:r>
        <w:br/>
      </w:r>
      <w:r>
        <w:t xml:space="preserve">    (b) own fear</w:t>
      </w:r>
      <w:r>
        <w:br/>
      </w:r>
      <w:r>
        <w:t xml:space="preserve">    (c) own safety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adept</w:t>
      </w:r>
      <w:r>
        <w:rPr>
          <w:b/>
          <w:bCs/>
        </w:rPr>
        <w:t xml:space="preserve"> </w:t>
      </w:r>
      <w:r>
        <w:rPr>
          <w:b/>
          <w:bCs/>
        </w:rPr>
        <w:t xml:space="preserve">with a soccer ball.</w:t>
      </w:r>
      <w:r>
        <w:br/>
      </w:r>
      <w:r>
        <w:t xml:space="preserve">    (a) surprising</w:t>
      </w:r>
      <w:r>
        <w:br/>
      </w:r>
      <w:r>
        <w:t xml:space="preserve">    (b) skillful</w:t>
      </w:r>
      <w:r>
        <w:br/>
      </w:r>
      <w:r>
        <w:t xml:space="preserve">    (c) clumsy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worst mix -- greedy,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</w:t>
      </w:r>
      <w:r>
        <w:rPr>
          <w:b/>
          <w:bCs/>
        </w:rPr>
        <w:t xml:space="preserve">, and without morals.</w:t>
      </w:r>
      <w:r>
        <w:br/>
      </w:r>
      <w:r>
        <w:t xml:space="preserve">    (a) stupid and impatient</w:t>
      </w:r>
      <w:r>
        <w:br/>
      </w:r>
      <w:r>
        <w:t xml:space="preserve">    (b) clever and deceitful</w:t>
      </w:r>
      <w:r>
        <w:br/>
      </w:r>
      <w:r>
        <w:t xml:space="preserve">    (c) strong and cruel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rescued me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.</w:t>
      </w:r>
      <w:r>
        <w:br/>
      </w:r>
      <w:r>
        <w:t xml:space="preserve">    (a) fear</w:t>
      </w:r>
      <w:r>
        <w:br/>
      </w:r>
      <w:r>
        <w:t xml:space="preserve">    (b) hopelessness</w:t>
      </w:r>
      <w:r>
        <w:br/>
      </w:r>
      <w:r>
        <w:t xml:space="preserve">    (c) poverty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discussion brought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an important difference of opinion.</w:t>
      </w:r>
      <w:r>
        <w:br/>
      </w:r>
      <w:r>
        <w:t xml:space="preserve">    (a) conflict</w:t>
      </w:r>
      <w:r>
        <w:br/>
      </w:r>
      <w:r>
        <w:t xml:space="preserve">    (b) view</w:t>
      </w:r>
      <w:r>
        <w:br/>
      </w:r>
      <w:r>
        <w:t xml:space="preserve">    (c) hiding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family concerns</w:t>
      </w:r>
      <w:r>
        <w:br/>
      </w:r>
      <w:r>
        <w:t xml:space="preserve">    (b) financial loan</w:t>
      </w:r>
      <w:r>
        <w:br/>
      </w:r>
      <w:r>
        <w:t xml:space="preserve">    (c) patience or tolerance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 to take the ACT just once.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 will take it early, so there is time to study and take it again if my scores aren't high enough.</w:t>
      </w:r>
      <w:r>
        <w:br/>
      </w:r>
      <w:r>
        <w:t xml:space="preserve">    (a) also</w:t>
      </w:r>
      <w:r>
        <w:br/>
      </w:r>
      <w:r>
        <w:t xml:space="preserve">    (b) and</w:t>
      </w:r>
      <w:r>
        <w:br/>
      </w:r>
      <w:r>
        <w:t xml:space="preserve">    (c) but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safe we make it, there will always be risk.</w:t>
      </w:r>
      <w:r>
        <w:br/>
      </w:r>
      <w:r>
        <w:t xml:space="preserve">    (a) no matter how</w:t>
      </w:r>
      <w:r>
        <w:br/>
      </w:r>
      <w:r>
        <w:t xml:space="preserve">    (b) on-the-other-hand</w:t>
      </w:r>
      <w:r>
        <w:br/>
      </w:r>
      <w:r>
        <w:t xml:space="preserve">    (c) in addition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, but she agreed to be searched when they accused her of shoplifting.</w:t>
      </w:r>
      <w:r>
        <w:br/>
      </w:r>
      <w:r>
        <w:t xml:space="preserve">    (a) surprised at the unexpected</w:t>
      </w:r>
      <w:r>
        <w:br/>
      </w:r>
      <w:r>
        <w:t xml:space="preserve">    (b) annoyed at something unjust</w:t>
      </w:r>
      <w:r>
        <w:br/>
      </w:r>
      <w:r>
        <w:t xml:space="preserve">    (c) defensive about being suspected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brushed the horse's tangled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</w:t>
      </w:r>
      <w:r>
        <w:rPr>
          <w:b/>
          <w:bCs/>
        </w:rPr>
        <w:t xml:space="preserve"> </w:t>
      </w:r>
      <w:r>
        <w:rPr>
          <w:b/>
          <w:bCs/>
        </w:rPr>
        <w:t xml:space="preserve">until it flowed smoothly down its neck.</w:t>
      </w:r>
      <w:r>
        <w:br/>
      </w:r>
      <w:r>
        <w:t xml:space="preserve">    (a) sharp pointed hoof</w:t>
      </w:r>
      <w:r>
        <w:br/>
      </w:r>
      <w:r>
        <w:t xml:space="preserve">    (b) long curved tail</w:t>
      </w:r>
      <w:r>
        <w:br/>
      </w:r>
      <w:r>
        <w:t xml:space="preserve">    (c) thick neck hair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obstinate</w:t>
      </w:r>
      <w:r>
        <w:rPr>
          <w:b/>
          <w:bCs/>
        </w:rPr>
        <w:t xml:space="preserve"> </w:t>
      </w:r>
      <w:r>
        <w:rPr>
          <w:b/>
          <w:bCs/>
        </w:rPr>
        <w:t xml:space="preserve">as a mule and refuses to change his mind.</w:t>
      </w:r>
      <w:r>
        <w:br/>
      </w:r>
      <w:r>
        <w:t xml:space="preserve">    (a) stubborn</w:t>
      </w:r>
      <w:r>
        <w:br/>
      </w:r>
      <w:r>
        <w:t xml:space="preserve">    (b) graceful</w:t>
      </w:r>
      <w:r>
        <w:br/>
      </w:r>
      <w:r>
        <w:t xml:space="preserve">    (c) cheerful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arrived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ostentatious</w:t>
      </w:r>
      <w:r>
        <w:rPr>
          <w:b/>
          <w:bCs/>
        </w:rPr>
        <w:t xml:space="preserve"> </w:t>
      </w:r>
      <w:r>
        <w:rPr>
          <w:b/>
          <w:bCs/>
        </w:rPr>
        <w:t xml:space="preserve">stretch limo.</w:t>
      </w:r>
      <w:r>
        <w:br/>
      </w:r>
      <w:r>
        <w:t xml:space="preserve">    (a) expensive</w:t>
      </w:r>
      <w:r>
        <w:br/>
      </w:r>
      <w:r>
        <w:t xml:space="preserve">    (b) long</w:t>
      </w:r>
      <w:r>
        <w:br/>
      </w:r>
      <w:r>
        <w:t xml:space="preserve">    (c) showy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thinker.</w:t>
      </w:r>
      <w:r>
        <w:br/>
      </w:r>
      <w:r>
        <w:t xml:space="preserve">    (a) quick</w:t>
      </w:r>
      <w:r>
        <w:br/>
      </w:r>
      <w:r>
        <w:t xml:space="preserve">    (b) shallow</w:t>
      </w:r>
      <w:r>
        <w:br/>
      </w:r>
      <w:r>
        <w:t xml:space="preserve">    (c) deep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hands began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quiver</w:t>
      </w:r>
      <w:r>
        <w:rPr>
          <w:b/>
          <w:bCs/>
        </w:rPr>
        <w:t xml:space="preserve"> </w:t>
      </w:r>
      <w:r>
        <w:rPr>
          <w:b/>
          <w:bCs/>
        </w:rPr>
        <w:t xml:space="preserve">as she opened the envelope.</w:t>
      </w:r>
      <w:r>
        <w:br/>
      </w:r>
      <w:r>
        <w:t xml:space="preserve">    (a) quickly move</w:t>
      </w:r>
      <w:r>
        <w:br/>
      </w:r>
      <w:r>
        <w:t xml:space="preserve">    (b) tightly grip</w:t>
      </w:r>
      <w:r>
        <w:br/>
      </w:r>
      <w:r>
        <w:t xml:space="preserve">    (c) slightly shake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coach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scorns</w:t>
      </w:r>
      <w:r>
        <w:rPr>
          <w:b/>
          <w:bCs/>
        </w:rPr>
        <w:t xml:space="preserve"> </w:t>
      </w:r>
      <w:r>
        <w:rPr>
          <w:b/>
          <w:bCs/>
        </w:rPr>
        <w:t xml:space="preserve">students who don't have natural ability.</w:t>
      </w:r>
      <w:r>
        <w:br/>
      </w:r>
      <w:r>
        <w:t xml:space="preserve">    (a) encourages</w:t>
      </w:r>
      <w:r>
        <w:br/>
      </w:r>
      <w:r>
        <w:t xml:space="preserve">    (b) trains</w:t>
      </w:r>
      <w:r>
        <w:br/>
      </w:r>
      <w:r>
        <w:t xml:space="preserve">    (c) disrespects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solemn</w:t>
      </w:r>
      <w:r>
        <w:rPr>
          <w:b/>
          <w:bCs/>
        </w:rPr>
        <w:t xml:space="preserve"> </w:t>
      </w:r>
      <w:r>
        <w:rPr>
          <w:b/>
          <w:bCs/>
        </w:rPr>
        <w:t xml:space="preserve">at the funeral.</w:t>
      </w:r>
      <w:r>
        <w:br/>
      </w:r>
      <w:r>
        <w:t xml:space="preserve">    (a) serious and dignified</w:t>
      </w:r>
      <w:r>
        <w:br/>
      </w:r>
      <w:r>
        <w:t xml:space="preserve">    (b) dressed in dark colors</w:t>
      </w:r>
      <w:r>
        <w:br/>
      </w:r>
      <w:r>
        <w:t xml:space="preserve">    (c) teary eyed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general's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treachery</w:t>
      </w:r>
      <w:r>
        <w:rPr>
          <w:b/>
          <w:bCs/>
        </w:rPr>
        <w:t xml:space="preserve"> </w:t>
      </w:r>
      <w:r>
        <w:rPr>
          <w:b/>
          <w:bCs/>
        </w:rPr>
        <w:t xml:space="preserve">put the whole army in danger.</w:t>
      </w:r>
      <w:r>
        <w:br/>
      </w:r>
      <w:r>
        <w:t xml:space="preserve">    (a) betrayal</w:t>
      </w:r>
      <w:r>
        <w:br/>
      </w:r>
      <w:r>
        <w:t xml:space="preserve">    (b) confusion</w:t>
      </w:r>
      <w:r>
        <w:br/>
      </w:r>
      <w:r>
        <w:t xml:space="preserve">    (c) bravery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Without water, the plants in the garden began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wither</w:t>
      </w:r>
      <w:r>
        <w:rPr>
          <w:b/>
          <w:bCs/>
        </w:rPr>
        <w:t xml:space="preserve"> </w:t>
      </w:r>
      <w:r>
        <w:rPr>
          <w:b/>
          <w:bCs/>
        </w:rPr>
        <w:t xml:space="preserve">and die.</w:t>
      </w:r>
      <w:r>
        <w:br/>
      </w:r>
      <w:r>
        <w:t xml:space="preserve">    (a) become dormant</w:t>
      </w:r>
      <w:r>
        <w:br/>
      </w:r>
      <w:r>
        <w:t xml:space="preserve">    (b) grow stronger</w:t>
      </w:r>
      <w:r>
        <w:br/>
      </w:r>
      <w:r>
        <w:t xml:space="preserve">    (c) dry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produced</w:t>
      </w:r>
      <w:r>
        <w:br/>
      </w:r>
      <w:r>
        <w:t xml:space="preserve">    (b) slowed down</w:t>
      </w:r>
      <w:r>
        <w:br/>
      </w:r>
      <w:r>
        <w:t xml:space="preserve">    (c) destroyed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2026-07-31T15:11:31Z</dcterms:created>
  <dcterms:modified xsi:type="dcterms:W3CDTF">2026-07-31T15:11:31Z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