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d9b9554f760c9c3fbb86b3db89300bcc3791be"/>
    <w:p>
      <w:pPr>
        <w:pStyle w:val="Heading1"/>
      </w:pPr>
      <w:r>
        <w:rPr>
          <w:b/>
          <w:bCs/>
        </w:rPr>
        <w:t xml:space="preserve">The Magician's Nephew</w:t>
      </w:r>
      <w:r>
        <w:br/>
      </w:r>
      <w:r>
        <w:rPr>
          <w:i/>
          <w:iCs/>
        </w:rPr>
        <w:t xml:space="preserve">C. S. Lewis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employer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aghast</w:t>
      </w:r>
      <w:r>
        <w:rPr>
          <w:b/>
          <w:bCs/>
        </w:rPr>
        <w:t xml:space="preserve"> </w:t>
      </w:r>
      <w:r>
        <w:rPr>
          <w:b/>
          <w:bCs/>
        </w:rPr>
        <w:t xml:space="preserve">and fired her on the spot.</w:t>
      </w:r>
      <w:r>
        <w:br/>
      </w:r>
      <w:r>
        <w:t xml:space="preserve">    (a) shocked</w:t>
      </w:r>
      <w:r>
        <w:br/>
      </w:r>
      <w:r>
        <w:t xml:space="preserve">    (b) angry</w:t>
      </w:r>
      <w:r>
        <w:br/>
      </w:r>
      <w:r>
        <w:t xml:space="preserve">    (c) confident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its historical significance, little remains of the original grandeur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Babylon</w:t>
      </w:r>
      <w:r>
        <w:rPr>
          <w:b/>
          <w:bCs/>
        </w:rPr>
        <w:t xml:space="preserve"> </w:t>
      </w:r>
      <w:r>
        <w:rPr>
          <w:b/>
          <w:bCs/>
        </w:rPr>
        <w:t xml:space="preserve">in present-day Iraq.</w:t>
      </w:r>
      <w:r>
        <w:br/>
      </w:r>
      <w:r>
        <w:t xml:space="preserve">    (a) ancient city</w:t>
      </w:r>
      <w:r>
        <w:br/>
      </w:r>
      <w:r>
        <w:t xml:space="preserve">    (b) ancient building material</w:t>
      </w:r>
      <w:r>
        <w:br/>
      </w:r>
      <w:r>
        <w:t xml:space="preserve">    (c) ancient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conceit</w:t>
      </w:r>
      <w:r>
        <w:rPr>
          <w:b/>
          <w:bCs/>
        </w:rPr>
        <w:t xml:space="preserve"> </w:t>
      </w:r>
      <w:r>
        <w:rPr>
          <w:b/>
          <w:bCs/>
        </w:rPr>
        <w:t xml:space="preserve">showed in the way she interrupted others and assumed she was always the smartest person in the room.</w:t>
      </w:r>
      <w:r>
        <w:br/>
      </w:r>
      <w:r>
        <w:t xml:space="preserve">    (a) ignorance</w:t>
      </w:r>
      <w:r>
        <w:br/>
      </w:r>
      <w:r>
        <w:t xml:space="preserve">    (b) encouragement</w:t>
      </w:r>
      <w:r>
        <w:br/>
      </w:r>
      <w:r>
        <w:t xml:space="preserve">    (c) arrogance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found her in the desert--dehydrated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delirious</w:t>
      </w:r>
      <w:r>
        <w:rPr>
          <w:b/>
          <w:bCs/>
        </w:rPr>
        <w:t xml:space="preserve">.</w:t>
      </w:r>
      <w:r>
        <w:br/>
      </w:r>
      <w:r>
        <w:t xml:space="preserve">    (a) thirsty</w:t>
      </w:r>
      <w:r>
        <w:br/>
      </w:r>
      <w:r>
        <w:t xml:space="preserve">    (b) completely alone</w:t>
      </w:r>
      <w:r>
        <w:br/>
      </w:r>
      <w:r>
        <w:t xml:space="preserve">    (c) mentally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in her book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desolate</w:t>
      </w:r>
      <w:r>
        <w:rPr>
          <w:b/>
          <w:bCs/>
        </w:rPr>
        <w:t xml:space="preserve"> </w:t>
      </w:r>
      <w:r>
        <w:rPr>
          <w:b/>
          <w:bCs/>
        </w:rPr>
        <w:t xml:space="preserve">desert photographs.</w:t>
      </w:r>
      <w:r>
        <w:br/>
      </w:r>
      <w:r>
        <w:t xml:space="preserve">    (a) bright</w:t>
      </w:r>
      <w:r>
        <w:br/>
      </w:r>
      <w:r>
        <w:t xml:space="preserve">    (b) empty</w:t>
      </w:r>
      <w:r>
        <w:br/>
      </w:r>
      <w:r>
        <w:t xml:space="preserve">    (c) detailed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may be our last chance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</w:t>
      </w:r>
      <w:r>
        <w:rPr>
          <w:b/>
          <w:bCs/>
        </w:rPr>
        <w:t xml:space="preserve"> </w:t>
      </w:r>
      <w:r>
        <w:rPr>
          <w:b/>
          <w:bCs/>
        </w:rPr>
        <w:t xml:space="preserve">a compromise that will save the peace.</w:t>
      </w:r>
      <w:r>
        <w:br/>
      </w:r>
      <w:r>
        <w:t xml:space="preserve">    (a) create</w:t>
      </w:r>
      <w:r>
        <w:br/>
      </w:r>
      <w:r>
        <w:t xml:space="preserve">    (b) consider</w:t>
      </w:r>
      <w:r>
        <w:br/>
      </w:r>
      <w:r>
        <w:t xml:space="preserve">    (c) save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mare gave birth to a healthy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foal</w:t>
      </w:r>
      <w:r>
        <w:rPr>
          <w:b/>
          <w:bCs/>
        </w:rPr>
        <w:t xml:space="preserve"> </w:t>
      </w:r>
      <w:r>
        <w:rPr>
          <w:b/>
          <w:bCs/>
        </w:rPr>
        <w:t xml:space="preserve">in the spring meadow.</w:t>
      </w:r>
      <w:r>
        <w:br/>
      </w:r>
      <w:r>
        <w:t xml:space="preserve">    (a) young horse</w:t>
      </w:r>
      <w:r>
        <w:br/>
      </w:r>
      <w:r>
        <w:t xml:space="preserve">    (b) metal gate</w:t>
      </w:r>
      <w:r>
        <w:br/>
      </w:r>
      <w:r>
        <w:t xml:space="preserve">    (c) wooden saddle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child's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impertinent</w:t>
      </w:r>
      <w:r>
        <w:rPr>
          <w:b/>
          <w:bCs/>
        </w:rPr>
        <w:t xml:space="preserve"> </w:t>
      </w:r>
      <w:r>
        <w:rPr>
          <w:b/>
          <w:bCs/>
        </w:rPr>
        <w:t xml:space="preserve">question about the guest's bald head caused an awkward silence at the dinner table.</w:t>
      </w:r>
      <w:r>
        <w:br/>
      </w:r>
      <w:r>
        <w:t xml:space="preserve">    (a) loud</w:t>
      </w:r>
      <w:r>
        <w:br/>
      </w:r>
      <w:r>
        <w:t xml:space="preserve">    (b) rude</w:t>
      </w:r>
      <w:r>
        <w:br/>
      </w:r>
      <w:r>
        <w:t xml:space="preserve">    (c) foolish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 Potter said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incantation</w:t>
      </w:r>
      <w:r>
        <w:rPr>
          <w:b/>
          <w:bCs/>
        </w:rPr>
        <w:t xml:space="preserve">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"expecto patronum"</w:t>
      </w:r>
      <w:r>
        <w:rPr>
          <w:b/>
          <w:bCs/>
        </w:rPr>
        <w:t xml:space="preserve"> </w:t>
      </w:r>
      <w:r>
        <w:rPr>
          <w:b/>
          <w:bCs/>
        </w:rPr>
        <w:t xml:space="preserve">as he focuses on a happy memory to summon protection from dark magic.</w:t>
      </w:r>
      <w:r>
        <w:br/>
      </w:r>
      <w:r>
        <w:t xml:space="preserve">    (a) foreign phrase</w:t>
      </w:r>
      <w:r>
        <w:br/>
      </w:r>
      <w:r>
        <w:t xml:space="preserve">    (b) common saying</w:t>
      </w:r>
      <w:r>
        <w:br/>
      </w:r>
      <w:r>
        <w:t xml:space="preserve">    (c) magic words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loathe</w:t>
      </w:r>
      <w:r>
        <w:rPr>
          <w:b/>
          <w:bCs/>
        </w:rPr>
        <w:t xml:space="preserve"> </w:t>
      </w:r>
      <w:r>
        <w:rPr>
          <w:b/>
          <w:bCs/>
        </w:rPr>
        <w:t xml:space="preserve">that man. He ruined my life.</w:t>
      </w:r>
      <w:r>
        <w:br/>
      </w:r>
      <w:r>
        <w:t xml:space="preserve">    (a) fear</w:t>
      </w:r>
      <w:r>
        <w:br/>
      </w:r>
      <w:r>
        <w:t xml:space="preserve">    (b) hate</w:t>
      </w:r>
      <w:r>
        <w:br/>
      </w:r>
      <w:r>
        <w:t xml:space="preserve">    (c) avoid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narrow-minded</w:t>
      </w:r>
      <w:r>
        <w:rPr>
          <w:b/>
          <w:bCs/>
        </w:rPr>
        <w:t xml:space="preserve"> </w:t>
      </w:r>
      <w:r>
        <w:rPr>
          <w:b/>
          <w:bCs/>
        </w:rPr>
        <w:t xml:space="preserve">views made it hard to have a real conversation.</w:t>
      </w:r>
      <w:r>
        <w:br/>
      </w:r>
      <w:r>
        <w:t xml:space="preserve">    (a) stubbornly closed-off</w:t>
      </w:r>
      <w:r>
        <w:br/>
      </w:r>
      <w:r>
        <w:t xml:space="preserve">    (b) deeply researched</w:t>
      </w:r>
      <w:r>
        <w:br/>
      </w:r>
      <w:r>
        <w:t xml:space="preserve">    (c) open and curious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pawn shop</w:t>
      </w:r>
      <w:r>
        <w:rPr>
          <w:b/>
          <w:bCs/>
        </w:rPr>
        <w:t xml:space="preserve"> </w:t>
      </w:r>
      <w:r>
        <w:rPr>
          <w:b/>
          <w:bCs/>
        </w:rPr>
        <w:t xml:space="preserve">wanted to charge too much interest.</w:t>
      </w:r>
      <w:r>
        <w:br/>
      </w:r>
      <w:r>
        <w:t xml:space="preserve">    (a) a lender that holds personal property as collateral</w:t>
      </w:r>
      <w:r>
        <w:br/>
      </w:r>
      <w:r>
        <w:t xml:space="preserve">    (b) a shop that sells household goods via monthly payments</w:t>
      </w:r>
      <w:r>
        <w:br/>
      </w:r>
      <w:r>
        <w:t xml:space="preserve">    (c) a lender that does all business over the internet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preparatory</w:t>
      </w:r>
      <w:r>
        <w:rPr>
          <w:b/>
          <w:bCs/>
        </w:rPr>
        <w:t xml:space="preserve"> </w:t>
      </w:r>
      <w:r>
        <w:rPr>
          <w:b/>
          <w:bCs/>
        </w:rPr>
        <w:t xml:space="preserve">class before the difficult entrance exam.</w:t>
      </w:r>
      <w:r>
        <w:br/>
      </w:r>
      <w:r>
        <w:t xml:space="preserve">    (a) helping prepare</w:t>
      </w:r>
      <w:r>
        <w:br/>
      </w:r>
      <w:r>
        <w:t xml:space="preserve">    (b) causing trouble</w:t>
      </w:r>
      <w:r>
        <w:br/>
      </w:r>
      <w:r>
        <w:t xml:space="preserve">    (c) making easier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claim that he finished the whole project in five minutes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preposterous</w:t>
      </w:r>
      <w:r>
        <w:rPr>
          <w:b/>
          <w:bCs/>
        </w:rPr>
        <w:t xml:space="preserve">.</w:t>
      </w:r>
      <w:r>
        <w:br/>
      </w:r>
      <w:r>
        <w:t xml:space="preserve">    (a) ordinary</w:t>
      </w:r>
      <w:r>
        <w:br/>
      </w:r>
      <w:r>
        <w:t xml:space="preserve">    (b) absurd</w:t>
      </w:r>
      <w:r>
        <w:br/>
      </w:r>
      <w:r>
        <w:t xml:space="preserve">    (c)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able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procure</w:t>
      </w:r>
      <w:r>
        <w:rPr>
          <w:b/>
          <w:bCs/>
        </w:rPr>
        <w:t xml:space="preserve"> </w:t>
      </w:r>
      <w:r>
        <w:rPr>
          <w:b/>
          <w:bCs/>
        </w:rPr>
        <w:t xml:space="preserve">tickets to the sold-out concert.</w:t>
      </w:r>
      <w:r>
        <w:br/>
      </w:r>
      <w:r>
        <w:t xml:space="preserve">    (a) lose or misplace</w:t>
      </w:r>
      <w:r>
        <w:br/>
      </w:r>
      <w:r>
        <w:t xml:space="preserve">    (b) obtain or get</w:t>
      </w:r>
      <w:r>
        <w:br/>
      </w:r>
      <w:r>
        <w:t xml:space="preserve">    (c) destroy or ruin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repress</w:t>
      </w:r>
      <w:r>
        <w:rPr>
          <w:b/>
          <w:bCs/>
        </w:rPr>
        <w:t xml:space="preserve"> </w:t>
      </w:r>
      <w:r>
        <w:rPr>
          <w:b/>
          <w:bCs/>
        </w:rPr>
        <w:t xml:space="preserve">a laugh during the very serious meeting.</w:t>
      </w:r>
      <w:r>
        <w:br/>
      </w:r>
      <w:r>
        <w:t xml:space="preserve">    (a) join in</w:t>
      </w:r>
      <w:r>
        <w:br/>
      </w:r>
      <w:r>
        <w:t xml:space="preserve">    (b) hold back</w:t>
      </w:r>
      <w:r>
        <w:br/>
      </w:r>
      <w:r>
        <w:t xml:space="preserve">    (c) let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 making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sagacious</w:t>
      </w:r>
      <w:r>
        <w:rPr>
          <w:b/>
          <w:bCs/>
        </w:rPr>
        <w:t xml:space="preserve"> </w:t>
      </w:r>
      <w:r>
        <w:rPr>
          <w:b/>
          <w:bCs/>
        </w:rPr>
        <w:t xml:space="preserve">business decisions for more than 30 years.</w:t>
      </w:r>
      <w:r>
        <w:br/>
      </w:r>
      <w:r>
        <w:t xml:space="preserve">    (a) impatient</w:t>
      </w:r>
      <w:r>
        <w:br/>
      </w:r>
      <w:r>
        <w:t xml:space="preserve">    (b) careless</w:t>
      </w:r>
      <w:r>
        <w:br/>
      </w:r>
      <w:r>
        <w:t xml:space="preserve">    (c) wise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read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sage</w:t>
      </w:r>
      <w:r>
        <w:rPr>
          <w:b/>
          <w:bCs/>
        </w:rPr>
        <w:t xml:space="preserve"> </w:t>
      </w:r>
      <w:r>
        <w:rPr>
          <w:b/>
          <w:bCs/>
        </w:rPr>
        <w:t xml:space="preserve">relationship advice at her blog.</w:t>
      </w:r>
      <w:r>
        <w:br/>
      </w:r>
      <w:r>
        <w:t xml:space="preserve">    (a) spicy</w:t>
      </w:r>
      <w:r>
        <w:br/>
      </w:r>
      <w:r>
        <w:t xml:space="preserve">    (b) wise</w:t>
      </w:r>
      <w:r>
        <w:br/>
      </w:r>
      <w:r>
        <w:t xml:space="preserve">    (c) shallow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Sherlock Holmes</w:t>
      </w:r>
      <w:r>
        <w:rPr>
          <w:b/>
          <w:bCs/>
        </w:rPr>
        <w:t xml:space="preserve"> </w:t>
      </w:r>
      <w:r>
        <w:rPr>
          <w:b/>
          <w:bCs/>
        </w:rPr>
        <w:t xml:space="preserve">is known for solving mysteries using logic and careful observation.</w:t>
      </w:r>
      <w:r>
        <w:br/>
      </w:r>
      <w:r>
        <w:t xml:space="preserve">    (a) fictional London detective</w:t>
      </w:r>
      <w:r>
        <w:br/>
      </w:r>
      <w:r>
        <w:t xml:space="preserve">    (b) fictional alien superhero</w:t>
      </w:r>
      <w:r>
        <w:br/>
      </w:r>
      <w:r>
        <w:t xml:space="preserve">    (c) fictional pirate of the seas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fired off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volley</w:t>
      </w:r>
      <w:r>
        <w:rPr>
          <w:b/>
          <w:bCs/>
        </w:rPr>
        <w:t xml:space="preserve"> </w:t>
      </w:r>
      <w:r>
        <w:rPr>
          <w:b/>
          <w:bCs/>
        </w:rPr>
        <w:t xml:space="preserve">of questions at the nervous witness.</w:t>
      </w:r>
      <w:r>
        <w:br/>
      </w:r>
      <w:r>
        <w:t xml:space="preserve">    (a) a long pause</w:t>
      </w:r>
      <w:r>
        <w:br/>
      </w:r>
      <w:r>
        <w:t xml:space="preserve">    (b) a calm reply</w:t>
      </w:r>
      <w:r>
        <w:br/>
      </w:r>
      <w:r>
        <w:t xml:space="preserve">    (c) a rapid burst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2026-07-31T15:11:31Z</dcterms:created>
  <dcterms:modified xsi:type="dcterms:W3CDTF">2026-07-31T15:11:31Z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