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18a326dcba7ed95eb06a7a188457a7e6840163"/>
    <w:p>
      <w:pPr>
        <w:pStyle w:val="Heading1"/>
      </w:pPr>
      <w:r>
        <w:rPr>
          <w:b/>
          <w:bCs/>
        </w:rPr>
        <w:t xml:space="preserve">The Magician's Nephew</w:t>
      </w:r>
      <w:r>
        <w:br/>
      </w:r>
      <w:r>
        <w:rPr>
          <w:i/>
          <w:iCs/>
        </w:rPr>
        <w:t xml:space="preserve">C. S. Lewis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"London isn't a Hole," said Polly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indignantly</w:t>
      </w:r>
      <w:r>
        <w:rPr>
          <w:b/>
          <w:bCs/>
        </w:rPr>
        <w:t xml:space="preserve">.</w:t>
      </w:r>
      <w:r>
        <w:br/>
      </w:r>
      <w:r>
        <w:t xml:space="preserve">    (a) with acceptance of something undesired as unavoidable</w:t>
      </w:r>
      <w:r>
        <w:br/>
      </w:r>
      <w:r>
        <w:t xml:space="preserve">    (b) with surprise as something unexpected</w:t>
      </w:r>
      <w:r>
        <w:br/>
      </w:r>
      <w:r>
        <w:t xml:space="preserve">    (c) angered at the injustice of his statement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...rules of that sort ... can't possibly be expected to apply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and great thinkers and sages.</w:t>
      </w:r>
      <w:r>
        <w:br/>
      </w:r>
      <w:r>
        <w:t xml:space="preserve">    (a) quick or efficient</w:t>
      </w:r>
      <w:r>
        <w:br/>
      </w:r>
      <w:r>
        <w:t xml:space="preserve">    (b) deep or far-reaching in intellect or insight</w:t>
      </w:r>
      <w:r>
        <w:br/>
      </w:r>
      <w:r>
        <w:t xml:space="preserve">    (c) foolish or showing ignorance of important circumstances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the great scholar, the magician,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adept</w:t>
      </w:r>
      <w:r>
        <w:rPr>
          <w:b/>
          <w:bCs/>
        </w:rPr>
        <w:t xml:space="preserve">, who is doing the experiment.</w:t>
      </w:r>
      <w:r>
        <w:br/>
      </w:r>
      <w:r>
        <w:t xml:space="preserve">    (a) pleasing</w:t>
      </w:r>
      <w:r>
        <w:br/>
      </w:r>
      <w:r>
        <w:t xml:space="preserve">    (b) absolute</w:t>
      </w:r>
      <w:r>
        <w:br/>
      </w:r>
      <w:r>
        <w:t xml:space="preserve">    (c) skillful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they could see Uncle Andrew, very vague and shadowy, but getting clearer and more solid-looking all the time, just as if he were coming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.</w:t>
      </w:r>
      <w:r>
        <w:br/>
      </w:r>
      <w:r>
        <w:t xml:space="preserve">    (a) view (a state where something can be seen clearly)</w:t>
      </w:r>
      <w:r>
        <w:br/>
      </w:r>
      <w:r>
        <w:t xml:space="preserve">    (b) software that stops uninvited software from spreading between computers and causing damage to data and software</w:t>
      </w:r>
      <w:r>
        <w:br/>
      </w:r>
      <w:r>
        <w:t xml:space="preserve">    (c) a condition where the body cannot properly regulate blood sugar levels because it produces little or no insulin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I've had enough of you too - you beastly, stuck-up,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obstinate</w:t>
      </w:r>
      <w:r>
        <w:rPr>
          <w:b/>
          <w:bCs/>
        </w:rPr>
        <w:t xml:space="preserve"> </w:t>
      </w:r>
      <w:r>
        <w:rPr>
          <w:b/>
          <w:bCs/>
        </w:rPr>
        <w:t xml:space="preserve">pig!</w:t>
      </w:r>
      <w:r>
        <w:br/>
      </w:r>
      <w:r>
        <w:t xml:space="preserve">    (a) able to be delayed until a later time</w:t>
      </w:r>
      <w:r>
        <w:br/>
      </w:r>
      <w:r>
        <w:t xml:space="preserve">    (b) stubborn</w:t>
      </w:r>
      <w:r>
        <w:br/>
      </w:r>
      <w:r>
        <w:t xml:space="preserve">    (c) not bouncing back light/heat/sound...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Within two seconds,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they had something to think about that drove their own quarrels quite out of their minds.</w:t>
      </w:r>
      <w:r>
        <w:br/>
      </w:r>
      <w:r>
        <w:t xml:space="preserve">    (a)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  <w:r>
        <w:br/>
      </w:r>
      <w:r>
        <w:t xml:space="preserve">    (b) therefore (for that reason)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Yes, you used to tie a horrid black thing behind me and then hit me to make me run,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far I ran this black thing would always be coming rattle-rattle behind me.</w:t>
      </w:r>
      <w:r>
        <w:br/>
      </w:r>
      <w:r>
        <w:t xml:space="preserve">    (a) regardless of how</w:t>
      </w:r>
      <w:r>
        <w:br/>
      </w:r>
      <w:r>
        <w:t xml:space="preserve">    (b) aka analysis -- psychiatric treatment; or a theory of psychiatric treatment</w:t>
      </w:r>
      <w:r>
        <w:br/>
      </w:r>
      <w:r>
        <w:t xml:space="preserve">    (c) people who are good at or spend much time studying, thinking, and reasoning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any moment I was ready to make peace — yes and to spare her life too, if only she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me the throne.</w:t>
      </w:r>
      <w:r>
        <w:br/>
      </w:r>
      <w:r>
        <w:t xml:space="preserve">    (a) think deeply or carefully about</w:t>
      </w:r>
      <w:r>
        <w:br/>
      </w:r>
      <w:r>
        <w:t xml:space="preserve">    (b) give</w:t>
      </w:r>
      <w:r>
        <w:br/>
      </w:r>
      <w:r>
        <w:t xml:space="preserve">    (c) stop (something from happening)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...there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</w:t>
      </w:r>
      <w:r>
        <w:rPr>
          <w:b/>
          <w:bCs/>
        </w:rPr>
        <w:t xml:space="preserve"> </w:t>
      </w:r>
      <w:r>
        <w:rPr>
          <w:b/>
          <w:bCs/>
        </w:rPr>
        <w:t xml:space="preserve">promise that neither side would use Magic.</w:t>
      </w:r>
      <w:r>
        <w:br/>
      </w:r>
      <w:r>
        <w:t xml:space="preserve">    (a) serious</w:t>
      </w:r>
      <w:r>
        <w:br/>
      </w:r>
      <w:r>
        <w:t xml:space="preserve">    (b) indicating approval or agreement</w:t>
      </w:r>
      <w:r>
        <w:br/>
      </w:r>
      <w:r>
        <w:t xml:space="preserve">    (c) able to be taken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see," she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scornfully</w:t>
      </w:r>
      <w:r>
        <w:rPr>
          <w:b/>
          <w:bCs/>
        </w:rPr>
        <w:t xml:space="preserve">, "you are a Magician - of a sort."</w:t>
      </w:r>
      <w:r>
        <w:br/>
      </w:r>
      <w:r>
        <w:t xml:space="preserve">    (a) disrespectfully (with a strong feeling of dislike)</w:t>
      </w:r>
      <w:r>
        <w:br/>
      </w:r>
      <w:r>
        <w:t xml:space="preserve">    (b) in a manner that is not easily noticed</w:t>
      </w:r>
      <w:r>
        <w:br/>
      </w:r>
      <w:r>
        <w:t xml:space="preserve">    (c) with grace of movement and flexibility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...she turned pale and bent down till her face touched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mane</w:t>
      </w:r>
      <w:r>
        <w:rPr>
          <w:b/>
          <w:bCs/>
        </w:rPr>
        <w:t xml:space="preserve"> </w:t>
      </w:r>
      <w:r>
        <w:rPr>
          <w:b/>
          <w:bCs/>
        </w:rPr>
        <w:t xml:space="preserve">of the horse. You could see she felt deadly sick.</w:t>
      </w:r>
      <w:r>
        <w:br/>
      </w:r>
      <w:r>
        <w:t xml:space="preserve">    (a) hair on the neck</w:t>
      </w:r>
      <w:r>
        <w:br/>
      </w:r>
      <w:r>
        <w:t xml:space="preserve">    (b) exchange, convert, or pay off</w:t>
      </w:r>
      <w:r>
        <w:br/>
      </w:r>
      <w:r>
        <w:t xml:space="preserve">    (c) select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attempt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treachery</w:t>
      </w:r>
      <w:r>
        <w:rPr>
          <w:b/>
          <w:bCs/>
        </w:rPr>
        <w:t xml:space="preserve"> </w:t>
      </w:r>
      <w:r>
        <w:rPr>
          <w:b/>
          <w:bCs/>
        </w:rPr>
        <w:t xml:space="preserve">I will...</w:t>
      </w:r>
      <w:r>
        <w:br/>
      </w:r>
      <w:r>
        <w:t xml:space="preserve">    (a) betrayal</w:t>
      </w:r>
      <w:r>
        <w:br/>
      </w:r>
      <w:r>
        <w:t xml:space="preserve">    (b) disorder</w:t>
      </w:r>
      <w:r>
        <w:br/>
      </w:r>
      <w:r>
        <w:t xml:space="preserve">    (c) reporter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have insisted on my entertaining you to an exceedingly expensive, not to say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ostentatious</w:t>
      </w:r>
      <w:r>
        <w:rPr>
          <w:b/>
          <w:bCs/>
        </w:rPr>
        <w:t xml:space="preserve">, lunch...</w:t>
      </w:r>
      <w:r>
        <w:br/>
      </w:r>
      <w:r>
        <w:t xml:space="preserve">    (a) the characteristic of demonstrating something</w:t>
      </w:r>
      <w:r>
        <w:br/>
      </w:r>
      <w:r>
        <w:t xml:space="preserve">    (b) showy</w:t>
      </w:r>
      <w:r>
        <w:br/>
      </w:r>
      <w:r>
        <w:t xml:space="preserve">    (c) the quality of being unchanging or continuous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looks dreadfully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withered</w:t>
      </w:r>
      <w:r>
        <w:rPr>
          <w:b/>
          <w:bCs/>
        </w:rPr>
        <w:t xml:space="preserve">,</w:t>
      </w:r>
      <w:r>
        <w:br/>
      </w:r>
      <w:r>
        <w:t xml:space="preserve">    (a) weakened</w:t>
      </w:r>
      <w:r>
        <w:br/>
      </w:r>
      <w:r>
        <w:t xml:space="preserve">    (b) began fighting again</w:t>
      </w:r>
      <w:r>
        <w:br/>
      </w:r>
      <w:r>
        <w:t xml:space="preserve">    (c) not accepted as true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Take of my fruit for others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</w:t>
      </w:r>
      <w:r>
        <w:rPr>
          <w:b/>
          <w:bCs/>
        </w:rPr>
        <w:t xml:space="preserve">,</w:t>
      </w:r>
      <w:r>
        <w:br/>
      </w:r>
      <w:r>
        <w:t xml:space="preserve">    (a) refrain (hold back)</w:t>
      </w:r>
      <w:r>
        <w:br/>
      </w:r>
      <w:r>
        <w:t xml:space="preserve">    (b) the ability to take on or adopt</w:t>
      </w:r>
      <w:r>
        <w:br/>
      </w:r>
      <w:r>
        <w:t xml:space="preserve">    (c) where attention is concentrated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he began to see that there might be some sense in that last line about getting your heart's desire and getting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 </w:t>
      </w:r>
      <w:r>
        <w:rPr>
          <w:b/>
          <w:bCs/>
        </w:rPr>
        <w:t xml:space="preserve">along with it.</w:t>
      </w:r>
      <w:r>
        <w:br/>
      </w:r>
      <w:r>
        <w:t xml:space="preserve">    (a) happiness</w:t>
      </w:r>
      <w:r>
        <w:br/>
      </w:r>
      <w:r>
        <w:t xml:space="preserve">    (b) annoyance</w:t>
      </w:r>
      <w:r>
        <w:br/>
      </w:r>
      <w:r>
        <w:t xml:space="preserve">    (c) hopelessness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 gates closed behind him of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.</w:t>
      </w:r>
      <w:r>
        <w:br/>
      </w:r>
      <w:r>
        <w:t xml:space="preserve">    (a) own mind (without anyone making them)</w:t>
      </w:r>
      <w:r>
        <w:br/>
      </w:r>
      <w:r>
        <w:t xml:space="preserve">    (b) the achievement of 3 positive feats in a sport</w:t>
      </w:r>
      <w:r>
        <w:br/>
      </w:r>
      <w:r>
        <w:t xml:space="preserve">    (c) tropical viral disease transmitted by a mosquito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Things always work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according to</w:t>
      </w:r>
      <w:r>
        <w:rPr>
          <w:b/>
          <w:bCs/>
        </w:rPr>
        <w:t xml:space="preserve"> </w:t>
      </w:r>
      <w:r>
        <w:rPr>
          <w:b/>
          <w:bCs/>
        </w:rPr>
        <w:t xml:space="preserve">their nature.</w:t>
      </w:r>
      <w:r>
        <w:br/>
      </w:r>
      <w:r>
        <w:t xml:space="preserve">    (a) U.S. history:  pre-Civil War period</w:t>
      </w:r>
      <w:r>
        <w:br/>
      </w:r>
      <w:r>
        <w:t xml:space="preserve">    (b) in keeping with (or in agreement with)</w:t>
      </w:r>
      <w:r>
        <w:br/>
      </w:r>
      <w:r>
        <w:t xml:space="preserve">    (c) idiom meaning</w:t>
      </w:r>
      <w:r>
        <w:t xml:space="preserve"> </w:t>
      </w:r>
      <w:r>
        <w:rPr>
          <w:i/>
          <w:iCs/>
        </w:rPr>
        <w:t xml:space="preserve">"won the day"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the sharpness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 </w:t>
      </w:r>
      <w:r>
        <w:rPr>
          <w:b/>
          <w:bCs/>
        </w:rPr>
        <w:t xml:space="preserve">and quarrelsomeness ... seemed to have been washed away,</w:t>
      </w:r>
      <w:r>
        <w:br/>
      </w:r>
      <w:r>
        <w:t xml:space="preserve">    (a) related to the natural world (life, air, water, land...)</w:t>
      </w:r>
      <w:r>
        <w:br/>
      </w:r>
      <w:r>
        <w:t xml:space="preserve">    (b) relating to logical examination to improve understanding</w:t>
      </w:r>
      <w:r>
        <w:br/>
      </w:r>
      <w:r>
        <w:t xml:space="preserve">    (c) cleverness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it would move mysteriously when there was no wind blowing: I think that when this happened there were high winds in Narnia and the English tree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quivered</w:t>
      </w:r>
      <w:r>
        <w:rPr>
          <w:b/>
          <w:bCs/>
        </w:rPr>
        <w:t xml:space="preserve"> </w:t>
      </w:r>
      <w:r>
        <w:rPr>
          <w:b/>
          <w:bCs/>
        </w:rPr>
        <w:t xml:space="preserve">because, at that moment, the Narnia tree was rocking and swaying in a strong south-western gale.</w:t>
      </w:r>
      <w:r>
        <w:br/>
      </w:r>
      <w:r>
        <w:t xml:space="preserve">    (a) to shake or tremble slightly</w:t>
      </w:r>
      <w:r>
        <w:br/>
      </w:r>
      <w:r>
        <w:t xml:space="preserve">    (b) not working or not operating</w:t>
      </w:r>
      <w:r>
        <w:br/>
      </w:r>
      <w:r>
        <w:t xml:space="preserve">    (c) calculates or judges too low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2026-07-31T15:11:31Z</dcterms:created>
  <dcterms:modified xsi:type="dcterms:W3CDTF">2026-07-31T15:11:31Z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