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56bf316e23ee15055d17b8f79f02d37e73f3ee"/>
    <w:p>
      <w:pPr>
        <w:pStyle w:val="Heading1"/>
      </w:pPr>
      <w:r>
        <w:rPr>
          <w:b/>
          <w:bCs/>
        </w:rPr>
        <w:t xml:space="preserve">The Magician's Nephew</w:t>
      </w:r>
      <w:r>
        <w:br/>
      </w:r>
      <w:r>
        <w:rPr>
          <w:i/>
          <w:iCs/>
        </w:rPr>
        <w:t xml:space="preserve">C. S. Lewis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those days Mr</w:t>
      </w:r>
      <w:r>
        <w:rPr>
          <w:b/>
          <w:bCs/>
        </w:rPr>
        <w:t xml:space="preserve"> </w:t>
      </w:r>
      <w:r>
        <w:rPr>
          <w:b/>
          <w:bCs/>
          <w:u w:val="single"/>
        </w:rPr>
        <w:t xml:space="preserve">Sherlock Holmes</w:t>
      </w:r>
      <w:r>
        <w:rPr>
          <w:b/>
          <w:bCs/>
        </w:rPr>
        <w:t xml:space="preserve"> </w:t>
      </w:r>
      <w:r>
        <w:rPr>
          <w:b/>
          <w:bCs/>
        </w:rPr>
        <w:t xml:space="preserve">was still living in Baker Street and the Bastables were looking for treasure in the Lewisham Road.</w:t>
      </w:r>
      <w:r>
        <w:br/>
      </w:r>
      <w:r>
        <w:t xml:space="preserve">    (a) famous detective in make believe stories</w:t>
      </w:r>
      <w:r>
        <w:br/>
      </w:r>
      <w:r>
        <w:t xml:space="preserve">    (b) iconic villain in the Star Wars stories</w:t>
      </w:r>
      <w:r>
        <w:br/>
      </w:r>
      <w:r>
        <w:t xml:space="preserve">    (c) Adam Smith's classic book on free markets</w:t>
      </w:r>
    </w:p>
    <w:p>
      <w:pPr>
        <w:pStyle w:val="Compact"/>
        <w:numPr>
          <w:ilvl w:val="0"/>
          <w:numId w:val="1001"/>
        </w:numPr>
      </w:pPr>
      <w:r>
        <w:rPr>
          <w:b/>
          <w:bCs/>
        </w:rPr>
        <w:t xml:space="preserve">People are so</w:t>
      </w:r>
      <w:r>
        <w:rPr>
          <w:b/>
          <w:bCs/>
        </w:rPr>
        <w:t xml:space="preserve"> </w:t>
      </w:r>
      <w:r>
        <w:rPr>
          <w:b/>
          <w:bCs/>
          <w:u w:val="single"/>
        </w:rPr>
        <w:t xml:space="preserve">narrow-minded</w:t>
      </w:r>
      <w:r>
        <w:rPr>
          <w:b/>
          <w:bCs/>
        </w:rPr>
        <w:t xml:space="preserve">.</w:t>
      </w:r>
      <w:r>
        <w:br/>
      </w:r>
      <w:r>
        <w:t xml:space="preserve">    (a) not relating to any single sect -- usually indicating the inclusion of all religious groups</w:t>
      </w:r>
      <w:r>
        <w:br/>
      </w:r>
      <w:r>
        <w:t xml:space="preserve">    (b) intolerant of different beliefs</w:t>
      </w:r>
      <w:r>
        <w:br/>
      </w:r>
      <w:r>
        <w:t xml:space="preserve">    (c) the quality or degree of being in a crosswise direction (at a right angle to the long axis)</w:t>
      </w:r>
    </w:p>
    <w:p>
      <w:pPr>
        <w:pStyle w:val="Compact"/>
        <w:numPr>
          <w:ilvl w:val="0"/>
          <w:numId w:val="1001"/>
        </w:numPr>
      </w:pPr>
      <w:r>
        <w:rPr>
          <w:b/>
          <w:bCs/>
        </w:rPr>
        <w:t xml:space="preserve">great thinkers and</w:t>
      </w:r>
      <w:r>
        <w:rPr>
          <w:b/>
          <w:bCs/>
        </w:rPr>
        <w:t xml:space="preserve"> </w:t>
      </w:r>
      <w:r>
        <w:rPr>
          <w:b/>
          <w:bCs/>
          <w:u w:val="single"/>
        </w:rPr>
        <w:t xml:space="preserve">sages</w:t>
      </w:r>
      <w:r>
        <w:br/>
      </w:r>
      <w:r>
        <w:t xml:space="preserve">    (a) people known for being wise</w:t>
      </w:r>
      <w:r>
        <w:br/>
      </w:r>
      <w:r>
        <w:t xml:space="preserve">    (b) reasons for doing something</w:t>
      </w:r>
      <w:r>
        <w:br/>
      </w:r>
      <w:r>
        <w:t xml:space="preserve">    (c) social events or ceremonies</w:t>
      </w:r>
    </w:p>
    <w:p>
      <w:pPr>
        <w:pStyle w:val="Compact"/>
        <w:numPr>
          <w:ilvl w:val="0"/>
          <w:numId w:val="1001"/>
        </w:numPr>
      </w:pPr>
      <w:r>
        <w:rPr>
          <w:b/>
          <w:bCs/>
        </w:rPr>
        <w:t xml:space="preserve">And I knew enough even then to know that it wasn't Greek, or Old Egyptian, or</w:t>
      </w:r>
      <w:r>
        <w:rPr>
          <w:b/>
          <w:bCs/>
        </w:rPr>
        <w:t xml:space="preserve"> </w:t>
      </w:r>
      <w:r>
        <w:rPr>
          <w:b/>
          <w:bCs/>
          <w:u w:val="single"/>
        </w:rPr>
        <w:t xml:space="preserve">Babylonian</w:t>
      </w:r>
      <w:r>
        <w:rPr>
          <w:b/>
          <w:bCs/>
        </w:rPr>
        <w:t xml:space="preserve">, or Hittite, or Chinese.</w:t>
      </w:r>
      <w:r>
        <w:br/>
      </w:r>
      <w:r>
        <w:t xml:space="preserve">    (a) something suggested indirectly; or something that can be concluded; or a result</w:t>
      </w:r>
      <w:r>
        <w:br/>
      </w:r>
      <w:r>
        <w:t xml:space="preserve">    (b) surgical interruption of nerve tracts to and from the frontal lobe of the brain</w:t>
      </w:r>
      <w:r>
        <w:br/>
      </w:r>
      <w:r>
        <w:t xml:space="preserve">    (c) important city of ancient Mesopotamia; on the Euphrates near modern-day Baghdad</w:t>
      </w:r>
    </w:p>
    <w:p>
      <w:pPr>
        <w:pStyle w:val="Compact"/>
        <w:numPr>
          <w:ilvl w:val="0"/>
          <w:numId w:val="1001"/>
        </w:numPr>
      </w:pPr>
      <w:r>
        <w:rPr>
          <w:b/>
          <w:bCs/>
        </w:rPr>
        <w:t xml:space="preserve">I never heard anything so</w:t>
      </w:r>
      <w:r>
        <w:rPr>
          <w:b/>
          <w:bCs/>
        </w:rPr>
        <w:t xml:space="preserve"> </w:t>
      </w:r>
      <w:r>
        <w:rPr>
          <w:b/>
          <w:bCs/>
          <w:u w:val="single"/>
        </w:rPr>
        <w:t xml:space="preserve">preposterous</w:t>
      </w:r>
      <w:r>
        <w:rPr>
          <w:b/>
          <w:bCs/>
        </w:rPr>
        <w:t xml:space="preserve"> </w:t>
      </w:r>
      <w:r>
        <w:rPr>
          <w:b/>
          <w:bCs/>
        </w:rPr>
        <w:t xml:space="preserve">in my life!</w:t>
      </w:r>
      <w:r>
        <w:br/>
      </w:r>
      <w:r>
        <w:t xml:space="preserve">    (a) not concerned with what others might think of oneself</w:t>
      </w:r>
      <w:r>
        <w:br/>
      </w:r>
      <w:r>
        <w:t xml:space="preserve">    (b) the state of being aware or concerned about something</w:t>
      </w:r>
      <w:r>
        <w:br/>
      </w:r>
      <w:r>
        <w:t xml:space="preserve">    (c) absurd, outrageous, silly, or completely unreasonable</w:t>
      </w:r>
    </w:p>
    <w:p>
      <w:pPr>
        <w:pStyle w:val="Compact"/>
        <w:numPr>
          <w:ilvl w:val="0"/>
          <w:numId w:val="1001"/>
        </w:numPr>
      </w:pPr>
      <w:r>
        <w:rPr>
          <w:b/>
          <w:bCs/>
        </w:rPr>
        <w:t xml:space="preserve">Polly and Digory looked at each other,</w:t>
      </w:r>
      <w:r>
        <w:rPr>
          <w:b/>
          <w:bCs/>
        </w:rPr>
        <w:t xml:space="preserve"> </w:t>
      </w:r>
      <w:r>
        <w:rPr>
          <w:b/>
          <w:bCs/>
          <w:u w:val="single"/>
        </w:rPr>
        <w:t xml:space="preserve">aghast</w:t>
      </w:r>
      <w:r>
        <w:rPr>
          <w:b/>
          <w:bCs/>
        </w:rPr>
        <w:t xml:space="preserve">. ... Certainly, she was not at all the sort of person one would like to take home.</w:t>
      </w:r>
      <w:r>
        <w:br/>
      </w:r>
      <w:r>
        <w:t xml:space="preserve">    (a) the quality of lacking exactness or accuracy</w:t>
      </w:r>
      <w:r>
        <w:br/>
      </w:r>
      <w:r>
        <w:t xml:space="preserve">    (b) holds together (connects or unites) or wraps</w:t>
      </w:r>
      <w:r>
        <w:br/>
      </w:r>
      <w:r>
        <w:t xml:space="preserve">    (c) shocked with feelings of surprise and dismay</w:t>
      </w:r>
    </w:p>
    <w:p>
      <w:pPr>
        <w:pStyle w:val="Compact"/>
        <w:numPr>
          <w:ilvl w:val="0"/>
          <w:numId w:val="1001"/>
        </w:numPr>
      </w:pPr>
      <w:r>
        <w:rPr>
          <w:b/>
          <w:bCs/>
        </w:rPr>
        <w:t xml:space="preserve">Prepare your</w:t>
      </w:r>
      <w:r>
        <w:rPr>
          <w:b/>
          <w:bCs/>
        </w:rPr>
        <w:t xml:space="preserve"> </w:t>
      </w:r>
      <w:r>
        <w:rPr>
          <w:b/>
          <w:bCs/>
          <w:u w:val="single"/>
        </w:rPr>
        <w:t xml:space="preserve">incantations</w:t>
      </w:r>
      <w:r>
        <w:rPr>
          <w:b/>
          <w:bCs/>
        </w:rPr>
        <w:t xml:space="preserve"> </w:t>
      </w:r>
      <w:r>
        <w:rPr>
          <w:b/>
          <w:bCs/>
        </w:rPr>
        <w:t xml:space="preserve">and take me there at once.</w:t>
      </w:r>
      <w:r>
        <w:br/>
      </w:r>
      <w:r>
        <w:t xml:space="preserve">    (a) the branch of physics concerned with the conversion of different forms of energy</w:t>
      </w:r>
      <w:r>
        <w:br/>
      </w:r>
      <w:r>
        <w:t xml:space="preserve">    (b) surgical interruptions of nerve tracts to and from the frontal lobe of the brain</w:t>
      </w:r>
      <w:r>
        <w:br/>
      </w:r>
      <w:r>
        <w:t xml:space="preserve">    (c) combinations of words believed to have a magical effect when they are said aloud</w:t>
      </w:r>
    </w:p>
    <w:p>
      <w:pPr>
        <w:pStyle w:val="Compact"/>
        <w:numPr>
          <w:ilvl w:val="0"/>
          <w:numId w:val="1001"/>
        </w:numPr>
      </w:pPr>
      <w:r>
        <w:rPr>
          <w:b/>
          <w:bCs/>
          <w:u w:val="single"/>
        </w:rPr>
        <w:t xml:space="preserve">Procure</w:t>
      </w:r>
      <w:r>
        <w:rPr>
          <w:b/>
          <w:bCs/>
        </w:rPr>
        <w:t xml:space="preserve"> </w:t>
      </w:r>
      <w:r>
        <w:rPr>
          <w:b/>
          <w:bCs/>
        </w:rPr>
        <w:t xml:space="preserve">for me at once a chariot or a flying carpet or a well-trained dragon, or whatever is usual for royal and noble persons in your land.</w:t>
      </w:r>
      <w:r>
        <w:br/>
      </w:r>
      <w:r>
        <w:t xml:space="preserve">    (a) force into submission</w:t>
      </w:r>
      <w:r>
        <w:br/>
      </w:r>
      <w:r>
        <w:t xml:space="preserve">    (b) get by special effort</w:t>
      </w:r>
      <w:r>
        <w:br/>
      </w:r>
      <w:r>
        <w:t xml:space="preserve">    (c) express strong regret</w:t>
      </w:r>
    </w:p>
    <w:p>
      <w:pPr>
        <w:pStyle w:val="Compact"/>
        <w:numPr>
          <w:ilvl w:val="0"/>
          <w:numId w:val="1001"/>
        </w:numPr>
      </w:pPr>
      <w:r>
        <w:rPr>
          <w:b/>
          <w:bCs/>
        </w:rPr>
        <w:t xml:space="preserve">Close beside Digory in the darkness, it was wailing on "Oh, oh, is this</w:t>
      </w:r>
      <w:r>
        <w:rPr>
          <w:b/>
          <w:bCs/>
        </w:rPr>
        <w:t xml:space="preserve"> </w:t>
      </w:r>
      <w:r>
        <w:rPr>
          <w:b/>
          <w:bCs/>
          <w:u w:val="single"/>
        </w:rPr>
        <w:t xml:space="preserve">delirium</w:t>
      </w:r>
      <w:r>
        <w:rPr>
          <w:b/>
          <w:bCs/>
        </w:rPr>
        <w:t xml:space="preserve">?"</w:t>
      </w:r>
      <w:r>
        <w:br/>
      </w:r>
      <w:r>
        <w:t xml:space="preserve">    (a) a stone shaped like a disk that spins and is used to grind, sharpen or polish</w:t>
      </w:r>
      <w:r>
        <w:br/>
      </w:r>
      <w:r>
        <w:t xml:space="preserve">    (b) a usually brief state of mental confusion often accompanied by hallucinations</w:t>
      </w:r>
      <w:r>
        <w:br/>
      </w:r>
      <w:r>
        <w:t xml:space="preserve">    (c) a psychologist concerned with the treatment of abnormal thinking and behavior</w:t>
      </w:r>
    </w:p>
    <w:p>
      <w:pPr>
        <w:pStyle w:val="Compact"/>
        <w:numPr>
          <w:ilvl w:val="0"/>
          <w:numId w:val="1001"/>
        </w:numPr>
      </w:pPr>
      <w:r>
        <w:rPr>
          <w:b/>
          <w:bCs/>
        </w:rPr>
        <w:t xml:space="preserve">"You are a very naughty and</w:t>
      </w:r>
      <w:r>
        <w:rPr>
          <w:b/>
          <w:bCs/>
        </w:rPr>
        <w:t xml:space="preserve"> </w:t>
      </w:r>
      <w:r>
        <w:rPr>
          <w:b/>
          <w:bCs/>
          <w:u w:val="single"/>
        </w:rPr>
        <w:t xml:space="preserve">impertinent</w:t>
      </w:r>
      <w:r>
        <w:rPr>
          <w:b/>
          <w:bCs/>
        </w:rPr>
        <w:t xml:space="preserve"> </w:t>
      </w:r>
      <w:r>
        <w:rPr>
          <w:b/>
          <w:bCs/>
        </w:rPr>
        <w:t xml:space="preserve">little boy," said Uncle Andrew.</w:t>
      </w:r>
      <w:r>
        <w:br/>
      </w:r>
      <w:r>
        <w:t xml:space="preserve">    (a) clear, easily noticed, and/or identifiable as different or separate</w:t>
      </w:r>
      <w:r>
        <w:br/>
      </w:r>
      <w:r>
        <w:t xml:space="preserve">    (b) not capable of being better understood through detailed examination</w:t>
      </w:r>
      <w:r>
        <w:br/>
      </w:r>
      <w:r>
        <w:t xml:space="preserve">    (c) rude or improperly bold</w:t>
      </w:r>
    </w:p>
    <w:p>
      <w:pPr>
        <w:pStyle w:val="Compact"/>
        <w:numPr>
          <w:ilvl w:val="0"/>
          <w:numId w:val="1001"/>
        </w:numPr>
      </w:pPr>
      <w:r>
        <w:rPr>
          <w:b/>
          <w:bCs/>
        </w:rPr>
        <w:t xml:space="preserve">The horse seemed to like it too; he gave the sort of whinney a horse would give if, after years of being a cab-horse, it found itself back in the old field where it had played as a</w:t>
      </w:r>
      <w:r>
        <w:rPr>
          <w:b/>
          <w:bCs/>
        </w:rPr>
        <w:t xml:space="preserve"> </w:t>
      </w:r>
      <w:r>
        <w:rPr>
          <w:b/>
          <w:bCs/>
          <w:u w:val="single"/>
        </w:rPr>
        <w:t xml:space="preserve">foal</w:t>
      </w:r>
      <w:r>
        <w:rPr>
          <w:b/>
          <w:bCs/>
        </w:rPr>
        <w:t xml:space="preserve">, and saw someone whom it remembered and loved coming across the field to bring it a lump of sugar.</w:t>
      </w:r>
      <w:r>
        <w:br/>
      </w:r>
      <w:r>
        <w:t xml:space="preserve">    (a) give an opinion of what is wrong with something</w:t>
      </w:r>
      <w:r>
        <w:br/>
      </w:r>
      <w:r>
        <w:t xml:space="preserve">    (b) young horse</w:t>
      </w:r>
      <w:r>
        <w:br/>
      </w:r>
      <w:r>
        <w:t xml:space="preserve">    (c) mark important text; or the text that is marked</w:t>
      </w:r>
    </w:p>
    <w:p>
      <w:pPr>
        <w:pStyle w:val="Compact"/>
        <w:numPr>
          <w:ilvl w:val="0"/>
          <w:numId w:val="1001"/>
        </w:numPr>
      </w:pPr>
      <w:r>
        <w:rPr>
          <w:b/>
          <w:bCs/>
        </w:rPr>
        <w:t xml:space="preserve">You have insisted on my entertaining you to an exceedingly expensive, not to say ostentatious, lunch, though I was obliged to pawn my watch and chain in order to do so (and let me tell you, Ma'am, that none of our family have been in the habit of frequenting</w:t>
      </w:r>
      <w:r>
        <w:rPr>
          <w:b/>
          <w:bCs/>
        </w:rPr>
        <w:t xml:space="preserve"> </w:t>
      </w:r>
      <w:r>
        <w:rPr>
          <w:b/>
          <w:bCs/>
          <w:u w:val="single"/>
        </w:rPr>
        <w:t xml:space="preserve">pawnshops</w:t>
      </w:r>
      <w:r>
        <w:rPr>
          <w:b/>
          <w:bCs/>
        </w:rPr>
        <w:t xml:space="preserve">, except my cousin Edward, and he was in the Yeomanry).</w:t>
      </w:r>
      <w:r>
        <w:br/>
      </w:r>
      <w:r>
        <w:t xml:space="preserve">    (a) substances that stimulate the production of antibodies to protect against a disease</w:t>
      </w:r>
      <w:r>
        <w:br/>
      </w:r>
      <w:r>
        <w:t xml:space="preserve">    (b) believers in the teachings of the Chinese philosopher, Confucius (circa 551-478 BC)</w:t>
      </w:r>
      <w:r>
        <w:br/>
      </w:r>
      <w:r>
        <w:t xml:space="preserve">    (c) shops that offer loans to individuals who use their personal property as collateral</w:t>
      </w:r>
    </w:p>
    <w:p>
      <w:pPr>
        <w:pStyle w:val="Compact"/>
        <w:numPr>
          <w:ilvl w:val="0"/>
          <w:numId w:val="1001"/>
        </w:numPr>
      </w:pPr>
      <w:r>
        <w:rPr>
          <w:b/>
          <w:bCs/>
        </w:rPr>
        <w:t xml:space="preserve">...laughing ... They tried at first to</w:t>
      </w:r>
      <w:r>
        <w:rPr>
          <w:b/>
          <w:bCs/>
        </w:rPr>
        <w:t xml:space="preserve"> </w:t>
      </w:r>
      <w:r>
        <w:rPr>
          <w:b/>
          <w:bCs/>
          <w:u w:val="single"/>
        </w:rPr>
        <w:t xml:space="preserve">repress</w:t>
      </w:r>
      <w:r>
        <w:rPr>
          <w:b/>
          <w:bCs/>
        </w:rPr>
        <w:t xml:space="preserve"> </w:t>
      </w:r>
      <w:r>
        <w:rPr>
          <w:b/>
          <w:bCs/>
        </w:rPr>
        <w:t xml:space="preserve">it, but Aslan said:</w:t>
      </w:r>
      <w:r>
        <w:br/>
      </w:r>
      <w:r>
        <w:t xml:space="preserve">    (a) to spread one-sided information to influence opinions</w:t>
      </w:r>
      <w:r>
        <w:br/>
      </w:r>
      <w:r>
        <w:t xml:space="preserve">    (b) change to fit a different situation; or make suitable</w:t>
      </w:r>
      <w:r>
        <w:br/>
      </w:r>
      <w:r>
        <w:t xml:space="preserve">    (c) hold back (not express)</w:t>
      </w:r>
    </w:p>
    <w:p>
      <w:pPr>
        <w:pStyle w:val="Compact"/>
        <w:numPr>
          <w:ilvl w:val="0"/>
          <w:numId w:val="1001"/>
        </w:numPr>
      </w:pPr>
      <w:r>
        <w:rPr>
          <w:b/>
          <w:bCs/>
        </w:rPr>
        <w:t xml:space="preserve">In London he had been far too old to run: now, he ran at a speed which would have made him certain to win the hundred yards' race at any</w:t>
      </w:r>
      <w:r>
        <w:rPr>
          <w:b/>
          <w:bCs/>
        </w:rPr>
        <w:t xml:space="preserve"> </w:t>
      </w:r>
      <w:r>
        <w:rPr>
          <w:b/>
          <w:bCs/>
          <w:u w:val="single"/>
        </w:rPr>
        <w:t xml:space="preserve">Prep school</w:t>
      </w:r>
      <w:r>
        <w:rPr>
          <w:b/>
          <w:bCs/>
        </w:rPr>
        <w:t xml:space="preserve"> </w:t>
      </w:r>
      <w:r>
        <w:rPr>
          <w:b/>
          <w:bCs/>
        </w:rPr>
        <w:t xml:space="preserve">in England.</w:t>
      </w:r>
      <w:r>
        <w:br/>
      </w:r>
      <w:r>
        <w:t xml:space="preserve">    (a) the idea that anything that can go wrong will go wrong</w:t>
      </w:r>
      <w:r>
        <w:br/>
      </w:r>
      <w:r>
        <w:t xml:space="preserve">    (b) injured muscles or tendons (despite calling it muscle)</w:t>
      </w:r>
      <w:r>
        <w:br/>
      </w:r>
      <w:r>
        <w:t xml:space="preserve">    (c) done to get ready for something that will happen later</w:t>
      </w:r>
    </w:p>
    <w:p>
      <w:pPr>
        <w:pStyle w:val="Compact"/>
        <w:numPr>
          <w:ilvl w:val="0"/>
          <w:numId w:val="1001"/>
        </w:numPr>
      </w:pPr>
      <w:r>
        <w:rPr>
          <w:b/>
          <w:bCs/>
        </w:rPr>
        <w:t xml:space="preserve">The</w:t>
      </w:r>
      <w:r>
        <w:rPr>
          <w:b/>
          <w:bCs/>
        </w:rPr>
        <w:t xml:space="preserve"> </w:t>
      </w:r>
      <w:r>
        <w:rPr>
          <w:b/>
          <w:bCs/>
          <w:u w:val="single"/>
        </w:rPr>
        <w:t xml:space="preserve">sagacious</w:t>
      </w:r>
      <w:r>
        <w:rPr>
          <w:b/>
          <w:bCs/>
        </w:rPr>
        <w:t xml:space="preserve"> </w:t>
      </w:r>
      <w:r>
        <w:rPr>
          <w:b/>
          <w:bCs/>
        </w:rPr>
        <w:t xml:space="preserve">animal...</w:t>
      </w:r>
      <w:r>
        <w:br/>
      </w:r>
      <w:r>
        <w:t xml:space="preserve">    (a) real</w:t>
      </w:r>
      <w:r>
        <w:br/>
      </w:r>
      <w:r>
        <w:t xml:space="preserve">    (b) city</w:t>
      </w:r>
      <w:r>
        <w:br/>
      </w:r>
      <w:r>
        <w:t xml:space="preserve">    (c) wise</w:t>
      </w:r>
    </w:p>
    <w:p>
      <w:pPr>
        <w:pStyle w:val="Compact"/>
        <w:numPr>
          <w:ilvl w:val="0"/>
          <w:numId w:val="1001"/>
        </w:numPr>
      </w:pPr>
      <w:r>
        <w:rPr>
          <w:b/>
          <w:bCs/>
        </w:rPr>
        <w:t xml:space="preserve">Have you forgiven the Boy for the violence he did you in the Hall of Images in the</w:t>
      </w:r>
      <w:r>
        <w:rPr>
          <w:b/>
          <w:bCs/>
        </w:rPr>
        <w:t xml:space="preserve"> </w:t>
      </w:r>
      <w:r>
        <w:rPr>
          <w:b/>
          <w:bCs/>
          <w:u w:val="single"/>
        </w:rPr>
        <w:t xml:space="preserve">desolate</w:t>
      </w:r>
      <w:r>
        <w:rPr>
          <w:b/>
          <w:bCs/>
        </w:rPr>
        <w:t xml:space="preserve"> </w:t>
      </w:r>
      <w:r>
        <w:rPr>
          <w:b/>
          <w:bCs/>
        </w:rPr>
        <w:t xml:space="preserve">palace of accursed Charn?</w:t>
      </w:r>
      <w:r>
        <w:br/>
      </w:r>
      <w:r>
        <w:t xml:space="preserve">    (a) empty (of life)</w:t>
      </w:r>
      <w:r>
        <w:br/>
      </w:r>
      <w:r>
        <w:t xml:space="preserve">    (b) stop interacting; or stop having interest</w:t>
      </w:r>
      <w:r>
        <w:br/>
      </w:r>
      <w:r>
        <w:t xml:space="preserve">    (c) treating thoughtlessly or without respect</w:t>
      </w:r>
    </w:p>
    <w:p>
      <w:pPr>
        <w:pStyle w:val="Compact"/>
        <w:numPr>
          <w:ilvl w:val="0"/>
          <w:numId w:val="1001"/>
        </w:numPr>
      </w:pPr>
      <w:r>
        <w:rPr>
          <w:b/>
          <w:bCs/>
        </w:rPr>
        <w:t xml:space="preserve">But he was in no danger of feeling</w:t>
      </w:r>
      <w:r>
        <w:rPr>
          <w:b/>
          <w:bCs/>
        </w:rPr>
        <w:t xml:space="preserve"> </w:t>
      </w:r>
      <w:r>
        <w:rPr>
          <w:b/>
          <w:bCs/>
          <w:u w:val="single"/>
        </w:rPr>
        <w:t xml:space="preserve">conceited</w:t>
      </w:r>
      <w:r>
        <w:rPr>
          <w:b/>
          <w:bCs/>
        </w:rPr>
        <w:t xml:space="preserve"> </w:t>
      </w:r>
      <w:r>
        <w:rPr>
          <w:b/>
          <w:bCs/>
        </w:rPr>
        <w:t xml:space="preserve">for he didn't think about it at all now that he was face to face with Aslan.</w:t>
      </w:r>
      <w:r>
        <w:br/>
      </w:r>
      <w:r>
        <w:t xml:space="preserve">    (a) not judged in a negative way</w:t>
      </w:r>
      <w:r>
        <w:br/>
      </w:r>
      <w:r>
        <w:t xml:space="preserve">    (b) excessive pride</w:t>
      </w:r>
      <w:r>
        <w:br/>
      </w:r>
      <w:r>
        <w:t xml:space="preserve">    (c) calculated or judged too low</w:t>
      </w:r>
    </w:p>
    <w:p>
      <w:pPr>
        <w:pStyle w:val="Compact"/>
        <w:numPr>
          <w:ilvl w:val="0"/>
          <w:numId w:val="1001"/>
        </w:numPr>
      </w:pPr>
      <w:r>
        <w:rPr>
          <w:b/>
          <w:bCs/>
        </w:rPr>
        <w:t xml:space="preserve">The Squirrels bombarded him with</w:t>
      </w:r>
      <w:r>
        <w:rPr>
          <w:b/>
          <w:bCs/>
        </w:rPr>
        <w:t xml:space="preserve"> </w:t>
      </w:r>
      <w:r>
        <w:rPr>
          <w:b/>
          <w:bCs/>
          <w:u w:val="single"/>
        </w:rPr>
        <w:t xml:space="preserve">volleys</w:t>
      </w:r>
      <w:r>
        <w:rPr>
          <w:b/>
          <w:bCs/>
        </w:rPr>
        <w:t xml:space="preserve"> </w:t>
      </w:r>
      <w:r>
        <w:rPr>
          <w:b/>
          <w:bCs/>
        </w:rPr>
        <w:t xml:space="preserve">of nuts but he only covered his head with his hands and tried to keep out of the way.</w:t>
      </w:r>
      <w:r>
        <w:br/>
      </w:r>
      <w:r>
        <w:t xml:space="preserve">    (a) changes the direction of a light wave (or other wave) by passing an opaque edge or narrow opening</w:t>
      </w:r>
      <w:r>
        <w:br/>
      </w:r>
      <w:r>
        <w:t xml:space="preserve">    (b) (noun) strips of hair that are lighter in color  OR  (verb) makes strips of hair lighter in color</w:t>
      </w:r>
      <w:r>
        <w:br/>
      </w:r>
      <w:r>
        <w:t xml:space="preserve">    (c) a rapid or simultaneous discharge of projectiles</w:t>
      </w:r>
    </w:p>
    <w:p>
      <w:pPr>
        <w:pStyle w:val="Compact"/>
        <w:numPr>
          <w:ilvl w:val="0"/>
          <w:numId w:val="1001"/>
        </w:numPr>
      </w:pPr>
      <w:r>
        <w:rPr>
          <w:b/>
          <w:bCs/>
        </w:rPr>
        <w:t xml:space="preserve">Sleep and be separated for some few hours from all the torments you have</w:t>
      </w:r>
      <w:r>
        <w:rPr>
          <w:b/>
          <w:bCs/>
        </w:rPr>
        <w:t xml:space="preserve"> </w:t>
      </w:r>
      <w:r>
        <w:rPr>
          <w:b/>
          <w:bCs/>
          <w:u w:val="single"/>
        </w:rPr>
        <w:t xml:space="preserve">devised</w:t>
      </w:r>
      <w:r>
        <w:rPr>
          <w:b/>
          <w:bCs/>
        </w:rPr>
        <w:t xml:space="preserve"> </w:t>
      </w:r>
      <w:r>
        <w:rPr>
          <w:b/>
          <w:bCs/>
        </w:rPr>
        <w:t xml:space="preserve">for yourself.</w:t>
      </w:r>
      <w:r>
        <w:br/>
      </w:r>
      <w:r>
        <w:t xml:space="preserve">    (a) not provided with investment funds</w:t>
      </w:r>
      <w:r>
        <w:br/>
      </w:r>
      <w:r>
        <w:t xml:space="preserve">    (b) came up with (invented or created)</w:t>
      </w:r>
      <w:r>
        <w:br/>
      </w:r>
      <w:r>
        <w:t xml:space="preserve">    (c) stopped (something from happening)</w:t>
      </w:r>
    </w:p>
    <w:p>
      <w:pPr>
        <w:pStyle w:val="Compact"/>
        <w:numPr>
          <w:ilvl w:val="0"/>
          <w:numId w:val="1001"/>
        </w:numPr>
      </w:pPr>
      <w:r>
        <w:rPr>
          <w:b/>
          <w:bCs/>
        </w:rPr>
        <w:t xml:space="preserve">That is what happens to those who pluck and eat fruits at the wrong time and in the wrong way. The fruit is good, but they</w:t>
      </w:r>
      <w:r>
        <w:rPr>
          <w:b/>
          <w:bCs/>
        </w:rPr>
        <w:t xml:space="preserve"> </w:t>
      </w:r>
      <w:r>
        <w:rPr>
          <w:b/>
          <w:bCs/>
          <w:u w:val="single"/>
        </w:rPr>
        <w:t xml:space="preserve">loathe</w:t>
      </w:r>
      <w:r>
        <w:rPr>
          <w:b/>
          <w:bCs/>
        </w:rPr>
        <w:t xml:space="preserve"> </w:t>
      </w:r>
      <w:r>
        <w:rPr>
          <w:b/>
          <w:bCs/>
        </w:rPr>
        <w:t xml:space="preserve">it ever after.</w:t>
      </w:r>
      <w:r>
        <w:br/>
      </w:r>
      <w:r>
        <w:t xml:space="preserve">    (a) hate</w:t>
      </w:r>
      <w:r>
        <w:br/>
      </w:r>
      <w:r>
        <w:t xml:space="preserve">    (b) draw</w:t>
      </w:r>
      <w:r>
        <w:br/>
      </w:r>
      <w:r>
        <w:t xml:space="preserve">    (c) quit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2026-07-31T15:11:31Z</dcterms:created>
  <dcterms:modified xsi:type="dcterms:W3CDTF">2026-07-31T15:11:31Z</dcterms:modified>
</cp:coreProperties>
</file>

<file path=docProps/custom.xml><?xml version="1.0" encoding="utf-8"?>
<Properties xmlns="http://schemas.openxmlformats.org/officeDocument/2006/custom-properties" xmlns:vt="http://schemas.openxmlformats.org/officeDocument/2006/docPropsVTypes"/>
</file>